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73414B" w14:textId="77777777" w:rsidR="005B6BB1" w:rsidRPr="005F2B49" w:rsidRDefault="00B00E0C" w:rsidP="00561F99">
      <w:pPr>
        <w:jc w:val="both"/>
        <w:rPr>
          <w:rFonts w:ascii="Times New Roman" w:hAnsi="Times New Roman" w:cs="Times New Roman"/>
          <w:szCs w:val="32"/>
          <w:lang w:eastAsia="zh-TW"/>
        </w:rPr>
      </w:pPr>
      <w:r w:rsidRPr="005F2B49">
        <w:rPr>
          <w:rFonts w:cs="Times New Roman"/>
          <w:b/>
          <w:noProof/>
          <w:sz w:val="52"/>
          <w:szCs w:val="60"/>
        </w:rPr>
        <mc:AlternateContent>
          <mc:Choice Requires="wpg">
            <w:drawing>
              <wp:anchor distT="0" distB="0" distL="114300" distR="114300" simplePos="0" relativeHeight="251659264" behindDoc="1" locked="0" layoutInCell="1" allowOverlap="1" wp14:anchorId="76545A8F" wp14:editId="2CEA4684">
                <wp:simplePos x="0" y="0"/>
                <wp:positionH relativeFrom="column">
                  <wp:posOffset>-2147835</wp:posOffset>
                </wp:positionH>
                <wp:positionV relativeFrom="paragraph">
                  <wp:posOffset>-50242</wp:posOffset>
                </wp:positionV>
                <wp:extent cx="9000279" cy="9957807"/>
                <wp:effectExtent l="0" t="0" r="0" b="0"/>
                <wp:wrapNone/>
                <wp:docPr id="1664544651" name="群組 1664544651"/>
                <wp:cNvGraphicFramePr/>
                <a:graphic xmlns:a="http://schemas.openxmlformats.org/drawingml/2006/main">
                  <a:graphicData uri="http://schemas.microsoft.com/office/word/2010/wordprocessingGroup">
                    <wpg:wgp>
                      <wpg:cNvGrpSpPr/>
                      <wpg:grpSpPr>
                        <a:xfrm>
                          <a:off x="0" y="0"/>
                          <a:ext cx="9000279" cy="9957807"/>
                          <a:chOff x="-211015" y="432079"/>
                          <a:chExt cx="9000279" cy="9957807"/>
                        </a:xfrm>
                      </wpg:grpSpPr>
                      <wps:wsp>
                        <wps:cNvPr id="1978623014" name="等腰三角形 8"/>
                        <wps:cNvSpPr/>
                        <wps:spPr>
                          <a:xfrm rot="17387180" flipV="1">
                            <a:off x="907767" y="4573045"/>
                            <a:ext cx="4698059" cy="6935623"/>
                          </a:xfrm>
                          <a:custGeom>
                            <a:avLst/>
                            <a:gdLst>
                              <a:gd name="connsiteX0" fmla="*/ 0 w 3976007"/>
                              <a:gd name="connsiteY0" fmla="*/ 5502729 h 5502729"/>
                              <a:gd name="connsiteX1" fmla="*/ 1988004 w 3976007"/>
                              <a:gd name="connsiteY1" fmla="*/ 0 h 5502729"/>
                              <a:gd name="connsiteX2" fmla="*/ 3976007 w 3976007"/>
                              <a:gd name="connsiteY2" fmla="*/ 5502729 h 5502729"/>
                              <a:gd name="connsiteX3" fmla="*/ 0 w 3976007"/>
                              <a:gd name="connsiteY3" fmla="*/ 5502729 h 5502729"/>
                              <a:gd name="connsiteX0" fmla="*/ 0 w 4693227"/>
                              <a:gd name="connsiteY0" fmla="*/ 5502729 h 7175026"/>
                              <a:gd name="connsiteX1" fmla="*/ 1988004 w 4693227"/>
                              <a:gd name="connsiteY1" fmla="*/ 0 h 7175026"/>
                              <a:gd name="connsiteX2" fmla="*/ 4693227 w 4693227"/>
                              <a:gd name="connsiteY2" fmla="*/ 7175026 h 7175026"/>
                              <a:gd name="connsiteX3" fmla="*/ 0 w 4693227"/>
                              <a:gd name="connsiteY3" fmla="*/ 5502729 h 7175026"/>
                              <a:gd name="connsiteX0" fmla="*/ 0 w 4698059"/>
                              <a:gd name="connsiteY0" fmla="*/ 5502729 h 7185289"/>
                              <a:gd name="connsiteX1" fmla="*/ 1988004 w 4698059"/>
                              <a:gd name="connsiteY1" fmla="*/ 0 h 7185289"/>
                              <a:gd name="connsiteX2" fmla="*/ 4698059 w 4698059"/>
                              <a:gd name="connsiteY2" fmla="*/ 7185289 h 7185289"/>
                              <a:gd name="connsiteX3" fmla="*/ 0 w 4698059"/>
                              <a:gd name="connsiteY3" fmla="*/ 5502729 h 7185289"/>
                              <a:gd name="connsiteX0" fmla="*/ 0 w 4698059"/>
                              <a:gd name="connsiteY0" fmla="*/ 5480085 h 7162645"/>
                              <a:gd name="connsiteX1" fmla="*/ 1979859 w 4698059"/>
                              <a:gd name="connsiteY1" fmla="*/ 0 h 7162645"/>
                              <a:gd name="connsiteX2" fmla="*/ 4698059 w 4698059"/>
                              <a:gd name="connsiteY2" fmla="*/ 7162645 h 7162645"/>
                              <a:gd name="connsiteX3" fmla="*/ 0 w 4698059"/>
                              <a:gd name="connsiteY3" fmla="*/ 5480085 h 7162645"/>
                              <a:gd name="connsiteX0" fmla="*/ 0 w 4698059"/>
                              <a:gd name="connsiteY0" fmla="*/ 5751197 h 7433757"/>
                              <a:gd name="connsiteX1" fmla="*/ 2102965 w 4698059"/>
                              <a:gd name="connsiteY1" fmla="*/ 0 h 7433757"/>
                              <a:gd name="connsiteX2" fmla="*/ 4698059 w 4698059"/>
                              <a:gd name="connsiteY2" fmla="*/ 7433757 h 7433757"/>
                              <a:gd name="connsiteX3" fmla="*/ 0 w 4698059"/>
                              <a:gd name="connsiteY3" fmla="*/ 5751197 h 7433757"/>
                              <a:gd name="connsiteX0" fmla="*/ 0 w 4698059"/>
                              <a:gd name="connsiteY0" fmla="*/ 5831506 h 7514066"/>
                              <a:gd name="connsiteX1" fmla="*/ 2140381 w 4698059"/>
                              <a:gd name="connsiteY1" fmla="*/ 0 h 7514066"/>
                              <a:gd name="connsiteX2" fmla="*/ 4698059 w 4698059"/>
                              <a:gd name="connsiteY2" fmla="*/ 7514066 h 7514066"/>
                              <a:gd name="connsiteX3" fmla="*/ 0 w 4698059"/>
                              <a:gd name="connsiteY3" fmla="*/ 5831506 h 7514066"/>
                              <a:gd name="connsiteX0" fmla="*/ 0 w 4698059"/>
                              <a:gd name="connsiteY0" fmla="*/ 5253063 h 6935623"/>
                              <a:gd name="connsiteX1" fmla="*/ 1923760 w 4698059"/>
                              <a:gd name="connsiteY1" fmla="*/ 0 h 6935623"/>
                              <a:gd name="connsiteX2" fmla="*/ 4698059 w 4698059"/>
                              <a:gd name="connsiteY2" fmla="*/ 6935623 h 6935623"/>
                              <a:gd name="connsiteX3" fmla="*/ 0 w 4698059"/>
                              <a:gd name="connsiteY3" fmla="*/ 5253063 h 6935623"/>
                            </a:gdLst>
                            <a:ahLst/>
                            <a:cxnLst>
                              <a:cxn ang="0">
                                <a:pos x="connsiteX0" y="connsiteY0"/>
                              </a:cxn>
                              <a:cxn ang="0">
                                <a:pos x="connsiteX1" y="connsiteY1"/>
                              </a:cxn>
                              <a:cxn ang="0">
                                <a:pos x="connsiteX2" y="connsiteY2"/>
                              </a:cxn>
                              <a:cxn ang="0">
                                <a:pos x="connsiteX3" y="connsiteY3"/>
                              </a:cxn>
                            </a:cxnLst>
                            <a:rect l="l" t="t" r="r" b="b"/>
                            <a:pathLst>
                              <a:path w="4698059" h="6935623">
                                <a:moveTo>
                                  <a:pt x="0" y="5253063"/>
                                </a:moveTo>
                                <a:lnTo>
                                  <a:pt x="1923760" y="0"/>
                                </a:lnTo>
                                <a:lnTo>
                                  <a:pt x="4698059" y="6935623"/>
                                </a:lnTo>
                                <a:lnTo>
                                  <a:pt x="0" y="5253063"/>
                                </a:lnTo>
                                <a:close/>
                              </a:path>
                            </a:pathLst>
                          </a:custGeom>
                          <a:gradFill flip="none" rotWithShape="1">
                            <a:gsLst>
                              <a:gs pos="0">
                                <a:srgbClr val="8FA194"/>
                              </a:gs>
                              <a:gs pos="56000">
                                <a:srgbClr val="FFFFFF"/>
                              </a:gs>
                              <a:gs pos="100000">
                                <a:srgbClr val="D9E4D7"/>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34744825" name="等腰三角形 8"/>
                        <wps:cNvSpPr/>
                        <wps:spPr>
                          <a:xfrm rot="15034043">
                            <a:off x="7237007" y="8315324"/>
                            <a:ext cx="1037590" cy="2066925"/>
                          </a:xfrm>
                          <a:custGeom>
                            <a:avLst/>
                            <a:gdLst>
                              <a:gd name="connsiteX0" fmla="*/ 0 w 3976007"/>
                              <a:gd name="connsiteY0" fmla="*/ 5502729 h 5502729"/>
                              <a:gd name="connsiteX1" fmla="*/ 1988004 w 3976007"/>
                              <a:gd name="connsiteY1" fmla="*/ 0 h 5502729"/>
                              <a:gd name="connsiteX2" fmla="*/ 3976007 w 3976007"/>
                              <a:gd name="connsiteY2" fmla="*/ 5502729 h 5502729"/>
                              <a:gd name="connsiteX3" fmla="*/ 0 w 3976007"/>
                              <a:gd name="connsiteY3" fmla="*/ 5502729 h 5502729"/>
                              <a:gd name="connsiteX0" fmla="*/ 0 w 4693227"/>
                              <a:gd name="connsiteY0" fmla="*/ 5502729 h 7175026"/>
                              <a:gd name="connsiteX1" fmla="*/ 1988004 w 4693227"/>
                              <a:gd name="connsiteY1" fmla="*/ 0 h 7175026"/>
                              <a:gd name="connsiteX2" fmla="*/ 4693227 w 4693227"/>
                              <a:gd name="connsiteY2" fmla="*/ 7175026 h 7175026"/>
                              <a:gd name="connsiteX3" fmla="*/ 0 w 4693227"/>
                              <a:gd name="connsiteY3" fmla="*/ 5502729 h 7175026"/>
                              <a:gd name="connsiteX0" fmla="*/ 0 w 3752017"/>
                              <a:gd name="connsiteY0" fmla="*/ 5502729 h 6823602"/>
                              <a:gd name="connsiteX1" fmla="*/ 1988004 w 3752017"/>
                              <a:gd name="connsiteY1" fmla="*/ 0 h 6823602"/>
                              <a:gd name="connsiteX2" fmla="*/ 3752018 w 3752017"/>
                              <a:gd name="connsiteY2" fmla="*/ 6823603 h 6823602"/>
                              <a:gd name="connsiteX3" fmla="*/ 0 w 3752017"/>
                              <a:gd name="connsiteY3" fmla="*/ 5502729 h 6823602"/>
                              <a:gd name="connsiteX0" fmla="*/ 0 w 3752017"/>
                              <a:gd name="connsiteY0" fmla="*/ 4246425 h 5567298"/>
                              <a:gd name="connsiteX1" fmla="*/ 1486684 w 3752017"/>
                              <a:gd name="connsiteY1" fmla="*/ 0 h 5567298"/>
                              <a:gd name="connsiteX2" fmla="*/ 3752018 w 3752017"/>
                              <a:gd name="connsiteY2" fmla="*/ 5567299 h 5567298"/>
                              <a:gd name="connsiteX3" fmla="*/ 0 w 3752017"/>
                              <a:gd name="connsiteY3" fmla="*/ 4246425 h 5567298"/>
                              <a:gd name="connsiteX0" fmla="*/ 0 w 3928317"/>
                              <a:gd name="connsiteY0" fmla="*/ 4246425 h 5726332"/>
                              <a:gd name="connsiteX1" fmla="*/ 1486684 w 3928317"/>
                              <a:gd name="connsiteY1" fmla="*/ 0 h 5726332"/>
                              <a:gd name="connsiteX2" fmla="*/ 3928317 w 3928317"/>
                              <a:gd name="connsiteY2" fmla="*/ 5726333 h 5726332"/>
                              <a:gd name="connsiteX3" fmla="*/ 0 w 3928317"/>
                              <a:gd name="connsiteY3" fmla="*/ 4246425 h 5726332"/>
                              <a:gd name="connsiteX0" fmla="*/ 1 w 3941476"/>
                              <a:gd name="connsiteY0" fmla="*/ 4338618 h 5726332"/>
                              <a:gd name="connsiteX1" fmla="*/ 1499843 w 3941476"/>
                              <a:gd name="connsiteY1" fmla="*/ 0 h 5726332"/>
                              <a:gd name="connsiteX2" fmla="*/ 3941476 w 3941476"/>
                              <a:gd name="connsiteY2" fmla="*/ 5726333 h 5726332"/>
                              <a:gd name="connsiteX3" fmla="*/ 1 w 3941476"/>
                              <a:gd name="connsiteY3" fmla="*/ 4338618 h 5726332"/>
                              <a:gd name="connsiteX0" fmla="*/ 1 w 2920223"/>
                              <a:gd name="connsiteY0" fmla="*/ 4338618 h 5327305"/>
                              <a:gd name="connsiteX1" fmla="*/ 1499843 w 2920223"/>
                              <a:gd name="connsiteY1" fmla="*/ 0 h 5327305"/>
                              <a:gd name="connsiteX2" fmla="*/ 2920223 w 2920223"/>
                              <a:gd name="connsiteY2" fmla="*/ 5327305 h 5327305"/>
                              <a:gd name="connsiteX3" fmla="*/ 1 w 2920223"/>
                              <a:gd name="connsiteY3" fmla="*/ 4338618 h 5327305"/>
                              <a:gd name="connsiteX0" fmla="*/ -1 w 2920223"/>
                              <a:gd name="connsiteY0" fmla="*/ 4338617 h 5327305"/>
                              <a:gd name="connsiteX1" fmla="*/ 1499843 w 2920223"/>
                              <a:gd name="connsiteY1" fmla="*/ 0 h 5327305"/>
                              <a:gd name="connsiteX2" fmla="*/ 2920223 w 2920223"/>
                              <a:gd name="connsiteY2" fmla="*/ 5327305 h 5327305"/>
                              <a:gd name="connsiteX3" fmla="*/ -1 w 2920223"/>
                              <a:gd name="connsiteY3" fmla="*/ 4338617 h 5327305"/>
                              <a:gd name="connsiteX0" fmla="*/ -1 w 2920223"/>
                              <a:gd name="connsiteY0" fmla="*/ 3908031 h 4896719"/>
                              <a:gd name="connsiteX1" fmla="*/ 1347938 w 2920223"/>
                              <a:gd name="connsiteY1" fmla="*/ -1 h 4896719"/>
                              <a:gd name="connsiteX2" fmla="*/ 2920223 w 2920223"/>
                              <a:gd name="connsiteY2" fmla="*/ 4896719 h 4896719"/>
                              <a:gd name="connsiteX3" fmla="*/ -1 w 2920223"/>
                              <a:gd name="connsiteY3" fmla="*/ 3908031 h 4896719"/>
                              <a:gd name="connsiteX0" fmla="*/ 1 w 2960747"/>
                              <a:gd name="connsiteY0" fmla="*/ 3913103 h 4896719"/>
                              <a:gd name="connsiteX1" fmla="*/ 1388462 w 2960747"/>
                              <a:gd name="connsiteY1" fmla="*/ -1 h 4896719"/>
                              <a:gd name="connsiteX2" fmla="*/ 2960747 w 2960747"/>
                              <a:gd name="connsiteY2" fmla="*/ 4896719 h 4896719"/>
                              <a:gd name="connsiteX3" fmla="*/ 1 w 2960747"/>
                              <a:gd name="connsiteY3" fmla="*/ 3913103 h 4896719"/>
                              <a:gd name="connsiteX0" fmla="*/ 1 w 2954670"/>
                              <a:gd name="connsiteY0" fmla="*/ 3913103 h 4913942"/>
                              <a:gd name="connsiteX1" fmla="*/ 1388462 w 2954670"/>
                              <a:gd name="connsiteY1" fmla="*/ -1 h 4913942"/>
                              <a:gd name="connsiteX2" fmla="*/ 2954670 w 2954670"/>
                              <a:gd name="connsiteY2" fmla="*/ 4913943 h 4913942"/>
                              <a:gd name="connsiteX3" fmla="*/ 1 w 2954670"/>
                              <a:gd name="connsiteY3" fmla="*/ 3913103 h 4913942"/>
                              <a:gd name="connsiteX0" fmla="*/ 1 w 2369074"/>
                              <a:gd name="connsiteY0" fmla="*/ 3913103 h 4707351"/>
                              <a:gd name="connsiteX1" fmla="*/ 1388462 w 2369074"/>
                              <a:gd name="connsiteY1" fmla="*/ -1 h 4707351"/>
                              <a:gd name="connsiteX2" fmla="*/ 2369074 w 2369074"/>
                              <a:gd name="connsiteY2" fmla="*/ 4707350 h 4707351"/>
                              <a:gd name="connsiteX3" fmla="*/ 1 w 2369074"/>
                              <a:gd name="connsiteY3" fmla="*/ 3913103 h 4707351"/>
                              <a:gd name="connsiteX0" fmla="*/ 1 w 2362999"/>
                              <a:gd name="connsiteY0" fmla="*/ 3895880 h 4707351"/>
                              <a:gd name="connsiteX1" fmla="*/ 1382387 w 2362999"/>
                              <a:gd name="connsiteY1" fmla="*/ -1 h 4707351"/>
                              <a:gd name="connsiteX2" fmla="*/ 2362999 w 2362999"/>
                              <a:gd name="connsiteY2" fmla="*/ 4707350 h 4707351"/>
                              <a:gd name="connsiteX3" fmla="*/ 1 w 2362999"/>
                              <a:gd name="connsiteY3" fmla="*/ 3895880 h 4707351"/>
                            </a:gdLst>
                            <a:ahLst/>
                            <a:cxnLst>
                              <a:cxn ang="0">
                                <a:pos x="connsiteX0" y="connsiteY0"/>
                              </a:cxn>
                              <a:cxn ang="0">
                                <a:pos x="connsiteX1" y="connsiteY1"/>
                              </a:cxn>
                              <a:cxn ang="0">
                                <a:pos x="connsiteX2" y="connsiteY2"/>
                              </a:cxn>
                              <a:cxn ang="0">
                                <a:pos x="connsiteX3" y="connsiteY3"/>
                              </a:cxn>
                            </a:cxnLst>
                            <a:rect l="l" t="t" r="r" b="b"/>
                            <a:pathLst>
                              <a:path w="2362999" h="4707351">
                                <a:moveTo>
                                  <a:pt x="1" y="3895880"/>
                                </a:moveTo>
                                <a:lnTo>
                                  <a:pt x="1382387" y="-1"/>
                                </a:lnTo>
                                <a:lnTo>
                                  <a:pt x="2362999" y="4707350"/>
                                </a:lnTo>
                                <a:lnTo>
                                  <a:pt x="1" y="3895880"/>
                                </a:lnTo>
                                <a:close/>
                              </a:path>
                            </a:pathLst>
                          </a:custGeom>
                          <a:solidFill>
                            <a:srgbClr val="BDCBB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13055586" name="手繪多邊形: 圖案 18"/>
                        <wps:cNvSpPr/>
                        <wps:spPr>
                          <a:xfrm rot="20008451">
                            <a:off x="4465232" y="8585199"/>
                            <a:ext cx="1778447" cy="1519280"/>
                          </a:xfrm>
                          <a:custGeom>
                            <a:avLst/>
                            <a:gdLst>
                              <a:gd name="connsiteX0" fmla="*/ 0 w 1778447"/>
                              <a:gd name="connsiteY0" fmla="*/ 872783 h 1519280"/>
                              <a:gd name="connsiteX1" fmla="*/ 1170724 w 1778447"/>
                              <a:gd name="connsiteY1" fmla="*/ 0 h 1519280"/>
                              <a:gd name="connsiteX2" fmla="*/ 1778447 w 1778447"/>
                              <a:gd name="connsiteY2" fmla="*/ 1519280 h 1519280"/>
                            </a:gdLst>
                            <a:ahLst/>
                            <a:cxnLst>
                              <a:cxn ang="0">
                                <a:pos x="connsiteX0" y="connsiteY0"/>
                              </a:cxn>
                              <a:cxn ang="0">
                                <a:pos x="connsiteX1" y="connsiteY1"/>
                              </a:cxn>
                              <a:cxn ang="0">
                                <a:pos x="connsiteX2" y="connsiteY2"/>
                              </a:cxn>
                            </a:cxnLst>
                            <a:rect l="l" t="t" r="r" b="b"/>
                            <a:pathLst>
                              <a:path w="1778447" h="1519280">
                                <a:moveTo>
                                  <a:pt x="0" y="872783"/>
                                </a:moveTo>
                                <a:lnTo>
                                  <a:pt x="1170724" y="0"/>
                                </a:lnTo>
                                <a:lnTo>
                                  <a:pt x="1778447" y="1519280"/>
                                </a:lnTo>
                                <a:close/>
                              </a:path>
                            </a:pathLst>
                          </a:custGeom>
                          <a:solidFill>
                            <a:srgbClr val="FFFFFF">
                              <a:alpha val="7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pic:pic xmlns:pic="http://schemas.openxmlformats.org/drawingml/2006/picture">
                        <pic:nvPicPr>
                          <pic:cNvPr id="1698765014" name="圖片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3284132" y="8205734"/>
                            <a:ext cx="5274310" cy="1396365"/>
                          </a:xfrm>
                          <a:prstGeom prst="rect">
                            <a:avLst/>
                          </a:prstGeom>
                          <a:noFill/>
                          <a:ln>
                            <a:noFill/>
                          </a:ln>
                        </pic:spPr>
                      </pic:pic>
                      <pic:pic xmlns:pic="http://schemas.openxmlformats.org/drawingml/2006/picture">
                        <pic:nvPicPr>
                          <pic:cNvPr id="1477460536" name="圖片 147746053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2636432" y="432079"/>
                            <a:ext cx="4312285" cy="913765"/>
                          </a:xfrm>
                          <a:prstGeom prst="rect">
                            <a:avLst/>
                          </a:prstGeom>
                        </pic:spPr>
                      </pic:pic>
                      <pic:pic xmlns:pic="http://schemas.openxmlformats.org/drawingml/2006/picture">
                        <pic:nvPicPr>
                          <pic:cNvPr id="1958376939" name="圖片 1958376939"/>
                          <pic:cNvPicPr>
                            <a:picLocks noChangeAspect="1"/>
                          </pic:cNvPicPr>
                        </pic:nvPicPr>
                        <pic:blipFill>
                          <a:blip r:embed="rId13" cstate="print">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612457" y="2774943"/>
                            <a:ext cx="2889250" cy="2889250"/>
                          </a:xfrm>
                          <a:prstGeom prst="rect">
                            <a:avLst/>
                          </a:prstGeom>
                        </pic:spPr>
                      </pic:pic>
                      <pic:pic xmlns:pic="http://schemas.openxmlformats.org/drawingml/2006/picture">
                        <pic:nvPicPr>
                          <pic:cNvPr id="449174157" name="圖片 449174157"/>
                          <pic:cNvPicPr>
                            <a:picLocks noChangeAspect="1"/>
                          </pic:cNvPicPr>
                        </pic:nvPicPr>
                        <pic:blipFill rotWithShape="1">
                          <a:blip r:embed="rId14" cstate="print">
                            <a:clrChange>
                              <a:clrFrom>
                                <a:srgbClr val="014FA1"/>
                              </a:clrFrom>
                              <a:clrTo>
                                <a:srgbClr val="014FA1">
                                  <a:alpha val="0"/>
                                </a:srgbClr>
                              </a:clrTo>
                            </a:clrChange>
                            <a:duotone>
                              <a:schemeClr val="accent3">
                                <a:shade val="45000"/>
                                <a:satMod val="135000"/>
                              </a:schemeClr>
                              <a:prstClr val="white"/>
                            </a:duotone>
                            <a:extLst>
                              <a:ext uri="{28A0092B-C50C-407E-A947-70E740481C1C}">
                                <a14:useLocalDpi xmlns:a14="http://schemas.microsoft.com/office/drawing/2010/main" val="0"/>
                              </a:ext>
                            </a:extLst>
                          </a:blip>
                          <a:srcRect l="24480" t="20674" r="22846" b="39919"/>
                          <a:stretch/>
                        </pic:blipFill>
                        <pic:spPr bwMode="auto">
                          <a:xfrm rot="16200000">
                            <a:off x="7240182" y="1600200"/>
                            <a:ext cx="1515745" cy="113347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38FAF1F5" id="群組 1664544651" o:spid="_x0000_s1026" style="position:absolute;margin-left:-169.1pt;margin-top:-3.95pt;width:708.7pt;height:784.1pt;z-index:-251657216;mso-width-relative:margin;mso-height-relative:margin" coordorigin="-2110,4320" coordsize="90002,99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mDw4EAAAAAID8XxtB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WFPTgQAAAAAADyf20E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UVdu0YBUAY&#10;CICgRcLdYZH//1ZBsFBQazPzjGU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sIeHAgAAAAAAPm/&#10;NoK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FfbgQAAAAAAAyP+1EVR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diDAwEAAAAAIP/XRlB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WEPDgQA&#10;AAAAgPxfG0F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YU9OBAAAAAAAPJ/bQR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">
                <v:shape id="等腰三角形 8" o:spid="_x0000_s1027" style="position:absolute;left:9078;top:45730;width:46980;height:69356;rotation:4601523fd;flip:y;visibility:visible;mso-wrap-style:square;v-text-anchor:middle" coordsize="4698059,6935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" path="m,5253063l1923760,,4698059,6935623,,5253063xe" fillcolor="#8fa194" stroked="f" strokeweight="2pt">
                  <v:fill color2="#d9e4d7" rotate="t" angle="45" colors="0 #8fa194;36700f white;1 #d9e4d7" focus="100%" type="gradient"/>
                  <v:path arrowok="t" o:connecttype="custom" o:connectlocs="0,5253063;1923760,0;4698059,6935623;0,5253063" o:connectangles="0,0,0,0"/>
                </v:shape>
                <v:shape id="等腰三角形 8" o:spid="_x0000_s1028" style="position:absolute;left:72370;top:83152;width:10376;height:20669;rotation:-7171776fd;visibility:visible;mso-wrap-style:square;v-text-anchor:middle" coordsize="2362999,4707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" path="m1,3895880l1382387,-1r980612,4707351l1,3895880xe" fillcolor="#bdcbbf" stroked="f" strokeweight="2pt">
                  <v:path arrowok="t" o:connecttype="custom" o:connectlocs="0,1710621;607004,0;1037590,2066925;0,1710621" o:connectangles="0,0,0,0"/>
                </v:shape>
                <v:shape id="手繪多邊形: 圖案 18" o:spid="_x0000_s1029" style="position:absolute;left:44652;top:85851;width:17784;height:15193;rotation:-1738396fd;visibility:visible;mso-wrap-style:square;v-text-anchor:middle" coordsize="1778447,151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" path="m,872783l1170724,r607723,1519280l,872783xe" stroked="f" strokeweight="2pt">
                  <v:fill opacity="46003f"/>
                  <v:path arrowok="t" o:connecttype="custom" o:connectlocs="0,872783;1170724,0;1778447,1519280" o:connectangles="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 o:spid="_x0000_s1030" type="#_x0000_t75" style="position:absolute;left:32841;top:82057;width:52743;height:13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">
                  <v:imagedata r:id="rId15" o:title=""/>
                </v:shape>
                <v:shape id="圖片 1477460536" o:spid="_x0000_s1031" type="#_x0000_t75" style="position:absolute;left:26364;top:4320;width:43123;height:9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">
                  <v:imagedata r:id="rId16" o:title=""/>
                </v:shape>
                <v:shape id="圖片 1958376939" o:spid="_x0000_s1032" type="#_x0000_t75" style="position:absolute;left:6124;top:27749;width:28893;height:28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">
                  <v:imagedata r:id="rId17" o:title="" recolortarget="#837a4a [1454]"/>
                </v:shape>
                <v:shape id="圖片 449174157" o:spid="_x0000_s1033" type="#_x0000_t75" style="position:absolute;left:72401;top:16002;width:15158;height:1133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">
                  <v:imagedata r:id="rId18" o:title="" croptop="13549f" cropbottom="26161f" cropleft="16043f" cropright="14972f" chromakey="#014fa1" recolortarget="#465724 [1446]"/>
                </v:shape>
              </v:group>
            </w:pict>
          </mc:Fallback>
        </mc:AlternateContent>
      </w:r>
    </w:p>
    <w:p w14:paraId="6D9CCA90" w14:textId="77777777" w:rsidR="005B6BB1" w:rsidRPr="005F2B49" w:rsidRDefault="005B6BB1" w:rsidP="00561F99">
      <w:pPr>
        <w:jc w:val="both"/>
        <w:rPr>
          <w:rFonts w:ascii="Times New Roman" w:hAnsi="Times New Roman" w:cs="Times New Roman"/>
          <w:szCs w:val="32"/>
          <w:lang w:eastAsia="zh-TW"/>
        </w:rPr>
      </w:pPr>
    </w:p>
    <w:p w14:paraId="3313DAF1" w14:textId="77777777" w:rsidR="005B6BB1" w:rsidRPr="005F2B49" w:rsidRDefault="005B6BB1" w:rsidP="00561F99">
      <w:pPr>
        <w:jc w:val="both"/>
        <w:rPr>
          <w:rFonts w:ascii="Times New Roman" w:hAnsi="Times New Roman" w:cs="Times New Roman"/>
          <w:szCs w:val="32"/>
          <w:lang w:eastAsia="zh-TW"/>
        </w:rPr>
      </w:pPr>
    </w:p>
    <w:p w14:paraId="1BC3274B" w14:textId="77777777" w:rsidR="005B6BB1" w:rsidRPr="005F2B49" w:rsidRDefault="005B6BB1" w:rsidP="00561F99">
      <w:pPr>
        <w:jc w:val="both"/>
        <w:rPr>
          <w:rFonts w:ascii="Times New Roman" w:hAnsi="Times New Roman" w:cs="Times New Roman"/>
          <w:szCs w:val="32"/>
          <w:lang w:eastAsia="zh-TW"/>
        </w:rPr>
      </w:pPr>
    </w:p>
    <w:p w14:paraId="28C7369F" w14:textId="77777777" w:rsidR="00ED4035" w:rsidRPr="005F2B49" w:rsidRDefault="00ED4035" w:rsidP="00ED4035">
      <w:pPr>
        <w:spacing w:after="0"/>
        <w:jc w:val="center"/>
        <w:rPr>
          <w:rFonts w:ascii="Arial" w:eastAsia="微軟正黑體" w:hAnsi="Arial" w:cs="Arial"/>
          <w:b/>
          <w:sz w:val="60"/>
          <w:szCs w:val="60"/>
          <w:lang w:eastAsia="zh-TW"/>
        </w:rPr>
      </w:pPr>
      <w:r w:rsidRPr="005F2B49">
        <w:rPr>
          <w:rFonts w:ascii="Arial" w:eastAsia="微軟正黑體" w:hAnsi="Arial" w:cs="Arial"/>
          <w:b/>
          <w:sz w:val="60"/>
          <w:szCs w:val="60"/>
          <w:lang w:eastAsia="zh-TW"/>
        </w:rPr>
        <w:t>生成式</w:t>
      </w:r>
      <w:r w:rsidRPr="005F2B49">
        <w:rPr>
          <w:rFonts w:ascii="Arial" w:eastAsia="微軟正黑體" w:hAnsi="Arial" w:cs="Arial"/>
          <w:b/>
          <w:sz w:val="60"/>
          <w:szCs w:val="60"/>
          <w:lang w:eastAsia="zh-TW"/>
        </w:rPr>
        <w:t>AI</w:t>
      </w:r>
      <w:r w:rsidRPr="005F2B49">
        <w:rPr>
          <w:rFonts w:ascii="Arial" w:eastAsia="微軟正黑體" w:hAnsi="Arial" w:cs="Arial"/>
          <w:b/>
          <w:sz w:val="60"/>
          <w:szCs w:val="60"/>
          <w:lang w:eastAsia="zh-TW"/>
        </w:rPr>
        <w:t>結合</w:t>
      </w:r>
      <w:r w:rsidRPr="005F2B49">
        <w:rPr>
          <w:rFonts w:ascii="Arial" w:eastAsia="微軟正黑體" w:hAnsi="Arial" w:cs="Arial"/>
          <w:b/>
          <w:sz w:val="60"/>
          <w:szCs w:val="60"/>
          <w:lang w:eastAsia="zh-TW"/>
        </w:rPr>
        <w:t>RAG</w:t>
      </w:r>
      <w:r w:rsidRPr="005F2B49">
        <w:rPr>
          <w:rFonts w:ascii="Arial" w:eastAsia="微軟正黑體" w:hAnsi="Arial" w:cs="Arial"/>
          <w:b/>
          <w:sz w:val="60"/>
          <w:szCs w:val="60"/>
          <w:lang w:eastAsia="zh-TW"/>
        </w:rPr>
        <w:t>之智慧</w:t>
      </w:r>
    </w:p>
    <w:p w14:paraId="7D874B73" w14:textId="77777777" w:rsidR="00ED4035" w:rsidRPr="005F2B49" w:rsidRDefault="00ED4035" w:rsidP="00ED4035">
      <w:pPr>
        <w:spacing w:after="0"/>
        <w:jc w:val="center"/>
        <w:rPr>
          <w:rFonts w:ascii="Arial" w:eastAsia="微軟正黑體" w:hAnsi="Arial" w:cs="Arial"/>
          <w:bCs/>
          <w:lang w:eastAsia="zh-TW"/>
        </w:rPr>
      </w:pPr>
      <w:r w:rsidRPr="005F2B49">
        <w:rPr>
          <w:rFonts w:ascii="Arial" w:eastAsia="微軟正黑體" w:hAnsi="Arial" w:cs="Arial"/>
          <w:b/>
          <w:sz w:val="60"/>
          <w:szCs w:val="60"/>
          <w:lang w:eastAsia="zh-TW"/>
        </w:rPr>
        <w:t>教學助理系統之建構</w:t>
      </w:r>
    </w:p>
    <w:p w14:paraId="4A6664E0" w14:textId="77777777" w:rsidR="00ED4035" w:rsidRPr="005F2B49" w:rsidRDefault="00CA0503" w:rsidP="00ED4035">
      <w:pPr>
        <w:spacing w:beforeLines="50" w:before="120" w:after="120"/>
        <w:jc w:val="center"/>
        <w:rPr>
          <w:rFonts w:ascii="Arial" w:eastAsia="微軟正黑體" w:hAnsi="Arial" w:cs="Arial"/>
          <w:b/>
          <w:bCs/>
          <w:sz w:val="44"/>
          <w:szCs w:val="44"/>
          <w:u w:val="single"/>
          <w:lang w:eastAsia="zh-TW"/>
        </w:rPr>
      </w:pPr>
      <w:r w:rsidRPr="005F2B49">
        <w:rPr>
          <w:rFonts w:ascii="Arial" w:eastAsia="微軟正黑體" w:hAnsi="Arial" w:cs="Arial" w:hint="eastAsia"/>
          <w:b/>
          <w:bCs/>
          <w:sz w:val="44"/>
          <w:szCs w:val="44"/>
          <w:u w:val="single"/>
          <w:lang w:eastAsia="zh-TW"/>
        </w:rPr>
        <w:t>網頁教學手冊</w:t>
      </w:r>
    </w:p>
    <w:p w14:paraId="5538C701" w14:textId="77777777" w:rsidR="005B6BB1" w:rsidRPr="005F2B49" w:rsidRDefault="005B6BB1" w:rsidP="00561F99">
      <w:pPr>
        <w:jc w:val="both"/>
        <w:rPr>
          <w:rFonts w:ascii="Times New Roman" w:hAnsi="Times New Roman" w:cs="Times New Roman"/>
          <w:szCs w:val="32"/>
          <w:lang w:eastAsia="zh-TW"/>
        </w:rPr>
      </w:pPr>
    </w:p>
    <w:p w14:paraId="7E376533" w14:textId="77777777" w:rsidR="005B6BB1" w:rsidRPr="005F2B49" w:rsidRDefault="005B6BB1" w:rsidP="00561F99">
      <w:pPr>
        <w:jc w:val="both"/>
        <w:rPr>
          <w:rFonts w:ascii="Times New Roman" w:hAnsi="Times New Roman" w:cs="Times New Roman"/>
          <w:szCs w:val="32"/>
          <w:lang w:eastAsia="zh-TW"/>
        </w:rPr>
      </w:pPr>
    </w:p>
    <w:p w14:paraId="2E324EB0" w14:textId="77777777" w:rsidR="005B6BB1" w:rsidRPr="005F2B49" w:rsidRDefault="00E44C03" w:rsidP="00561F99">
      <w:pPr>
        <w:jc w:val="both"/>
        <w:rPr>
          <w:rFonts w:ascii="Times New Roman" w:hAnsi="Times New Roman" w:cs="Times New Roman"/>
          <w:szCs w:val="32"/>
          <w:lang w:eastAsia="zh-TW"/>
        </w:rPr>
      </w:pPr>
      <w:r w:rsidRPr="005F2B49">
        <w:rPr>
          <w:rFonts w:ascii="Arial" w:eastAsia="微軟正黑體" w:hAnsi="Arial" w:cs="Arial"/>
          <w:b/>
          <w:noProof/>
          <w:szCs w:val="32"/>
        </w:rPr>
        <w:drawing>
          <wp:anchor distT="0" distB="0" distL="114300" distR="114300" simplePos="0" relativeHeight="251661312" behindDoc="1" locked="0" layoutInCell="1" allowOverlap="1" wp14:anchorId="6EA0ACF5" wp14:editId="4EE1BB6A">
            <wp:simplePos x="0" y="0"/>
            <wp:positionH relativeFrom="margin">
              <wp:posOffset>1895475</wp:posOffset>
            </wp:positionH>
            <wp:positionV relativeFrom="paragraph">
              <wp:posOffset>12413</wp:posOffset>
            </wp:positionV>
            <wp:extent cx="1691640" cy="479425"/>
            <wp:effectExtent l="0" t="0" r="3810" b="0"/>
            <wp:wrapNone/>
            <wp:docPr id="941" name="Picture 941" descr="一張含有 電腦, 鍵盤, 坐, 黑暗 的圖片&#10;&#10;自動產生的描述">
              <a:extLst xmlns:a="http://schemas.openxmlformats.org/drawingml/2006/main">
                <a:ext uri="{FF2B5EF4-FFF2-40B4-BE49-F238E27FC236}">
                  <a16:creationId xmlns:a16="http://schemas.microsoft.com/office/drawing/2014/main" id="{E767A0A3-BDBB-454C-B94A-ABB4AB42E0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圖片 15" descr="一張含有 電腦, 鍵盤, 坐, 黑暗 的圖片&#10;&#10;自動產生的描述">
                      <a:extLst>
                        <a:ext uri="{FF2B5EF4-FFF2-40B4-BE49-F238E27FC236}">
                          <a16:creationId xmlns:a16="http://schemas.microsoft.com/office/drawing/2014/main" id="{E767A0A3-BDBB-454C-B94A-ABB4AB42E0FF}"/>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91640" cy="479425"/>
                    </a:xfrm>
                    <a:prstGeom prst="rect">
                      <a:avLst/>
                    </a:prstGeom>
                  </pic:spPr>
                </pic:pic>
              </a:graphicData>
            </a:graphic>
          </wp:anchor>
        </w:drawing>
      </w:r>
    </w:p>
    <w:p w14:paraId="5B0184D6" w14:textId="77777777" w:rsidR="005B6BB1" w:rsidRPr="005F2B49" w:rsidRDefault="00E44C03" w:rsidP="00561F99">
      <w:pPr>
        <w:jc w:val="both"/>
        <w:rPr>
          <w:rFonts w:ascii="Times New Roman" w:hAnsi="Times New Roman" w:cs="Times New Roman"/>
          <w:szCs w:val="32"/>
          <w:lang w:eastAsia="zh-TW"/>
        </w:rPr>
      </w:pPr>
      <w:r w:rsidRPr="005F2B49">
        <w:rPr>
          <w:rFonts w:ascii="微軟正黑體" w:eastAsia="微軟正黑體" w:hAnsi="微軟正黑體"/>
          <w:b/>
          <w:noProof/>
        </w:rPr>
        <mc:AlternateContent>
          <mc:Choice Requires="wps">
            <w:drawing>
              <wp:anchor distT="0" distB="0" distL="114300" distR="114300" simplePos="0" relativeHeight="251663360" behindDoc="0" locked="0" layoutInCell="1" allowOverlap="1" wp14:anchorId="03A61F29" wp14:editId="3375ABE1">
                <wp:simplePos x="0" y="0"/>
                <wp:positionH relativeFrom="margin">
                  <wp:align>center</wp:align>
                </wp:positionH>
                <wp:positionV relativeFrom="paragraph">
                  <wp:posOffset>240854</wp:posOffset>
                </wp:positionV>
                <wp:extent cx="4713321" cy="1885950"/>
                <wp:effectExtent l="0" t="0" r="0" b="0"/>
                <wp:wrapNone/>
                <wp:docPr id="816126500" name="文字方塊 2"/>
                <wp:cNvGraphicFramePr/>
                <a:graphic xmlns:a="http://schemas.openxmlformats.org/drawingml/2006/main">
                  <a:graphicData uri="http://schemas.microsoft.com/office/word/2010/wordprocessingShape">
                    <wps:wsp>
                      <wps:cNvSpPr txBox="1"/>
                      <wps:spPr>
                        <a:xfrm>
                          <a:off x="0" y="0"/>
                          <a:ext cx="4713321" cy="1885950"/>
                        </a:xfrm>
                        <a:prstGeom prst="rect">
                          <a:avLst/>
                        </a:prstGeom>
                        <a:noFill/>
                        <a:ln w="6350">
                          <a:noFill/>
                        </a:ln>
                      </wps:spPr>
                      <wps:txbx>
                        <w:txbxContent>
                          <w:tbl>
                            <w:tblPr>
                              <w:tblStyle w:val="aff2"/>
                              <w:tblW w:w="49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2"/>
                              <w:gridCol w:w="692"/>
                              <w:gridCol w:w="4969"/>
                            </w:tblGrid>
                            <w:tr w:rsidR="00D33529" w:rsidRPr="00B649E3" w14:paraId="6C72609A" w14:textId="77777777" w:rsidTr="00A622C5">
                              <w:trPr>
                                <w:trHeight w:val="283"/>
                              </w:trPr>
                              <w:tc>
                                <w:tcPr>
                                  <w:tcW w:w="1026" w:type="pct"/>
                                </w:tcPr>
                                <w:p w14:paraId="4C57EC3A"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廠商名稱</w:t>
                                  </w:r>
                                </w:p>
                              </w:tc>
                              <w:tc>
                                <w:tcPr>
                                  <w:tcW w:w="486" w:type="pct"/>
                                </w:tcPr>
                                <w:p w14:paraId="640E3958"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10BAE1BA"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lang w:eastAsia="zh-TW"/>
                                    </w:rPr>
                                  </w:pPr>
                                  <w:r w:rsidRPr="00B649E3">
                                    <w:rPr>
                                      <w:rFonts w:ascii="微軟正黑體" w:eastAsia="微軟正黑體" w:hAnsi="微軟正黑體" w:hint="eastAsia"/>
                                      <w:b/>
                                      <w:bCs/>
                                      <w:color w:val="4A442A" w:themeColor="background2" w:themeShade="40"/>
                                      <w:sz w:val="24"/>
                                      <w:szCs w:val="24"/>
                                      <w:lang w:eastAsia="zh-TW"/>
                                    </w:rPr>
                                    <w:t>中華電信股份有限公司企業客戶分公司</w:t>
                                  </w:r>
                                </w:p>
                              </w:tc>
                            </w:tr>
                            <w:tr w:rsidR="00D33529" w:rsidRPr="00B649E3" w14:paraId="767FB2CD" w14:textId="77777777" w:rsidTr="00A622C5">
                              <w:trPr>
                                <w:trHeight w:val="283"/>
                              </w:trPr>
                              <w:tc>
                                <w:tcPr>
                                  <w:tcW w:w="1026" w:type="pct"/>
                                </w:tcPr>
                                <w:p w14:paraId="7AF0F172"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負責人</w:t>
                                  </w:r>
                                </w:p>
                              </w:tc>
                              <w:tc>
                                <w:tcPr>
                                  <w:tcW w:w="486" w:type="pct"/>
                                </w:tcPr>
                                <w:p w14:paraId="086BAC36"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25BA4898"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張 本 元</w:t>
                                  </w:r>
                                </w:p>
                              </w:tc>
                            </w:tr>
                            <w:tr w:rsidR="00D33529" w:rsidRPr="00B649E3" w14:paraId="17990A3F" w14:textId="77777777" w:rsidTr="00A622C5">
                              <w:trPr>
                                <w:trHeight w:val="283"/>
                              </w:trPr>
                              <w:tc>
                                <w:tcPr>
                                  <w:tcW w:w="1026" w:type="pct"/>
                                </w:tcPr>
                                <w:p w14:paraId="1BFB5C89"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聯絡人</w:t>
                                  </w:r>
                                </w:p>
                              </w:tc>
                              <w:tc>
                                <w:tcPr>
                                  <w:tcW w:w="486" w:type="pct"/>
                                </w:tcPr>
                                <w:p w14:paraId="1519A334"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1396B48C"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b/>
                                      <w:bCs/>
                                      <w:color w:val="4A442A" w:themeColor="background2" w:themeShade="40"/>
                                      <w:sz w:val="24"/>
                                      <w:szCs w:val="24"/>
                                    </w:rPr>
                                    <w:t>洪</w:t>
                                  </w:r>
                                  <w:r w:rsidRPr="00B649E3">
                                    <w:rPr>
                                      <w:rFonts w:ascii="微軟正黑體" w:eastAsia="微軟正黑體" w:hAnsi="微軟正黑體" w:hint="eastAsia"/>
                                      <w:b/>
                                      <w:bCs/>
                                      <w:color w:val="4A442A" w:themeColor="background2" w:themeShade="40"/>
                                      <w:sz w:val="24"/>
                                      <w:szCs w:val="24"/>
                                    </w:rPr>
                                    <w:t xml:space="preserve"> </w:t>
                                  </w:r>
                                  <w:r w:rsidRPr="00B649E3">
                                    <w:rPr>
                                      <w:rFonts w:ascii="微軟正黑體" w:eastAsia="微軟正黑體" w:hAnsi="微軟正黑體"/>
                                      <w:b/>
                                      <w:bCs/>
                                      <w:color w:val="4A442A" w:themeColor="background2" w:themeShade="40"/>
                                      <w:sz w:val="24"/>
                                      <w:szCs w:val="24"/>
                                    </w:rPr>
                                    <w:t>健</w:t>
                                  </w:r>
                                  <w:r w:rsidRPr="00B649E3">
                                    <w:rPr>
                                      <w:rFonts w:ascii="微軟正黑體" w:eastAsia="微軟正黑體" w:hAnsi="微軟正黑體" w:hint="eastAsia"/>
                                      <w:b/>
                                      <w:bCs/>
                                      <w:color w:val="4A442A" w:themeColor="background2" w:themeShade="40"/>
                                      <w:sz w:val="24"/>
                                      <w:szCs w:val="24"/>
                                    </w:rPr>
                                    <w:t xml:space="preserve"> </w:t>
                                  </w:r>
                                  <w:r w:rsidRPr="00B649E3">
                                    <w:rPr>
                                      <w:rFonts w:ascii="微軟正黑體" w:eastAsia="微軟正黑體" w:hAnsi="微軟正黑體"/>
                                      <w:b/>
                                      <w:bCs/>
                                      <w:color w:val="4A442A" w:themeColor="background2" w:themeShade="40"/>
                                      <w:sz w:val="24"/>
                                      <w:szCs w:val="24"/>
                                    </w:rPr>
                                    <w:t>儒</w:t>
                                  </w:r>
                                </w:p>
                              </w:tc>
                            </w:tr>
                            <w:tr w:rsidR="00D33529" w:rsidRPr="00B649E3" w14:paraId="3492050F" w14:textId="77777777" w:rsidTr="00A622C5">
                              <w:trPr>
                                <w:trHeight w:val="283"/>
                              </w:trPr>
                              <w:tc>
                                <w:tcPr>
                                  <w:tcW w:w="1026" w:type="pct"/>
                                </w:tcPr>
                                <w:p w14:paraId="652ACCE1"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地址</w:t>
                                  </w:r>
                                </w:p>
                              </w:tc>
                              <w:tc>
                                <w:tcPr>
                                  <w:tcW w:w="486" w:type="pct"/>
                                </w:tcPr>
                                <w:p w14:paraId="3602C435"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232DF162"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lang w:eastAsia="zh-TW"/>
                                    </w:rPr>
                                  </w:pPr>
                                  <w:r w:rsidRPr="00B649E3">
                                    <w:rPr>
                                      <w:rFonts w:ascii="微軟正黑體" w:eastAsia="微軟正黑體" w:hAnsi="微軟正黑體"/>
                                      <w:b/>
                                      <w:bCs/>
                                      <w:color w:val="4A442A" w:themeColor="background2" w:themeShade="40"/>
                                      <w:sz w:val="24"/>
                                      <w:szCs w:val="24"/>
                                      <w:lang w:eastAsia="zh-TW"/>
                                    </w:rPr>
                                    <w:t>台中市北區進化路322號17樓</w:t>
                                  </w:r>
                                </w:p>
                              </w:tc>
                            </w:tr>
                            <w:tr w:rsidR="00D33529" w:rsidRPr="00B649E3" w14:paraId="6F7CEA58" w14:textId="77777777" w:rsidTr="00A622C5">
                              <w:trPr>
                                <w:trHeight w:val="283"/>
                              </w:trPr>
                              <w:tc>
                                <w:tcPr>
                                  <w:tcW w:w="1026" w:type="pct"/>
                                </w:tcPr>
                                <w:p w14:paraId="60D8DCB9"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b/>
                                      <w:bCs/>
                                      <w:color w:val="4A442A" w:themeColor="background2" w:themeShade="40"/>
                                      <w:sz w:val="24"/>
                                      <w:szCs w:val="24"/>
                                    </w:rPr>
                                    <w:t>電話</w:t>
                                  </w:r>
                                </w:p>
                              </w:tc>
                              <w:tc>
                                <w:tcPr>
                                  <w:tcW w:w="486" w:type="pct"/>
                                </w:tcPr>
                                <w:p w14:paraId="7A98A1F6"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4C8A44C4"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b/>
                                      <w:bCs/>
                                      <w:color w:val="4A442A" w:themeColor="background2" w:themeShade="40"/>
                                      <w:sz w:val="24"/>
                                      <w:szCs w:val="24"/>
                                    </w:rPr>
                                    <w:t>04-23447875</w:t>
                                  </w:r>
                                </w:p>
                              </w:tc>
                            </w:tr>
                            <w:tr w:rsidR="00D33529" w:rsidRPr="00B649E3" w14:paraId="057FCC2E" w14:textId="77777777" w:rsidTr="00A622C5">
                              <w:trPr>
                                <w:trHeight w:val="283"/>
                              </w:trPr>
                              <w:tc>
                                <w:tcPr>
                                  <w:tcW w:w="1026" w:type="pct"/>
                                </w:tcPr>
                                <w:p w14:paraId="26371553"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傳真</w:t>
                                  </w:r>
                                </w:p>
                              </w:tc>
                              <w:tc>
                                <w:tcPr>
                                  <w:tcW w:w="486" w:type="pct"/>
                                </w:tcPr>
                                <w:p w14:paraId="2A39E599"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0A29ED43"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b/>
                                      <w:bCs/>
                                      <w:color w:val="4A442A" w:themeColor="background2" w:themeShade="40"/>
                                      <w:sz w:val="24"/>
                                      <w:szCs w:val="24"/>
                                    </w:rPr>
                                    <w:t>04-23447989</w:t>
                                  </w:r>
                                </w:p>
                              </w:tc>
                            </w:tr>
                          </w:tbl>
                          <w:p w14:paraId="12C8B3F7" w14:textId="77777777" w:rsidR="00D33529" w:rsidRPr="00B649E3" w:rsidRDefault="00D33529" w:rsidP="00D33529">
                            <w:pPr>
                              <w:spacing w:after="120"/>
                              <w:rPr>
                                <w:b/>
                                <w:bCs/>
                                <w:color w:val="365F91" w:themeColor="accent1" w:themeShade="BF"/>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61F29" id="_x0000_t202" coordsize="21600,21600" o:spt="202" path="m,l,21600r21600,l21600,xe">
                <v:stroke joinstyle="miter"/>
                <v:path gradientshapeok="t" o:connecttype="rect"/>
              </v:shapetype>
              <v:shape id="文字方塊 2" o:spid="_x0000_s1026" type="#_x0000_t202" style="position:absolute;left:0;text-align:left;margin-left:0;margin-top:18.95pt;width:371.15pt;height:148.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" filled="f" stroked="f" strokeweight=".5pt">
                <v:textbox>
                  <w:txbxContent>
                    <w:tbl>
                      <w:tblPr>
                        <w:tblStyle w:val="aff2"/>
                        <w:tblW w:w="49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2"/>
                        <w:gridCol w:w="692"/>
                        <w:gridCol w:w="4969"/>
                      </w:tblGrid>
                      <w:tr w:rsidR="00D33529" w:rsidRPr="00B649E3" w14:paraId="6C72609A" w14:textId="77777777" w:rsidTr="00A622C5">
                        <w:trPr>
                          <w:trHeight w:val="283"/>
                        </w:trPr>
                        <w:tc>
                          <w:tcPr>
                            <w:tcW w:w="1026" w:type="pct"/>
                          </w:tcPr>
                          <w:p w14:paraId="4C57EC3A"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廠商名稱</w:t>
                            </w:r>
                          </w:p>
                        </w:tc>
                        <w:tc>
                          <w:tcPr>
                            <w:tcW w:w="486" w:type="pct"/>
                          </w:tcPr>
                          <w:p w14:paraId="640E3958"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10BAE1BA"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lang w:eastAsia="zh-TW"/>
                              </w:rPr>
                            </w:pPr>
                            <w:r w:rsidRPr="00B649E3">
                              <w:rPr>
                                <w:rFonts w:ascii="微軟正黑體" w:eastAsia="微軟正黑體" w:hAnsi="微軟正黑體" w:hint="eastAsia"/>
                                <w:b/>
                                <w:bCs/>
                                <w:color w:val="4A442A" w:themeColor="background2" w:themeShade="40"/>
                                <w:sz w:val="24"/>
                                <w:szCs w:val="24"/>
                                <w:lang w:eastAsia="zh-TW"/>
                              </w:rPr>
                              <w:t>中華電信股份有限公司企業客戶分公司</w:t>
                            </w:r>
                          </w:p>
                        </w:tc>
                      </w:tr>
                      <w:tr w:rsidR="00D33529" w:rsidRPr="00B649E3" w14:paraId="767FB2CD" w14:textId="77777777" w:rsidTr="00A622C5">
                        <w:trPr>
                          <w:trHeight w:val="283"/>
                        </w:trPr>
                        <w:tc>
                          <w:tcPr>
                            <w:tcW w:w="1026" w:type="pct"/>
                          </w:tcPr>
                          <w:p w14:paraId="7AF0F172"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負責人</w:t>
                            </w:r>
                          </w:p>
                        </w:tc>
                        <w:tc>
                          <w:tcPr>
                            <w:tcW w:w="486" w:type="pct"/>
                          </w:tcPr>
                          <w:p w14:paraId="086BAC36"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25BA4898"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張 本 元</w:t>
                            </w:r>
                          </w:p>
                        </w:tc>
                      </w:tr>
                      <w:tr w:rsidR="00D33529" w:rsidRPr="00B649E3" w14:paraId="17990A3F" w14:textId="77777777" w:rsidTr="00A622C5">
                        <w:trPr>
                          <w:trHeight w:val="283"/>
                        </w:trPr>
                        <w:tc>
                          <w:tcPr>
                            <w:tcW w:w="1026" w:type="pct"/>
                          </w:tcPr>
                          <w:p w14:paraId="1BFB5C89"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聯絡人</w:t>
                            </w:r>
                          </w:p>
                        </w:tc>
                        <w:tc>
                          <w:tcPr>
                            <w:tcW w:w="486" w:type="pct"/>
                          </w:tcPr>
                          <w:p w14:paraId="1519A334"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1396B48C"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b/>
                                <w:bCs/>
                                <w:color w:val="4A442A" w:themeColor="background2" w:themeShade="40"/>
                                <w:sz w:val="24"/>
                                <w:szCs w:val="24"/>
                              </w:rPr>
                              <w:t>洪</w:t>
                            </w:r>
                            <w:r w:rsidRPr="00B649E3">
                              <w:rPr>
                                <w:rFonts w:ascii="微軟正黑體" w:eastAsia="微軟正黑體" w:hAnsi="微軟正黑體" w:hint="eastAsia"/>
                                <w:b/>
                                <w:bCs/>
                                <w:color w:val="4A442A" w:themeColor="background2" w:themeShade="40"/>
                                <w:sz w:val="24"/>
                                <w:szCs w:val="24"/>
                              </w:rPr>
                              <w:t xml:space="preserve"> </w:t>
                            </w:r>
                            <w:r w:rsidRPr="00B649E3">
                              <w:rPr>
                                <w:rFonts w:ascii="微軟正黑體" w:eastAsia="微軟正黑體" w:hAnsi="微軟正黑體"/>
                                <w:b/>
                                <w:bCs/>
                                <w:color w:val="4A442A" w:themeColor="background2" w:themeShade="40"/>
                                <w:sz w:val="24"/>
                                <w:szCs w:val="24"/>
                              </w:rPr>
                              <w:t>健</w:t>
                            </w:r>
                            <w:r w:rsidRPr="00B649E3">
                              <w:rPr>
                                <w:rFonts w:ascii="微軟正黑體" w:eastAsia="微軟正黑體" w:hAnsi="微軟正黑體" w:hint="eastAsia"/>
                                <w:b/>
                                <w:bCs/>
                                <w:color w:val="4A442A" w:themeColor="background2" w:themeShade="40"/>
                                <w:sz w:val="24"/>
                                <w:szCs w:val="24"/>
                              </w:rPr>
                              <w:t xml:space="preserve"> </w:t>
                            </w:r>
                            <w:r w:rsidRPr="00B649E3">
                              <w:rPr>
                                <w:rFonts w:ascii="微軟正黑體" w:eastAsia="微軟正黑體" w:hAnsi="微軟正黑體"/>
                                <w:b/>
                                <w:bCs/>
                                <w:color w:val="4A442A" w:themeColor="background2" w:themeShade="40"/>
                                <w:sz w:val="24"/>
                                <w:szCs w:val="24"/>
                              </w:rPr>
                              <w:t>儒</w:t>
                            </w:r>
                          </w:p>
                        </w:tc>
                      </w:tr>
                      <w:tr w:rsidR="00D33529" w:rsidRPr="00B649E3" w14:paraId="3492050F" w14:textId="77777777" w:rsidTr="00A622C5">
                        <w:trPr>
                          <w:trHeight w:val="283"/>
                        </w:trPr>
                        <w:tc>
                          <w:tcPr>
                            <w:tcW w:w="1026" w:type="pct"/>
                          </w:tcPr>
                          <w:p w14:paraId="652ACCE1"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地址</w:t>
                            </w:r>
                          </w:p>
                        </w:tc>
                        <w:tc>
                          <w:tcPr>
                            <w:tcW w:w="486" w:type="pct"/>
                          </w:tcPr>
                          <w:p w14:paraId="3602C435"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232DF162"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lang w:eastAsia="zh-TW"/>
                              </w:rPr>
                            </w:pPr>
                            <w:r w:rsidRPr="00B649E3">
                              <w:rPr>
                                <w:rFonts w:ascii="微軟正黑體" w:eastAsia="微軟正黑體" w:hAnsi="微軟正黑體"/>
                                <w:b/>
                                <w:bCs/>
                                <w:color w:val="4A442A" w:themeColor="background2" w:themeShade="40"/>
                                <w:sz w:val="24"/>
                                <w:szCs w:val="24"/>
                                <w:lang w:eastAsia="zh-TW"/>
                              </w:rPr>
                              <w:t>台中市北區進化路322號17樓</w:t>
                            </w:r>
                          </w:p>
                        </w:tc>
                      </w:tr>
                      <w:tr w:rsidR="00D33529" w:rsidRPr="00B649E3" w14:paraId="6F7CEA58" w14:textId="77777777" w:rsidTr="00A622C5">
                        <w:trPr>
                          <w:trHeight w:val="283"/>
                        </w:trPr>
                        <w:tc>
                          <w:tcPr>
                            <w:tcW w:w="1026" w:type="pct"/>
                          </w:tcPr>
                          <w:p w14:paraId="60D8DCB9"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b/>
                                <w:bCs/>
                                <w:color w:val="4A442A" w:themeColor="background2" w:themeShade="40"/>
                                <w:sz w:val="24"/>
                                <w:szCs w:val="24"/>
                              </w:rPr>
                              <w:t>電話</w:t>
                            </w:r>
                          </w:p>
                        </w:tc>
                        <w:tc>
                          <w:tcPr>
                            <w:tcW w:w="486" w:type="pct"/>
                          </w:tcPr>
                          <w:p w14:paraId="7A98A1F6"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4C8A44C4"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b/>
                                <w:bCs/>
                                <w:color w:val="4A442A" w:themeColor="background2" w:themeShade="40"/>
                                <w:sz w:val="24"/>
                                <w:szCs w:val="24"/>
                              </w:rPr>
                              <w:t>04-23447875</w:t>
                            </w:r>
                          </w:p>
                        </w:tc>
                      </w:tr>
                      <w:tr w:rsidR="00D33529" w:rsidRPr="00B649E3" w14:paraId="057FCC2E" w14:textId="77777777" w:rsidTr="00A622C5">
                        <w:trPr>
                          <w:trHeight w:val="283"/>
                        </w:trPr>
                        <w:tc>
                          <w:tcPr>
                            <w:tcW w:w="1026" w:type="pct"/>
                          </w:tcPr>
                          <w:p w14:paraId="26371553" w14:textId="77777777" w:rsidR="00D33529" w:rsidRPr="00B649E3" w:rsidRDefault="00D33529" w:rsidP="00A622C5">
                            <w:pPr>
                              <w:spacing w:line="440" w:lineRule="exact"/>
                              <w:jc w:val="distribute"/>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傳真</w:t>
                            </w:r>
                          </w:p>
                        </w:tc>
                        <w:tc>
                          <w:tcPr>
                            <w:tcW w:w="486" w:type="pct"/>
                          </w:tcPr>
                          <w:p w14:paraId="2A39E599"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hint="eastAsia"/>
                                <w:b/>
                                <w:bCs/>
                                <w:color w:val="4A442A" w:themeColor="background2" w:themeShade="40"/>
                                <w:sz w:val="24"/>
                                <w:szCs w:val="24"/>
                              </w:rPr>
                              <w:t>：</w:t>
                            </w:r>
                          </w:p>
                        </w:tc>
                        <w:tc>
                          <w:tcPr>
                            <w:tcW w:w="3488" w:type="pct"/>
                            <w:vAlign w:val="center"/>
                          </w:tcPr>
                          <w:p w14:paraId="0A29ED43" w14:textId="77777777" w:rsidR="00D33529" w:rsidRPr="00B649E3" w:rsidRDefault="00D33529" w:rsidP="00A622C5">
                            <w:pPr>
                              <w:spacing w:line="440" w:lineRule="exact"/>
                              <w:rPr>
                                <w:rFonts w:ascii="微軟正黑體" w:eastAsia="微軟正黑體" w:hAnsi="微軟正黑體"/>
                                <w:b/>
                                <w:bCs/>
                                <w:color w:val="4A442A" w:themeColor="background2" w:themeShade="40"/>
                                <w:sz w:val="24"/>
                                <w:szCs w:val="24"/>
                              </w:rPr>
                            </w:pPr>
                            <w:r w:rsidRPr="00B649E3">
                              <w:rPr>
                                <w:rFonts w:ascii="微軟正黑體" w:eastAsia="微軟正黑體" w:hAnsi="微軟正黑體"/>
                                <w:b/>
                                <w:bCs/>
                                <w:color w:val="4A442A" w:themeColor="background2" w:themeShade="40"/>
                                <w:sz w:val="24"/>
                                <w:szCs w:val="24"/>
                              </w:rPr>
                              <w:t>04-23447989</w:t>
                            </w:r>
                          </w:p>
                        </w:tc>
                      </w:tr>
                    </w:tbl>
                    <w:p w14:paraId="12C8B3F7" w14:textId="77777777" w:rsidR="00D33529" w:rsidRPr="00B649E3" w:rsidRDefault="00D33529" w:rsidP="00D33529">
                      <w:pPr>
                        <w:spacing w:after="120"/>
                        <w:rPr>
                          <w:b/>
                          <w:bCs/>
                          <w:color w:val="365F91" w:themeColor="accent1" w:themeShade="BF"/>
                          <w:sz w:val="24"/>
                          <w:szCs w:val="24"/>
                        </w:rPr>
                      </w:pPr>
                    </w:p>
                  </w:txbxContent>
                </v:textbox>
                <w10:wrap anchorx="margin"/>
              </v:shape>
            </w:pict>
          </mc:Fallback>
        </mc:AlternateContent>
      </w:r>
    </w:p>
    <w:p w14:paraId="6451E9D8" w14:textId="77777777" w:rsidR="005B6BB1" w:rsidRPr="005F2B49" w:rsidRDefault="005B6BB1" w:rsidP="00561F99">
      <w:pPr>
        <w:jc w:val="both"/>
        <w:rPr>
          <w:rFonts w:ascii="Times New Roman" w:hAnsi="Times New Roman" w:cs="Times New Roman"/>
          <w:szCs w:val="32"/>
          <w:lang w:eastAsia="zh-TW"/>
        </w:rPr>
      </w:pPr>
    </w:p>
    <w:p w14:paraId="3584F716" w14:textId="77777777" w:rsidR="00E44C03" w:rsidRPr="005F2B49" w:rsidRDefault="00E44C03" w:rsidP="00561F99">
      <w:pPr>
        <w:jc w:val="both"/>
        <w:rPr>
          <w:rFonts w:ascii="Times New Roman" w:hAnsi="Times New Roman" w:cs="Times New Roman"/>
          <w:szCs w:val="32"/>
          <w:lang w:eastAsia="zh-TW"/>
        </w:rPr>
      </w:pPr>
    </w:p>
    <w:p w14:paraId="4907C4E2" w14:textId="77777777" w:rsidR="00E44C03" w:rsidRPr="005F2B49" w:rsidRDefault="00E44C03" w:rsidP="00561F99">
      <w:pPr>
        <w:jc w:val="both"/>
        <w:rPr>
          <w:rFonts w:ascii="Times New Roman" w:hAnsi="Times New Roman" w:cs="Times New Roman"/>
          <w:szCs w:val="32"/>
          <w:lang w:eastAsia="zh-TW"/>
        </w:rPr>
      </w:pPr>
    </w:p>
    <w:p w14:paraId="4A18ED4A" w14:textId="77777777" w:rsidR="00E44C03" w:rsidRPr="005F2B49" w:rsidRDefault="00E44C03" w:rsidP="00561F99">
      <w:pPr>
        <w:jc w:val="both"/>
        <w:rPr>
          <w:rFonts w:ascii="Times New Roman" w:hAnsi="Times New Roman" w:cs="Times New Roman"/>
          <w:szCs w:val="32"/>
          <w:lang w:eastAsia="zh-TW"/>
        </w:rPr>
      </w:pPr>
    </w:p>
    <w:p w14:paraId="39540BE5" w14:textId="77777777" w:rsidR="00914EA4" w:rsidRPr="005F2B49" w:rsidRDefault="00914EA4" w:rsidP="00E727B1">
      <w:pPr>
        <w:jc w:val="center"/>
        <w:rPr>
          <w:rFonts w:ascii="Arial" w:eastAsia="微軟正黑體" w:hAnsi="Arial" w:cs="Arial"/>
          <w:b/>
          <w:bCs/>
          <w:szCs w:val="32"/>
          <w:lang w:eastAsia="zh-TW"/>
        </w:rPr>
      </w:pPr>
    </w:p>
    <w:p w14:paraId="68592C20" w14:textId="77777777" w:rsidR="00E44C03" w:rsidRPr="005F2B49" w:rsidRDefault="00E44C03" w:rsidP="00E727B1">
      <w:pPr>
        <w:jc w:val="center"/>
        <w:rPr>
          <w:rFonts w:ascii="Times New Roman" w:hAnsi="Times New Roman" w:cs="Times New Roman"/>
          <w:szCs w:val="32"/>
          <w:lang w:eastAsia="zh-TW"/>
        </w:rPr>
      </w:pPr>
      <w:r w:rsidRPr="005F2B49">
        <w:rPr>
          <w:rFonts w:ascii="Arial" w:eastAsia="微軟正黑體" w:hAnsi="Arial" w:cs="Arial"/>
          <w:b/>
          <w:bCs/>
          <w:szCs w:val="32"/>
          <w:lang w:eastAsia="zh-TW"/>
        </w:rPr>
        <w:t>中</w:t>
      </w:r>
      <w:r w:rsidRPr="005F2B49">
        <w:rPr>
          <w:rFonts w:ascii="Arial" w:eastAsia="微軟正黑體" w:hAnsi="Arial" w:cs="Arial" w:hint="eastAsia"/>
          <w:b/>
          <w:bCs/>
          <w:szCs w:val="32"/>
          <w:lang w:eastAsia="zh-TW"/>
        </w:rPr>
        <w:t xml:space="preserve">　</w:t>
      </w:r>
      <w:r w:rsidRPr="005F2B49">
        <w:rPr>
          <w:rFonts w:ascii="Arial" w:eastAsia="微軟正黑體" w:hAnsi="Arial" w:cs="Arial"/>
          <w:b/>
          <w:bCs/>
          <w:szCs w:val="32"/>
          <w:lang w:eastAsia="zh-TW"/>
        </w:rPr>
        <w:t>華</w:t>
      </w:r>
      <w:r w:rsidRPr="005F2B49">
        <w:rPr>
          <w:rFonts w:ascii="Arial" w:eastAsia="微軟正黑體" w:hAnsi="Arial" w:cs="Arial" w:hint="eastAsia"/>
          <w:b/>
          <w:bCs/>
          <w:szCs w:val="32"/>
          <w:lang w:eastAsia="zh-TW"/>
        </w:rPr>
        <w:t xml:space="preserve">　</w:t>
      </w:r>
      <w:r w:rsidRPr="005F2B49">
        <w:rPr>
          <w:rFonts w:ascii="Arial" w:eastAsia="微軟正黑體" w:hAnsi="Arial" w:cs="Arial"/>
          <w:b/>
          <w:bCs/>
          <w:szCs w:val="32"/>
          <w:lang w:eastAsia="zh-TW"/>
        </w:rPr>
        <w:t>民</w:t>
      </w:r>
      <w:r w:rsidRPr="005F2B49">
        <w:rPr>
          <w:rFonts w:ascii="Arial" w:eastAsia="微軟正黑體" w:hAnsi="Arial" w:cs="Arial" w:hint="eastAsia"/>
          <w:b/>
          <w:bCs/>
          <w:szCs w:val="32"/>
          <w:lang w:eastAsia="zh-TW"/>
        </w:rPr>
        <w:t xml:space="preserve">　</w:t>
      </w:r>
      <w:r w:rsidRPr="005F2B49">
        <w:rPr>
          <w:rFonts w:ascii="Arial" w:eastAsia="微軟正黑體" w:hAnsi="Arial" w:cs="Arial"/>
          <w:b/>
          <w:bCs/>
          <w:szCs w:val="32"/>
          <w:lang w:eastAsia="zh-TW"/>
        </w:rPr>
        <w:t>國</w:t>
      </w:r>
      <w:r w:rsidRPr="005F2B49">
        <w:rPr>
          <w:rFonts w:ascii="Arial" w:eastAsia="微軟正黑體" w:hAnsi="Arial" w:cs="Arial" w:hint="eastAsia"/>
          <w:b/>
          <w:bCs/>
          <w:szCs w:val="32"/>
          <w:lang w:eastAsia="zh-TW"/>
        </w:rPr>
        <w:t xml:space="preserve">　</w:t>
      </w:r>
      <w:r w:rsidRPr="005F2B49">
        <w:rPr>
          <w:rFonts w:ascii="Arial" w:eastAsia="微軟正黑體" w:hAnsi="Arial" w:cs="Arial"/>
          <w:b/>
          <w:bCs/>
          <w:szCs w:val="32"/>
          <w:lang w:eastAsia="zh-TW"/>
        </w:rPr>
        <w:t>1</w:t>
      </w:r>
      <w:r w:rsidRPr="005F2B49">
        <w:rPr>
          <w:rFonts w:ascii="Arial" w:eastAsia="微軟正黑體" w:hAnsi="Arial" w:cs="Arial" w:hint="eastAsia"/>
          <w:b/>
          <w:bCs/>
          <w:szCs w:val="32"/>
          <w:lang w:eastAsia="zh-TW"/>
        </w:rPr>
        <w:t xml:space="preserve">　</w:t>
      </w:r>
      <w:r w:rsidRPr="005F2B49">
        <w:rPr>
          <w:rFonts w:ascii="Arial" w:eastAsia="微軟正黑體" w:hAnsi="Arial" w:cs="Arial"/>
          <w:b/>
          <w:bCs/>
          <w:szCs w:val="32"/>
          <w:lang w:eastAsia="zh-TW"/>
        </w:rPr>
        <w:t>1</w:t>
      </w:r>
      <w:r w:rsidRPr="005F2B49">
        <w:rPr>
          <w:rFonts w:ascii="Arial" w:eastAsia="微軟正黑體" w:hAnsi="Arial" w:cs="Arial" w:hint="eastAsia"/>
          <w:b/>
          <w:bCs/>
          <w:szCs w:val="32"/>
          <w:lang w:eastAsia="zh-TW"/>
        </w:rPr>
        <w:t xml:space="preserve">　</w:t>
      </w:r>
      <w:r w:rsidR="00A64BC3" w:rsidRPr="005F2B49">
        <w:rPr>
          <w:rFonts w:ascii="Arial" w:eastAsia="微軟正黑體" w:hAnsi="Arial" w:cs="Arial" w:hint="eastAsia"/>
          <w:b/>
          <w:bCs/>
          <w:szCs w:val="32"/>
          <w:lang w:eastAsia="zh-TW"/>
        </w:rPr>
        <w:t>5</w:t>
      </w:r>
      <w:r w:rsidRPr="005F2B49">
        <w:rPr>
          <w:rFonts w:ascii="Arial" w:eastAsia="微軟正黑體" w:hAnsi="Arial" w:cs="Arial" w:hint="eastAsia"/>
          <w:b/>
          <w:bCs/>
          <w:szCs w:val="32"/>
          <w:lang w:eastAsia="zh-TW"/>
        </w:rPr>
        <w:t xml:space="preserve">　</w:t>
      </w:r>
      <w:r w:rsidRPr="005F2B49">
        <w:rPr>
          <w:rFonts w:ascii="Arial" w:eastAsia="微軟正黑體" w:hAnsi="Arial" w:cs="Arial"/>
          <w:b/>
          <w:bCs/>
          <w:szCs w:val="32"/>
          <w:lang w:eastAsia="zh-TW"/>
        </w:rPr>
        <w:t>年</w:t>
      </w:r>
      <w:r w:rsidRPr="005F2B49">
        <w:rPr>
          <w:rFonts w:ascii="Arial" w:eastAsia="微軟正黑體" w:hAnsi="Arial" w:cs="Arial" w:hint="eastAsia"/>
          <w:b/>
          <w:bCs/>
          <w:szCs w:val="32"/>
          <w:lang w:eastAsia="zh-TW"/>
        </w:rPr>
        <w:t xml:space="preserve">　</w:t>
      </w:r>
      <w:r w:rsidR="00047C34" w:rsidRPr="005F2B49">
        <w:rPr>
          <w:rFonts w:ascii="Arial" w:eastAsia="微軟正黑體" w:hAnsi="Arial" w:cs="Arial" w:hint="eastAsia"/>
          <w:b/>
          <w:bCs/>
          <w:szCs w:val="32"/>
          <w:lang w:eastAsia="zh-TW"/>
        </w:rPr>
        <w:t>7</w:t>
      </w:r>
      <w:r w:rsidRPr="005F2B49">
        <w:rPr>
          <w:rFonts w:ascii="Arial" w:eastAsia="微軟正黑體" w:hAnsi="Arial" w:cs="Arial" w:hint="eastAsia"/>
          <w:b/>
          <w:bCs/>
          <w:szCs w:val="32"/>
          <w:lang w:eastAsia="zh-TW"/>
        </w:rPr>
        <w:t xml:space="preserve">　</w:t>
      </w:r>
      <w:r w:rsidRPr="005F2B49">
        <w:rPr>
          <w:rFonts w:ascii="Arial" w:eastAsia="微軟正黑體" w:hAnsi="Arial" w:cs="Arial"/>
          <w:b/>
          <w:bCs/>
          <w:szCs w:val="32"/>
          <w:lang w:eastAsia="zh-TW"/>
        </w:rPr>
        <w:t>月</w:t>
      </w:r>
      <w:r w:rsidRPr="005F2B49">
        <w:rPr>
          <w:rFonts w:ascii="Arial" w:eastAsia="微軟正黑體" w:hAnsi="Arial" w:cs="Arial" w:hint="eastAsia"/>
          <w:b/>
          <w:bCs/>
          <w:szCs w:val="32"/>
          <w:lang w:eastAsia="zh-TW"/>
        </w:rPr>
        <w:t xml:space="preserve">　</w:t>
      </w:r>
      <w:r w:rsidR="000530E0" w:rsidRPr="005F2B49">
        <w:rPr>
          <w:rFonts w:ascii="Arial" w:eastAsia="微軟正黑體" w:hAnsi="Arial" w:cs="Arial" w:hint="eastAsia"/>
          <w:b/>
          <w:bCs/>
          <w:szCs w:val="32"/>
          <w:lang w:eastAsia="zh-TW"/>
        </w:rPr>
        <w:t>31</w:t>
      </w:r>
      <w:r w:rsidRPr="005F2B49">
        <w:rPr>
          <w:rFonts w:ascii="Arial" w:eastAsia="微軟正黑體" w:hAnsi="Arial" w:cs="Arial" w:hint="eastAsia"/>
          <w:b/>
          <w:bCs/>
          <w:szCs w:val="32"/>
          <w:lang w:eastAsia="zh-TW"/>
        </w:rPr>
        <w:t xml:space="preserve">　</w:t>
      </w:r>
      <w:r w:rsidRPr="005F2B49">
        <w:rPr>
          <w:rFonts w:ascii="Arial" w:eastAsia="微軟正黑體" w:hAnsi="Arial" w:cs="Arial"/>
          <w:b/>
          <w:bCs/>
          <w:szCs w:val="32"/>
          <w:lang w:eastAsia="zh-TW"/>
        </w:rPr>
        <w:t>日</w:t>
      </w:r>
    </w:p>
    <w:p w14:paraId="3FFEC2F5" w14:textId="77777777" w:rsidR="005B3EDB" w:rsidRPr="005F2B49" w:rsidRDefault="005B3EDB" w:rsidP="005B3EDB">
      <w:pPr>
        <w:rPr>
          <w:rFonts w:eastAsia="新細明體"/>
          <w:lang w:eastAsia="zh-TW"/>
        </w:rPr>
      </w:pPr>
      <w:r w:rsidRPr="005F2B49">
        <w:rPr>
          <w:rFonts w:eastAsia="新細明體"/>
          <w:lang w:eastAsia="zh-TW"/>
        </w:rPr>
        <w:br w:type="page"/>
      </w:r>
    </w:p>
    <w:sdt>
      <w:sdtPr>
        <w:rPr>
          <w:rFonts w:ascii="Times New Roman" w:hAnsi="Times New Roman" w:cs="Times New Roman"/>
          <w:szCs w:val="32"/>
          <w:lang w:val="zh-TW" w:eastAsia="zh-TW"/>
        </w:rPr>
        <w:id w:val="498477722"/>
        <w:docPartObj>
          <w:docPartGallery w:val="Table of Contents"/>
          <w:docPartUnique/>
        </w:docPartObj>
      </w:sdtPr>
      <w:sdtEndPr>
        <w:rPr>
          <w:rStyle w:val="affa"/>
          <w:noProof/>
          <w:u w:val="single"/>
          <w:lang w:val="en-US"/>
        </w:rPr>
      </w:sdtEndPr>
      <w:sdtContent>
        <w:p w14:paraId="2B8A0A18" w14:textId="77777777" w:rsidR="0069795A" w:rsidRPr="005F2B49" w:rsidRDefault="0069795A" w:rsidP="00561F99">
          <w:pPr>
            <w:pStyle w:val="14"/>
            <w:tabs>
              <w:tab w:val="right" w:leader="dot" w:pos="8630"/>
            </w:tabs>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目錄</w:t>
          </w:r>
        </w:p>
        <w:p w14:paraId="695E21AC" w14:textId="18BF9C2D" w:rsidR="00497BF4" w:rsidRPr="005F2B49" w:rsidRDefault="00CC610F">
          <w:pPr>
            <w:pStyle w:val="14"/>
            <w:tabs>
              <w:tab w:val="right" w:leader="dot" w:pos="8630"/>
            </w:tabs>
            <w:rPr>
              <w:rFonts w:eastAsiaTheme="minorEastAsia"/>
              <w:noProof/>
              <w:kern w:val="2"/>
              <w:sz w:val="24"/>
              <w:szCs w:val="24"/>
              <w:lang w:eastAsia="zh-TW"/>
              <w14:ligatures w14:val="standardContextual"/>
            </w:rPr>
          </w:pPr>
          <w:r w:rsidRPr="005F2B49">
            <w:rPr>
              <w:rStyle w:val="affa"/>
              <w:rFonts w:ascii="Times New Roman" w:hAnsi="Times New Roman" w:cs="Times New Roman"/>
              <w:noProof/>
              <w:color w:val="auto"/>
              <w:szCs w:val="32"/>
              <w:lang w:eastAsia="zh-TW"/>
            </w:rPr>
            <w:fldChar w:fldCharType="begin"/>
          </w:r>
          <w:r w:rsidRPr="005F2B49">
            <w:rPr>
              <w:rStyle w:val="affa"/>
              <w:rFonts w:ascii="Times New Roman" w:hAnsi="Times New Roman" w:cs="Times New Roman"/>
              <w:noProof/>
              <w:color w:val="auto"/>
              <w:szCs w:val="32"/>
              <w:lang w:eastAsia="zh-TW"/>
            </w:rPr>
            <w:instrText xml:space="preserve"> TOC \o "1-4" \h \z \u </w:instrText>
          </w:r>
          <w:r w:rsidRPr="005F2B49">
            <w:rPr>
              <w:rStyle w:val="affa"/>
              <w:rFonts w:ascii="Times New Roman" w:hAnsi="Times New Roman" w:cs="Times New Roman"/>
              <w:noProof/>
              <w:color w:val="auto"/>
              <w:szCs w:val="32"/>
              <w:lang w:eastAsia="zh-TW"/>
            </w:rPr>
            <w:fldChar w:fldCharType="separate"/>
          </w:r>
          <w:hyperlink w:anchor="_Toc239949023" w:history="1">
            <w:r w:rsidR="00497BF4" w:rsidRPr="005F2B49">
              <w:rPr>
                <w:rStyle w:val="affa"/>
                <w:noProof/>
                <w:color w:val="auto"/>
              </w:rPr>
              <w:t>第</w:t>
            </w:r>
            <w:r w:rsidR="00497BF4" w:rsidRPr="005F2B49">
              <w:rPr>
                <w:rStyle w:val="affa"/>
                <w:noProof/>
                <w:color w:val="auto"/>
              </w:rPr>
              <w:t xml:space="preserve"> 1 </w:t>
            </w:r>
            <w:r w:rsidR="00497BF4" w:rsidRPr="005F2B49">
              <w:rPr>
                <w:rStyle w:val="affa"/>
                <w:noProof/>
                <w:color w:val="auto"/>
              </w:rPr>
              <w:t>章</w:t>
            </w:r>
            <w:r w:rsidR="00497BF4" w:rsidRPr="005F2B49">
              <w:rPr>
                <w:rStyle w:val="affa"/>
                <w:noProof/>
                <w:color w:val="auto"/>
              </w:rPr>
              <w:t xml:space="preserve"> </w:t>
            </w:r>
            <w:r w:rsidR="00497BF4" w:rsidRPr="005F2B49">
              <w:rPr>
                <w:rStyle w:val="affa"/>
                <w:noProof/>
                <w:color w:val="auto"/>
              </w:rPr>
              <w:t>系統進入方式</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_Toc239949023 \h </w:instrText>
            </w:r>
            <w:r w:rsidR="00497BF4" w:rsidRPr="005F2B49">
              <w:rPr>
                <w:noProof/>
                <w:webHidden/>
              </w:rPr>
            </w:r>
            <w:r w:rsidR="00497BF4" w:rsidRPr="005F2B49">
              <w:rPr>
                <w:noProof/>
                <w:webHidden/>
              </w:rPr>
              <w:fldChar w:fldCharType="separate"/>
            </w:r>
            <w:r w:rsidR="00497BF4" w:rsidRPr="005F2B49">
              <w:rPr>
                <w:noProof/>
                <w:webHidden/>
              </w:rPr>
              <w:t>8</w:t>
            </w:r>
            <w:r w:rsidR="00497BF4" w:rsidRPr="005F2B49">
              <w:rPr>
                <w:noProof/>
                <w:webHidden/>
              </w:rPr>
              <w:fldChar w:fldCharType="end"/>
            </w:r>
          </w:hyperlink>
        </w:p>
        <w:p w14:paraId="5B3EB719" w14:textId="1E12C8A5" w:rsidR="00497BF4" w:rsidRPr="005F2B49" w:rsidRDefault="00000000">
          <w:pPr>
            <w:pStyle w:val="2a"/>
            <w:tabs>
              <w:tab w:val="left" w:pos="1440"/>
              <w:tab w:val="right" w:leader="dot" w:pos="8630"/>
            </w:tabs>
            <w:ind w:left="640"/>
            <w:rPr>
              <w:rFonts w:eastAsiaTheme="minorEastAsia"/>
              <w:noProof/>
              <w:kern w:val="2"/>
              <w:sz w:val="24"/>
              <w:szCs w:val="24"/>
              <w:lang w:eastAsia="zh-TW"/>
              <w14:ligatures w14:val="standardContextual"/>
            </w:rPr>
          </w:pPr>
          <w:hyperlink w:anchor="_Toc239949024" w:history="1">
            <w:r w:rsidR="00497BF4" w:rsidRPr="005F2B49">
              <w:rPr>
                <w:rStyle w:val="affa"/>
                <w:noProof/>
                <w:color w:val="auto"/>
              </w:rPr>
              <w:t>1.1</w:t>
            </w:r>
            <w:r w:rsidR="00497BF4" w:rsidRPr="005F2B49">
              <w:rPr>
                <w:rFonts w:eastAsiaTheme="minorEastAsia"/>
                <w:noProof/>
                <w:kern w:val="2"/>
                <w:sz w:val="24"/>
                <w:szCs w:val="24"/>
                <w:lang w:eastAsia="zh-TW"/>
                <w14:ligatures w14:val="standardContextual"/>
              </w:rPr>
              <w:tab/>
            </w:r>
            <w:r w:rsidR="00497BF4" w:rsidRPr="005F2B49">
              <w:rPr>
                <w:rStyle w:val="affa"/>
                <w:noProof/>
                <w:color w:val="auto"/>
              </w:rPr>
              <w:t>系統網址</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_Toc239949024 \h </w:instrText>
            </w:r>
            <w:r w:rsidR="00497BF4" w:rsidRPr="005F2B49">
              <w:rPr>
                <w:noProof/>
                <w:webHidden/>
              </w:rPr>
            </w:r>
            <w:r w:rsidR="00497BF4" w:rsidRPr="005F2B49">
              <w:rPr>
                <w:noProof/>
                <w:webHidden/>
              </w:rPr>
              <w:fldChar w:fldCharType="separate"/>
            </w:r>
            <w:r w:rsidR="00497BF4" w:rsidRPr="005F2B49">
              <w:rPr>
                <w:noProof/>
                <w:webHidden/>
              </w:rPr>
              <w:t>8</w:t>
            </w:r>
            <w:r w:rsidR="00497BF4" w:rsidRPr="005F2B49">
              <w:rPr>
                <w:noProof/>
                <w:webHidden/>
              </w:rPr>
              <w:fldChar w:fldCharType="end"/>
            </w:r>
          </w:hyperlink>
        </w:p>
        <w:p w14:paraId="10031E57" w14:textId="390B12E1" w:rsidR="00497BF4" w:rsidRPr="005F2B49" w:rsidRDefault="00000000">
          <w:pPr>
            <w:pStyle w:val="14"/>
            <w:tabs>
              <w:tab w:val="right" w:leader="dot" w:pos="8630"/>
            </w:tabs>
            <w:rPr>
              <w:rFonts w:eastAsiaTheme="minorEastAsia"/>
              <w:noProof/>
              <w:kern w:val="2"/>
              <w:sz w:val="24"/>
              <w:szCs w:val="24"/>
              <w:lang w:eastAsia="zh-TW"/>
              <w14:ligatures w14:val="standardContextual"/>
            </w:rPr>
          </w:pPr>
          <w:hyperlink w:anchor="_Toc239949025" w:history="1">
            <w:r w:rsidR="00497BF4" w:rsidRPr="005F2B49">
              <w:rPr>
                <w:rStyle w:val="affa"/>
                <w:noProof/>
                <w:color w:val="auto"/>
              </w:rPr>
              <w:t>第</w:t>
            </w:r>
            <w:r w:rsidR="00497BF4" w:rsidRPr="005F2B49">
              <w:rPr>
                <w:rStyle w:val="affa"/>
                <w:noProof/>
                <w:color w:val="auto"/>
              </w:rPr>
              <w:t xml:space="preserve"> 2 </w:t>
            </w:r>
            <w:r w:rsidR="00497BF4" w:rsidRPr="005F2B49">
              <w:rPr>
                <w:rStyle w:val="affa"/>
                <w:noProof/>
                <w:color w:val="auto"/>
              </w:rPr>
              <w:t>章</w:t>
            </w:r>
            <w:r w:rsidR="00497BF4" w:rsidRPr="005F2B49">
              <w:rPr>
                <w:rStyle w:val="affa"/>
                <w:noProof/>
                <w:color w:val="auto"/>
              </w:rPr>
              <w:t xml:space="preserve"> </w:t>
            </w:r>
            <w:r w:rsidR="00497BF4" w:rsidRPr="005F2B49">
              <w:rPr>
                <w:rStyle w:val="affa"/>
                <w:noProof/>
                <w:color w:val="auto"/>
              </w:rPr>
              <w:t>前台系統操作說明</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_Toc239949025 \h </w:instrText>
            </w:r>
            <w:r w:rsidR="00497BF4" w:rsidRPr="005F2B49">
              <w:rPr>
                <w:noProof/>
                <w:webHidden/>
              </w:rPr>
            </w:r>
            <w:r w:rsidR="00497BF4" w:rsidRPr="005F2B49">
              <w:rPr>
                <w:noProof/>
                <w:webHidden/>
              </w:rPr>
              <w:fldChar w:fldCharType="separate"/>
            </w:r>
            <w:r w:rsidR="00497BF4" w:rsidRPr="005F2B49">
              <w:rPr>
                <w:noProof/>
                <w:webHidden/>
              </w:rPr>
              <w:t>9</w:t>
            </w:r>
            <w:r w:rsidR="00497BF4" w:rsidRPr="005F2B49">
              <w:rPr>
                <w:noProof/>
                <w:webHidden/>
              </w:rPr>
              <w:fldChar w:fldCharType="end"/>
            </w:r>
          </w:hyperlink>
        </w:p>
        <w:p w14:paraId="62AFA46E" w14:textId="475B3C46" w:rsidR="00497BF4" w:rsidRPr="005F2B49" w:rsidRDefault="00000000">
          <w:pPr>
            <w:pStyle w:val="2a"/>
            <w:tabs>
              <w:tab w:val="right" w:leader="dot" w:pos="8630"/>
            </w:tabs>
            <w:ind w:left="640"/>
            <w:rPr>
              <w:rFonts w:eastAsiaTheme="minorEastAsia"/>
              <w:noProof/>
              <w:kern w:val="2"/>
              <w:sz w:val="24"/>
              <w:szCs w:val="24"/>
              <w:lang w:eastAsia="zh-TW"/>
              <w14:ligatures w14:val="standardContextual"/>
            </w:rPr>
          </w:pPr>
          <w:hyperlink w:anchor="_Toc239949026" w:history="1">
            <w:r w:rsidR="00497BF4" w:rsidRPr="005F2B49">
              <w:rPr>
                <w:rStyle w:val="affa"/>
                <w:noProof/>
                <w:color w:val="auto"/>
              </w:rPr>
              <w:t xml:space="preserve">2.1 </w:t>
            </w:r>
            <w:r w:rsidR="00497BF4" w:rsidRPr="005F2B49">
              <w:rPr>
                <w:rStyle w:val="affa"/>
                <w:noProof/>
                <w:color w:val="auto"/>
              </w:rPr>
              <w:t>前台登入介面</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_Toc239949026 \h </w:instrText>
            </w:r>
            <w:r w:rsidR="00497BF4" w:rsidRPr="005F2B49">
              <w:rPr>
                <w:noProof/>
                <w:webHidden/>
              </w:rPr>
            </w:r>
            <w:r w:rsidR="00497BF4" w:rsidRPr="005F2B49">
              <w:rPr>
                <w:noProof/>
                <w:webHidden/>
              </w:rPr>
              <w:fldChar w:fldCharType="separate"/>
            </w:r>
            <w:r w:rsidR="00497BF4" w:rsidRPr="005F2B49">
              <w:rPr>
                <w:noProof/>
                <w:webHidden/>
              </w:rPr>
              <w:t>9</w:t>
            </w:r>
            <w:r w:rsidR="00497BF4" w:rsidRPr="005F2B49">
              <w:rPr>
                <w:noProof/>
                <w:webHidden/>
              </w:rPr>
              <w:fldChar w:fldCharType="end"/>
            </w:r>
          </w:hyperlink>
        </w:p>
        <w:p w14:paraId="0743EBFA" w14:textId="1232BFAB" w:rsidR="00497BF4" w:rsidRPr="005F2B49" w:rsidRDefault="00000000">
          <w:pPr>
            <w:pStyle w:val="2a"/>
            <w:tabs>
              <w:tab w:val="right" w:leader="dot" w:pos="8630"/>
            </w:tabs>
            <w:ind w:left="640"/>
            <w:rPr>
              <w:rFonts w:eastAsiaTheme="minorEastAsia"/>
              <w:noProof/>
              <w:kern w:val="2"/>
              <w:sz w:val="24"/>
              <w:szCs w:val="24"/>
              <w:lang w:eastAsia="zh-TW"/>
              <w14:ligatures w14:val="standardContextual"/>
            </w:rPr>
          </w:pPr>
          <w:hyperlink w:anchor="_Toc239949027" w:history="1">
            <w:r w:rsidR="00497BF4" w:rsidRPr="005F2B49">
              <w:rPr>
                <w:rStyle w:val="affa"/>
                <w:noProof/>
                <w:color w:val="auto"/>
              </w:rPr>
              <w:t xml:space="preserve">2.2  </w:t>
            </w:r>
            <w:r w:rsidR="00497BF4" w:rsidRPr="005F2B49">
              <w:rPr>
                <w:rStyle w:val="affa"/>
                <w:noProof/>
                <w:color w:val="auto"/>
              </w:rPr>
              <w:t>前台主頁介面介紹</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_Toc239949027 \h </w:instrText>
            </w:r>
            <w:r w:rsidR="00497BF4" w:rsidRPr="005F2B49">
              <w:rPr>
                <w:noProof/>
                <w:webHidden/>
              </w:rPr>
            </w:r>
            <w:r w:rsidR="00497BF4" w:rsidRPr="005F2B49">
              <w:rPr>
                <w:noProof/>
                <w:webHidden/>
              </w:rPr>
              <w:fldChar w:fldCharType="separate"/>
            </w:r>
            <w:r w:rsidR="00497BF4" w:rsidRPr="005F2B49">
              <w:rPr>
                <w:noProof/>
                <w:webHidden/>
              </w:rPr>
              <w:t>11</w:t>
            </w:r>
            <w:r w:rsidR="00497BF4" w:rsidRPr="005F2B49">
              <w:rPr>
                <w:noProof/>
                <w:webHidden/>
              </w:rPr>
              <w:fldChar w:fldCharType="end"/>
            </w:r>
          </w:hyperlink>
        </w:p>
        <w:p w14:paraId="53C08B65" w14:textId="6C3C863B" w:rsidR="00497BF4" w:rsidRPr="005F2B49" w:rsidRDefault="00000000">
          <w:pPr>
            <w:pStyle w:val="2a"/>
            <w:tabs>
              <w:tab w:val="right" w:leader="dot" w:pos="8630"/>
            </w:tabs>
            <w:ind w:left="640"/>
            <w:rPr>
              <w:rFonts w:eastAsiaTheme="minorEastAsia"/>
              <w:noProof/>
              <w:kern w:val="2"/>
              <w:sz w:val="24"/>
              <w:szCs w:val="24"/>
              <w:lang w:eastAsia="zh-TW"/>
              <w14:ligatures w14:val="standardContextual"/>
            </w:rPr>
          </w:pPr>
          <w:hyperlink w:anchor="_Toc239949028" w:history="1">
            <w:r w:rsidR="00497BF4" w:rsidRPr="005F2B49">
              <w:rPr>
                <w:rStyle w:val="affa"/>
                <w:noProof/>
                <w:color w:val="auto"/>
              </w:rPr>
              <w:t xml:space="preserve">2.3 Chatbot </w:t>
            </w:r>
            <w:r w:rsidR="00497BF4" w:rsidRPr="005F2B49">
              <w:rPr>
                <w:rStyle w:val="affa"/>
                <w:noProof/>
                <w:color w:val="auto"/>
              </w:rPr>
              <w:t>使用情境</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_Toc239949028 \h </w:instrText>
            </w:r>
            <w:r w:rsidR="00497BF4" w:rsidRPr="005F2B49">
              <w:rPr>
                <w:noProof/>
                <w:webHidden/>
              </w:rPr>
            </w:r>
            <w:r w:rsidR="00497BF4" w:rsidRPr="005F2B49">
              <w:rPr>
                <w:noProof/>
                <w:webHidden/>
              </w:rPr>
              <w:fldChar w:fldCharType="separate"/>
            </w:r>
            <w:r w:rsidR="00497BF4" w:rsidRPr="005F2B49">
              <w:rPr>
                <w:noProof/>
                <w:webHidden/>
              </w:rPr>
              <w:t>20</w:t>
            </w:r>
            <w:r w:rsidR="00497BF4" w:rsidRPr="005F2B49">
              <w:rPr>
                <w:noProof/>
                <w:webHidden/>
              </w:rPr>
              <w:fldChar w:fldCharType="end"/>
            </w:r>
          </w:hyperlink>
        </w:p>
        <w:p w14:paraId="1CB076AA" w14:textId="53AE18C1" w:rsidR="00497BF4" w:rsidRPr="005F2B49" w:rsidRDefault="00000000">
          <w:pPr>
            <w:pStyle w:val="2a"/>
            <w:tabs>
              <w:tab w:val="right" w:leader="dot" w:pos="8630"/>
            </w:tabs>
            <w:ind w:left="640"/>
            <w:rPr>
              <w:rFonts w:eastAsiaTheme="minorEastAsia"/>
              <w:noProof/>
              <w:kern w:val="2"/>
              <w:sz w:val="24"/>
              <w:szCs w:val="24"/>
              <w:lang w:eastAsia="zh-TW"/>
              <w14:ligatures w14:val="standardContextual"/>
            </w:rPr>
          </w:pPr>
          <w:hyperlink w:anchor="_Toc239949029" w:history="1">
            <w:r w:rsidR="00497BF4" w:rsidRPr="005F2B49">
              <w:rPr>
                <w:rStyle w:val="affa"/>
                <w:noProof/>
                <w:color w:val="auto"/>
              </w:rPr>
              <w:t xml:space="preserve">2.4 </w:t>
            </w:r>
            <w:r w:rsidR="00497BF4" w:rsidRPr="005F2B49">
              <w:rPr>
                <w:rStyle w:val="affa"/>
                <w:noProof/>
                <w:color w:val="auto"/>
              </w:rPr>
              <w:t>個人設定</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_Toc239949029 \h </w:instrText>
            </w:r>
            <w:r w:rsidR="00497BF4" w:rsidRPr="005F2B49">
              <w:rPr>
                <w:noProof/>
                <w:webHidden/>
              </w:rPr>
            </w:r>
            <w:r w:rsidR="00497BF4" w:rsidRPr="005F2B49">
              <w:rPr>
                <w:noProof/>
                <w:webHidden/>
              </w:rPr>
              <w:fldChar w:fldCharType="separate"/>
            </w:r>
            <w:r w:rsidR="00497BF4" w:rsidRPr="005F2B49">
              <w:rPr>
                <w:noProof/>
                <w:webHidden/>
              </w:rPr>
              <w:t>21</w:t>
            </w:r>
            <w:r w:rsidR="00497BF4" w:rsidRPr="005F2B49">
              <w:rPr>
                <w:noProof/>
                <w:webHidden/>
              </w:rPr>
              <w:fldChar w:fldCharType="end"/>
            </w:r>
          </w:hyperlink>
        </w:p>
        <w:p w14:paraId="38C50A7C" w14:textId="52BF4BE3" w:rsidR="00497BF4" w:rsidRPr="005F2B49" w:rsidRDefault="00000000">
          <w:pPr>
            <w:pStyle w:val="14"/>
            <w:tabs>
              <w:tab w:val="right" w:leader="dot" w:pos="8630"/>
            </w:tabs>
            <w:rPr>
              <w:rFonts w:eastAsiaTheme="minorEastAsia"/>
              <w:noProof/>
              <w:kern w:val="2"/>
              <w:sz w:val="24"/>
              <w:szCs w:val="24"/>
              <w:lang w:eastAsia="zh-TW"/>
              <w14:ligatures w14:val="standardContextual"/>
            </w:rPr>
          </w:pPr>
          <w:hyperlink w:anchor="_Toc239949030" w:history="1">
            <w:r w:rsidR="00497BF4" w:rsidRPr="005F2B49">
              <w:rPr>
                <w:rStyle w:val="affa"/>
                <w:noProof/>
                <w:color w:val="auto"/>
              </w:rPr>
              <w:t>第</w:t>
            </w:r>
            <w:r w:rsidR="00497BF4" w:rsidRPr="005F2B49">
              <w:rPr>
                <w:rStyle w:val="affa"/>
                <w:noProof/>
                <w:color w:val="auto"/>
              </w:rPr>
              <w:t xml:space="preserve"> 3 </w:t>
            </w:r>
            <w:r w:rsidR="00497BF4" w:rsidRPr="005F2B49">
              <w:rPr>
                <w:rStyle w:val="affa"/>
                <w:noProof/>
                <w:color w:val="auto"/>
              </w:rPr>
              <w:t>章</w:t>
            </w:r>
            <w:r w:rsidR="00497BF4" w:rsidRPr="005F2B49">
              <w:rPr>
                <w:rStyle w:val="affa"/>
                <w:noProof/>
                <w:color w:val="auto"/>
              </w:rPr>
              <w:t xml:space="preserve"> </w:t>
            </w:r>
            <w:r w:rsidR="00497BF4" w:rsidRPr="005F2B49">
              <w:rPr>
                <w:rStyle w:val="affa"/>
                <w:noProof/>
                <w:color w:val="auto"/>
              </w:rPr>
              <w:t>後台系統操作說明</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_Toc239949030 \h </w:instrText>
            </w:r>
            <w:r w:rsidR="00497BF4" w:rsidRPr="005F2B49">
              <w:rPr>
                <w:noProof/>
                <w:webHidden/>
              </w:rPr>
            </w:r>
            <w:r w:rsidR="00497BF4" w:rsidRPr="005F2B49">
              <w:rPr>
                <w:noProof/>
                <w:webHidden/>
              </w:rPr>
              <w:fldChar w:fldCharType="separate"/>
            </w:r>
            <w:r w:rsidR="00497BF4" w:rsidRPr="005F2B49">
              <w:rPr>
                <w:noProof/>
                <w:webHidden/>
              </w:rPr>
              <w:t>26</w:t>
            </w:r>
            <w:r w:rsidR="00497BF4" w:rsidRPr="005F2B49">
              <w:rPr>
                <w:noProof/>
                <w:webHidden/>
              </w:rPr>
              <w:fldChar w:fldCharType="end"/>
            </w:r>
          </w:hyperlink>
        </w:p>
        <w:p w14:paraId="7A300FC2" w14:textId="16FA72A4" w:rsidR="00497BF4" w:rsidRPr="005F2B49" w:rsidRDefault="00000000">
          <w:pPr>
            <w:pStyle w:val="2a"/>
            <w:tabs>
              <w:tab w:val="right" w:leader="dot" w:pos="8630"/>
            </w:tabs>
            <w:ind w:left="640"/>
            <w:rPr>
              <w:rFonts w:eastAsiaTheme="minorEastAsia"/>
              <w:noProof/>
              <w:kern w:val="2"/>
              <w:sz w:val="24"/>
              <w:szCs w:val="24"/>
              <w:lang w:eastAsia="zh-TW"/>
              <w14:ligatures w14:val="standardContextual"/>
            </w:rPr>
          </w:pPr>
          <w:hyperlink w:anchor="_Toc239949031" w:history="1">
            <w:r w:rsidR="00497BF4" w:rsidRPr="005F2B49">
              <w:rPr>
                <w:rStyle w:val="affa"/>
                <w:noProof/>
                <w:color w:val="auto"/>
              </w:rPr>
              <w:t xml:space="preserve">3.1  </w:t>
            </w:r>
            <w:r w:rsidR="00497BF4" w:rsidRPr="005F2B49">
              <w:rPr>
                <w:rStyle w:val="affa"/>
                <w:noProof/>
                <w:color w:val="auto"/>
              </w:rPr>
              <w:t>後台主頁介面介紹</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_Toc239949031 \h </w:instrText>
            </w:r>
            <w:r w:rsidR="00497BF4" w:rsidRPr="005F2B49">
              <w:rPr>
                <w:noProof/>
                <w:webHidden/>
              </w:rPr>
            </w:r>
            <w:r w:rsidR="00497BF4" w:rsidRPr="005F2B49">
              <w:rPr>
                <w:noProof/>
                <w:webHidden/>
              </w:rPr>
              <w:fldChar w:fldCharType="separate"/>
            </w:r>
            <w:r w:rsidR="00497BF4" w:rsidRPr="005F2B49">
              <w:rPr>
                <w:noProof/>
                <w:webHidden/>
              </w:rPr>
              <w:t>26</w:t>
            </w:r>
            <w:r w:rsidR="00497BF4" w:rsidRPr="005F2B49">
              <w:rPr>
                <w:noProof/>
                <w:webHidden/>
              </w:rPr>
              <w:fldChar w:fldCharType="end"/>
            </w:r>
          </w:hyperlink>
        </w:p>
        <w:p w14:paraId="20D98814" w14:textId="00D1422A" w:rsidR="00497BF4" w:rsidRPr="005F2B49" w:rsidRDefault="00000000">
          <w:pPr>
            <w:pStyle w:val="38"/>
            <w:tabs>
              <w:tab w:val="right" w:leader="dot" w:pos="8630"/>
            </w:tabs>
            <w:ind w:left="1280"/>
            <w:rPr>
              <w:rFonts w:eastAsiaTheme="minorEastAsia"/>
              <w:noProof/>
              <w:kern w:val="2"/>
              <w:sz w:val="24"/>
              <w:szCs w:val="24"/>
              <w:lang w:eastAsia="zh-TW"/>
              <w14:ligatures w14:val="standardContextual"/>
            </w:rPr>
          </w:pPr>
          <w:hyperlink w:anchor="_Toc239949032" w:history="1">
            <w:r w:rsidR="00497BF4" w:rsidRPr="005F2B49">
              <w:rPr>
                <w:rStyle w:val="affa"/>
                <w:noProof/>
                <w:color w:val="auto"/>
              </w:rPr>
              <w:t xml:space="preserve">3.1.1  </w:t>
            </w:r>
            <w:r w:rsidR="00497BF4" w:rsidRPr="005F2B49">
              <w:rPr>
                <w:rStyle w:val="affa"/>
                <w:noProof/>
                <w:color w:val="auto"/>
              </w:rPr>
              <w:t>教師選單</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_Toc239949032 \h </w:instrText>
            </w:r>
            <w:r w:rsidR="00497BF4" w:rsidRPr="005F2B49">
              <w:rPr>
                <w:noProof/>
                <w:webHidden/>
              </w:rPr>
            </w:r>
            <w:r w:rsidR="00497BF4" w:rsidRPr="005F2B49">
              <w:rPr>
                <w:noProof/>
                <w:webHidden/>
              </w:rPr>
              <w:fldChar w:fldCharType="separate"/>
            </w:r>
            <w:r w:rsidR="00497BF4" w:rsidRPr="005F2B49">
              <w:rPr>
                <w:noProof/>
                <w:webHidden/>
              </w:rPr>
              <w:t>27</w:t>
            </w:r>
            <w:r w:rsidR="00497BF4" w:rsidRPr="005F2B49">
              <w:rPr>
                <w:noProof/>
                <w:webHidden/>
              </w:rPr>
              <w:fldChar w:fldCharType="end"/>
            </w:r>
          </w:hyperlink>
        </w:p>
        <w:p w14:paraId="544631D2" w14:textId="2311F2BD"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33" w:history="1">
            <w:r w:rsidR="00497BF4" w:rsidRPr="005F2B49">
              <w:rPr>
                <w:rStyle w:val="affa"/>
                <w:rFonts w:ascii="Times New Roman" w:hAnsi="Times New Roman" w:cs="Times New Roman"/>
                <w:noProof/>
                <w:color w:val="auto"/>
                <w:lang w:eastAsia="zh-TW"/>
              </w:rPr>
              <w:t>儀表板</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_Toc239949033 \h </w:instrText>
            </w:r>
            <w:r w:rsidR="00497BF4" w:rsidRPr="005F2B49">
              <w:rPr>
                <w:noProof/>
                <w:webHidden/>
              </w:rPr>
            </w:r>
            <w:r w:rsidR="00497BF4" w:rsidRPr="005F2B49">
              <w:rPr>
                <w:noProof/>
                <w:webHidden/>
              </w:rPr>
              <w:fldChar w:fldCharType="separate"/>
            </w:r>
            <w:r w:rsidR="00497BF4" w:rsidRPr="005F2B49">
              <w:rPr>
                <w:noProof/>
                <w:webHidden/>
              </w:rPr>
              <w:t>28</w:t>
            </w:r>
            <w:r w:rsidR="00497BF4" w:rsidRPr="005F2B49">
              <w:rPr>
                <w:noProof/>
                <w:webHidden/>
              </w:rPr>
              <w:fldChar w:fldCharType="end"/>
            </w:r>
          </w:hyperlink>
        </w:p>
        <w:p w14:paraId="23F214DD" w14:textId="6A19584B"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34" w:history="1">
            <w:r w:rsidR="00497BF4" w:rsidRPr="005F2B49">
              <w:rPr>
                <w:rStyle w:val="affa"/>
                <w:rFonts w:ascii="Times New Roman" w:hAnsi="Times New Roman" w:cs="Times New Roman"/>
                <w:noProof/>
                <w:color w:val="auto"/>
                <w:lang w:eastAsia="zh-TW"/>
              </w:rPr>
              <w:t xml:space="preserve">Chatbot </w:t>
            </w:r>
            <w:r w:rsidR="00497BF4" w:rsidRPr="005F2B49">
              <w:rPr>
                <w:rStyle w:val="affa"/>
                <w:rFonts w:ascii="Times New Roman" w:hAnsi="Times New Roman" w:cs="Times New Roman"/>
                <w:noProof/>
                <w:color w:val="auto"/>
                <w:lang w:eastAsia="zh-TW"/>
              </w:rPr>
              <w:t>管理</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_Toc239949034 \h </w:instrText>
            </w:r>
            <w:r w:rsidR="00497BF4" w:rsidRPr="005F2B49">
              <w:rPr>
                <w:noProof/>
                <w:webHidden/>
              </w:rPr>
            </w:r>
            <w:r w:rsidR="00497BF4" w:rsidRPr="005F2B49">
              <w:rPr>
                <w:noProof/>
                <w:webHidden/>
              </w:rPr>
              <w:fldChar w:fldCharType="separate"/>
            </w:r>
            <w:r w:rsidR="00497BF4" w:rsidRPr="005F2B49">
              <w:rPr>
                <w:noProof/>
                <w:webHidden/>
              </w:rPr>
              <w:t>29</w:t>
            </w:r>
            <w:r w:rsidR="00497BF4" w:rsidRPr="005F2B49">
              <w:rPr>
                <w:noProof/>
                <w:webHidden/>
              </w:rPr>
              <w:fldChar w:fldCharType="end"/>
            </w:r>
          </w:hyperlink>
        </w:p>
        <w:p w14:paraId="19173861" w14:textId="360C7A25"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35" w:history="1">
            <w:r w:rsidR="00497BF4" w:rsidRPr="005F2B49">
              <w:rPr>
                <w:rStyle w:val="affa"/>
                <w:noProof/>
                <w:color w:val="auto"/>
                <w:lang w:eastAsia="zh-TW"/>
              </w:rPr>
              <w:t>管理我的班級</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_Toc239949035 \h </w:instrText>
            </w:r>
            <w:r w:rsidR="00497BF4" w:rsidRPr="005F2B49">
              <w:rPr>
                <w:noProof/>
                <w:webHidden/>
              </w:rPr>
            </w:r>
            <w:r w:rsidR="00497BF4" w:rsidRPr="005F2B49">
              <w:rPr>
                <w:noProof/>
                <w:webHidden/>
              </w:rPr>
              <w:fldChar w:fldCharType="separate"/>
            </w:r>
            <w:r w:rsidR="00497BF4" w:rsidRPr="005F2B49">
              <w:rPr>
                <w:noProof/>
                <w:webHidden/>
              </w:rPr>
              <w:t>50</w:t>
            </w:r>
            <w:r w:rsidR="00497BF4" w:rsidRPr="005F2B49">
              <w:rPr>
                <w:noProof/>
                <w:webHidden/>
              </w:rPr>
              <w:fldChar w:fldCharType="end"/>
            </w:r>
          </w:hyperlink>
        </w:p>
        <w:p w14:paraId="2ADAAFC4" w14:textId="5748FAD6"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36" w:history="1">
            <w:r w:rsidR="00497BF4" w:rsidRPr="005F2B49">
              <w:rPr>
                <w:rStyle w:val="affa"/>
                <w:noProof/>
                <w:color w:val="auto"/>
                <w:lang w:eastAsia="zh-TW"/>
              </w:rPr>
              <w:t>班級對話紀錄</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_Toc239949036 \h </w:instrText>
            </w:r>
            <w:r w:rsidR="00497BF4" w:rsidRPr="005F2B49">
              <w:rPr>
                <w:noProof/>
                <w:webHidden/>
              </w:rPr>
            </w:r>
            <w:r w:rsidR="00497BF4" w:rsidRPr="005F2B49">
              <w:rPr>
                <w:noProof/>
                <w:webHidden/>
              </w:rPr>
              <w:fldChar w:fldCharType="separate"/>
            </w:r>
            <w:r w:rsidR="00497BF4" w:rsidRPr="005F2B49">
              <w:rPr>
                <w:noProof/>
                <w:webHidden/>
              </w:rPr>
              <w:t>60</w:t>
            </w:r>
            <w:r w:rsidR="00497BF4" w:rsidRPr="005F2B49">
              <w:rPr>
                <w:noProof/>
                <w:webHidden/>
              </w:rPr>
              <w:fldChar w:fldCharType="end"/>
            </w:r>
          </w:hyperlink>
        </w:p>
        <w:p w14:paraId="2295B378" w14:textId="160959B9"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37" w:history="1">
            <w:r w:rsidR="00497BF4" w:rsidRPr="005F2B49">
              <w:rPr>
                <w:rStyle w:val="affa"/>
                <w:noProof/>
                <w:color w:val="auto"/>
              </w:rPr>
              <w:t>匯出對話紀錄</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_Toc239949037 \h </w:instrText>
            </w:r>
            <w:r w:rsidR="00497BF4" w:rsidRPr="005F2B49">
              <w:rPr>
                <w:noProof/>
                <w:webHidden/>
              </w:rPr>
            </w:r>
            <w:r w:rsidR="00497BF4" w:rsidRPr="005F2B49">
              <w:rPr>
                <w:noProof/>
                <w:webHidden/>
              </w:rPr>
              <w:fldChar w:fldCharType="separate"/>
            </w:r>
            <w:r w:rsidR="00497BF4" w:rsidRPr="005F2B49">
              <w:rPr>
                <w:noProof/>
                <w:webHidden/>
              </w:rPr>
              <w:t>62</w:t>
            </w:r>
            <w:r w:rsidR="00497BF4" w:rsidRPr="005F2B49">
              <w:rPr>
                <w:noProof/>
                <w:webHidden/>
              </w:rPr>
              <w:fldChar w:fldCharType="end"/>
            </w:r>
          </w:hyperlink>
        </w:p>
        <w:p w14:paraId="6412BE16" w14:textId="16AA6890"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38" w:history="1">
            <w:r w:rsidR="00497BF4" w:rsidRPr="005F2B49">
              <w:rPr>
                <w:rStyle w:val="affa"/>
                <w:rFonts w:ascii="Times New Roman" w:hAnsi="Times New Roman" w:cs="Times New Roman"/>
                <w:noProof/>
                <w:color w:val="auto"/>
                <w:lang w:eastAsia="zh-TW"/>
              </w:rPr>
              <w:t xml:space="preserve">API </w:t>
            </w:r>
            <w:r w:rsidR="00497BF4" w:rsidRPr="005F2B49">
              <w:rPr>
                <w:rStyle w:val="affa"/>
                <w:rFonts w:ascii="Times New Roman" w:hAnsi="Times New Roman" w:cs="Times New Roman"/>
                <w:noProof/>
                <w:color w:val="auto"/>
                <w:lang w:eastAsia="zh-TW"/>
              </w:rPr>
              <w:t>金鑰</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_Toc239949038 \h </w:instrText>
            </w:r>
            <w:r w:rsidR="00497BF4" w:rsidRPr="005F2B49">
              <w:rPr>
                <w:noProof/>
                <w:webHidden/>
              </w:rPr>
            </w:r>
            <w:r w:rsidR="00497BF4" w:rsidRPr="005F2B49">
              <w:rPr>
                <w:noProof/>
                <w:webHidden/>
              </w:rPr>
              <w:fldChar w:fldCharType="separate"/>
            </w:r>
            <w:r w:rsidR="00497BF4" w:rsidRPr="005F2B49">
              <w:rPr>
                <w:noProof/>
                <w:webHidden/>
              </w:rPr>
              <w:t>62</w:t>
            </w:r>
            <w:r w:rsidR="00497BF4" w:rsidRPr="005F2B49">
              <w:rPr>
                <w:noProof/>
                <w:webHidden/>
              </w:rPr>
              <w:fldChar w:fldCharType="end"/>
            </w:r>
          </w:hyperlink>
        </w:p>
        <w:p w14:paraId="3E133460" w14:textId="43995D91" w:rsidR="00497BF4" w:rsidRPr="005F2B49" w:rsidRDefault="00000000">
          <w:pPr>
            <w:pStyle w:val="38"/>
            <w:tabs>
              <w:tab w:val="right" w:leader="dot" w:pos="8630"/>
            </w:tabs>
            <w:ind w:left="1280"/>
            <w:rPr>
              <w:rFonts w:eastAsiaTheme="minorEastAsia"/>
              <w:noProof/>
              <w:kern w:val="2"/>
              <w:sz w:val="24"/>
              <w:szCs w:val="24"/>
              <w:lang w:eastAsia="zh-TW"/>
              <w14:ligatures w14:val="standardContextual"/>
            </w:rPr>
          </w:pPr>
          <w:hyperlink w:anchor="_Toc239949039" w:history="1">
            <w:r w:rsidR="00497BF4" w:rsidRPr="005F2B49">
              <w:rPr>
                <w:rStyle w:val="affa"/>
                <w:noProof/>
                <w:color w:val="auto"/>
              </w:rPr>
              <w:t xml:space="preserve">3.1.2 </w:t>
            </w:r>
            <w:r w:rsidR="00497BF4" w:rsidRPr="005F2B49">
              <w:rPr>
                <w:rStyle w:val="affa"/>
                <w:noProof/>
                <w:color w:val="auto"/>
              </w:rPr>
              <w:t>學校管理者選單</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_Toc239949039 \h </w:instrText>
            </w:r>
            <w:r w:rsidR="00497BF4" w:rsidRPr="005F2B49">
              <w:rPr>
                <w:noProof/>
                <w:webHidden/>
              </w:rPr>
            </w:r>
            <w:r w:rsidR="00497BF4" w:rsidRPr="005F2B49">
              <w:rPr>
                <w:noProof/>
                <w:webHidden/>
              </w:rPr>
              <w:fldChar w:fldCharType="separate"/>
            </w:r>
            <w:r w:rsidR="00497BF4" w:rsidRPr="005F2B49">
              <w:rPr>
                <w:noProof/>
                <w:webHidden/>
              </w:rPr>
              <w:t>64</w:t>
            </w:r>
            <w:r w:rsidR="00497BF4" w:rsidRPr="005F2B49">
              <w:rPr>
                <w:noProof/>
                <w:webHidden/>
              </w:rPr>
              <w:fldChar w:fldCharType="end"/>
            </w:r>
          </w:hyperlink>
        </w:p>
        <w:p w14:paraId="01CD0D50" w14:textId="48EF204C"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40" w:history="1">
            <w:r w:rsidR="00497BF4" w:rsidRPr="005F2B49">
              <w:rPr>
                <w:rStyle w:val="affa"/>
                <w:noProof/>
                <w:color w:val="auto"/>
              </w:rPr>
              <w:t>班級管理</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_Toc239949040 \h </w:instrText>
            </w:r>
            <w:r w:rsidR="00497BF4" w:rsidRPr="005F2B49">
              <w:rPr>
                <w:noProof/>
                <w:webHidden/>
              </w:rPr>
            </w:r>
            <w:r w:rsidR="00497BF4" w:rsidRPr="005F2B49">
              <w:rPr>
                <w:noProof/>
                <w:webHidden/>
              </w:rPr>
              <w:fldChar w:fldCharType="separate"/>
            </w:r>
            <w:r w:rsidR="00497BF4" w:rsidRPr="005F2B49">
              <w:rPr>
                <w:noProof/>
                <w:webHidden/>
              </w:rPr>
              <w:t>65</w:t>
            </w:r>
            <w:r w:rsidR="00497BF4" w:rsidRPr="005F2B49">
              <w:rPr>
                <w:noProof/>
                <w:webHidden/>
              </w:rPr>
              <w:fldChar w:fldCharType="end"/>
            </w:r>
          </w:hyperlink>
        </w:p>
        <w:p w14:paraId="32845FA6" w14:textId="3AAAD2D4"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41" w:history="1">
            <w:r w:rsidR="00497BF4" w:rsidRPr="005F2B49">
              <w:rPr>
                <w:rStyle w:val="affa"/>
                <w:noProof/>
                <w:color w:val="auto"/>
              </w:rPr>
              <w:t>教師管理</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_Toc239949041 \h </w:instrText>
            </w:r>
            <w:r w:rsidR="00497BF4" w:rsidRPr="005F2B49">
              <w:rPr>
                <w:noProof/>
                <w:webHidden/>
              </w:rPr>
            </w:r>
            <w:r w:rsidR="00497BF4" w:rsidRPr="005F2B49">
              <w:rPr>
                <w:noProof/>
                <w:webHidden/>
              </w:rPr>
              <w:fldChar w:fldCharType="separate"/>
            </w:r>
            <w:r w:rsidR="00497BF4" w:rsidRPr="005F2B49">
              <w:rPr>
                <w:noProof/>
                <w:webHidden/>
              </w:rPr>
              <w:t>69</w:t>
            </w:r>
            <w:r w:rsidR="00497BF4" w:rsidRPr="005F2B49">
              <w:rPr>
                <w:noProof/>
                <w:webHidden/>
              </w:rPr>
              <w:fldChar w:fldCharType="end"/>
            </w:r>
          </w:hyperlink>
        </w:p>
        <w:p w14:paraId="1B5635E1" w14:textId="74E32C85"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42" w:history="1">
            <w:r w:rsidR="00497BF4" w:rsidRPr="005F2B49">
              <w:rPr>
                <w:rStyle w:val="affa"/>
                <w:noProof/>
                <w:color w:val="auto"/>
              </w:rPr>
              <w:t>學生管理</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_Toc239949042 \h </w:instrText>
            </w:r>
            <w:r w:rsidR="00497BF4" w:rsidRPr="005F2B49">
              <w:rPr>
                <w:noProof/>
                <w:webHidden/>
              </w:rPr>
            </w:r>
            <w:r w:rsidR="00497BF4" w:rsidRPr="005F2B49">
              <w:rPr>
                <w:noProof/>
                <w:webHidden/>
              </w:rPr>
              <w:fldChar w:fldCharType="separate"/>
            </w:r>
            <w:r w:rsidR="00497BF4" w:rsidRPr="005F2B49">
              <w:rPr>
                <w:noProof/>
                <w:webHidden/>
              </w:rPr>
              <w:t>76</w:t>
            </w:r>
            <w:r w:rsidR="00497BF4" w:rsidRPr="005F2B49">
              <w:rPr>
                <w:noProof/>
                <w:webHidden/>
              </w:rPr>
              <w:fldChar w:fldCharType="end"/>
            </w:r>
          </w:hyperlink>
        </w:p>
        <w:p w14:paraId="555DC9A9" w14:textId="2BA0BDED"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43" w:history="1">
            <w:r w:rsidR="00497BF4" w:rsidRPr="005F2B49">
              <w:rPr>
                <w:rStyle w:val="affa"/>
                <w:rFonts w:ascii="Times New Roman" w:hAnsi="Times New Roman" w:cs="Times New Roman"/>
                <w:noProof/>
                <w:color w:val="auto"/>
              </w:rPr>
              <w:t>全校</w:t>
            </w:r>
            <w:r w:rsidR="00497BF4" w:rsidRPr="005F2B49">
              <w:rPr>
                <w:rStyle w:val="affa"/>
                <w:rFonts w:ascii="Times New Roman" w:hAnsi="Times New Roman" w:cs="Times New Roman"/>
                <w:noProof/>
                <w:color w:val="auto"/>
              </w:rPr>
              <w:t>Chatbot</w:t>
            </w:r>
            <w:r w:rsidR="00497BF4" w:rsidRPr="005F2B49">
              <w:rPr>
                <w:rStyle w:val="affa"/>
                <w:rFonts w:ascii="Times New Roman" w:hAnsi="Times New Roman" w:cs="Times New Roman"/>
                <w:noProof/>
                <w:color w:val="auto"/>
              </w:rPr>
              <w:t>管理</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_Toc239949043 \h </w:instrText>
            </w:r>
            <w:r w:rsidR="00497BF4" w:rsidRPr="005F2B49">
              <w:rPr>
                <w:noProof/>
                <w:webHidden/>
              </w:rPr>
            </w:r>
            <w:r w:rsidR="00497BF4" w:rsidRPr="005F2B49">
              <w:rPr>
                <w:noProof/>
                <w:webHidden/>
              </w:rPr>
              <w:fldChar w:fldCharType="separate"/>
            </w:r>
            <w:r w:rsidR="00497BF4" w:rsidRPr="005F2B49">
              <w:rPr>
                <w:noProof/>
                <w:webHidden/>
              </w:rPr>
              <w:t>81</w:t>
            </w:r>
            <w:r w:rsidR="00497BF4" w:rsidRPr="005F2B49">
              <w:rPr>
                <w:noProof/>
                <w:webHidden/>
              </w:rPr>
              <w:fldChar w:fldCharType="end"/>
            </w:r>
          </w:hyperlink>
        </w:p>
        <w:p w14:paraId="0A0E38D5" w14:textId="17C42894"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44" w:history="1">
            <w:r w:rsidR="00497BF4" w:rsidRPr="005F2B49">
              <w:rPr>
                <w:rStyle w:val="affa"/>
                <w:noProof/>
                <w:color w:val="auto"/>
                <w:lang w:eastAsia="zh-TW"/>
              </w:rPr>
              <w:t>權限申請審核</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_Toc239949044 \h </w:instrText>
            </w:r>
            <w:r w:rsidR="00497BF4" w:rsidRPr="005F2B49">
              <w:rPr>
                <w:noProof/>
                <w:webHidden/>
              </w:rPr>
            </w:r>
            <w:r w:rsidR="00497BF4" w:rsidRPr="005F2B49">
              <w:rPr>
                <w:noProof/>
                <w:webHidden/>
              </w:rPr>
              <w:fldChar w:fldCharType="separate"/>
            </w:r>
            <w:r w:rsidR="00497BF4" w:rsidRPr="005F2B49">
              <w:rPr>
                <w:noProof/>
                <w:webHidden/>
              </w:rPr>
              <w:t>82</w:t>
            </w:r>
            <w:r w:rsidR="00497BF4" w:rsidRPr="005F2B49">
              <w:rPr>
                <w:noProof/>
                <w:webHidden/>
              </w:rPr>
              <w:fldChar w:fldCharType="end"/>
            </w:r>
          </w:hyperlink>
        </w:p>
        <w:p w14:paraId="5EA6EE16" w14:textId="7AC0F281"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45" w:history="1">
            <w:r w:rsidR="00497BF4" w:rsidRPr="005F2B49">
              <w:rPr>
                <w:rStyle w:val="affa"/>
                <w:rFonts w:ascii="Times New Roman" w:hAnsi="Times New Roman" w:cs="Times New Roman"/>
                <w:noProof/>
                <w:color w:val="auto"/>
                <w:lang w:eastAsia="zh-TW"/>
              </w:rPr>
              <w:t>本校</w:t>
            </w:r>
            <w:r w:rsidR="00497BF4" w:rsidRPr="005F2B49">
              <w:rPr>
                <w:rStyle w:val="affa"/>
                <w:rFonts w:ascii="Times New Roman" w:hAnsi="Times New Roman" w:cs="Times New Roman"/>
                <w:noProof/>
                <w:color w:val="auto"/>
                <w:lang w:eastAsia="zh-TW"/>
              </w:rPr>
              <w:t>API</w:t>
            </w:r>
            <w:r w:rsidR="00497BF4" w:rsidRPr="005F2B49">
              <w:rPr>
                <w:rStyle w:val="affa"/>
                <w:rFonts w:ascii="Times New Roman" w:hAnsi="Times New Roman" w:cs="Times New Roman"/>
                <w:noProof/>
                <w:color w:val="auto"/>
                <w:lang w:eastAsia="zh-TW"/>
              </w:rPr>
              <w:t>金鑰</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_Toc239949045 \h </w:instrText>
            </w:r>
            <w:r w:rsidR="00497BF4" w:rsidRPr="005F2B49">
              <w:rPr>
                <w:noProof/>
                <w:webHidden/>
              </w:rPr>
            </w:r>
            <w:r w:rsidR="00497BF4" w:rsidRPr="005F2B49">
              <w:rPr>
                <w:noProof/>
                <w:webHidden/>
              </w:rPr>
              <w:fldChar w:fldCharType="separate"/>
            </w:r>
            <w:r w:rsidR="00497BF4" w:rsidRPr="005F2B49">
              <w:rPr>
                <w:noProof/>
                <w:webHidden/>
              </w:rPr>
              <w:t>83</w:t>
            </w:r>
            <w:r w:rsidR="00497BF4" w:rsidRPr="005F2B49">
              <w:rPr>
                <w:noProof/>
                <w:webHidden/>
              </w:rPr>
              <w:fldChar w:fldCharType="end"/>
            </w:r>
          </w:hyperlink>
        </w:p>
        <w:p w14:paraId="4508B05D" w14:textId="25C7D329"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46" w:history="1">
            <w:r w:rsidR="00497BF4" w:rsidRPr="005F2B49">
              <w:rPr>
                <w:rStyle w:val="affa"/>
                <w:noProof/>
                <w:color w:val="auto"/>
              </w:rPr>
              <w:t>使用量統計</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_Toc239949046 \h </w:instrText>
            </w:r>
            <w:r w:rsidR="00497BF4" w:rsidRPr="005F2B49">
              <w:rPr>
                <w:noProof/>
                <w:webHidden/>
              </w:rPr>
            </w:r>
            <w:r w:rsidR="00497BF4" w:rsidRPr="005F2B49">
              <w:rPr>
                <w:noProof/>
                <w:webHidden/>
              </w:rPr>
              <w:fldChar w:fldCharType="separate"/>
            </w:r>
            <w:r w:rsidR="00497BF4" w:rsidRPr="005F2B49">
              <w:rPr>
                <w:noProof/>
                <w:webHidden/>
              </w:rPr>
              <w:t>84</w:t>
            </w:r>
            <w:r w:rsidR="00497BF4" w:rsidRPr="005F2B49">
              <w:rPr>
                <w:noProof/>
                <w:webHidden/>
              </w:rPr>
              <w:fldChar w:fldCharType="end"/>
            </w:r>
          </w:hyperlink>
        </w:p>
        <w:p w14:paraId="7962A89D" w14:textId="5F9D1868"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47" w:history="1">
            <w:r w:rsidR="00497BF4" w:rsidRPr="005F2B49">
              <w:rPr>
                <w:rStyle w:val="affa"/>
                <w:noProof/>
                <w:color w:val="auto"/>
                <w:lang w:eastAsia="zh-TW"/>
              </w:rPr>
              <w:t>學校設定</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_Toc239949047 \h </w:instrText>
            </w:r>
            <w:r w:rsidR="00497BF4" w:rsidRPr="005F2B49">
              <w:rPr>
                <w:noProof/>
                <w:webHidden/>
              </w:rPr>
            </w:r>
            <w:r w:rsidR="00497BF4" w:rsidRPr="005F2B49">
              <w:rPr>
                <w:noProof/>
                <w:webHidden/>
              </w:rPr>
              <w:fldChar w:fldCharType="separate"/>
            </w:r>
            <w:r w:rsidR="00497BF4" w:rsidRPr="005F2B49">
              <w:rPr>
                <w:noProof/>
                <w:webHidden/>
              </w:rPr>
              <w:t>87</w:t>
            </w:r>
            <w:r w:rsidR="00497BF4" w:rsidRPr="005F2B49">
              <w:rPr>
                <w:noProof/>
                <w:webHidden/>
              </w:rPr>
              <w:fldChar w:fldCharType="end"/>
            </w:r>
          </w:hyperlink>
        </w:p>
        <w:p w14:paraId="58EB7E27" w14:textId="26CB5958" w:rsidR="00497BF4" w:rsidRPr="005F2B49" w:rsidRDefault="00000000">
          <w:pPr>
            <w:pStyle w:val="38"/>
            <w:tabs>
              <w:tab w:val="right" w:leader="dot" w:pos="8630"/>
            </w:tabs>
            <w:ind w:left="1280"/>
            <w:rPr>
              <w:rFonts w:eastAsiaTheme="minorEastAsia"/>
              <w:noProof/>
              <w:kern w:val="2"/>
              <w:sz w:val="24"/>
              <w:szCs w:val="24"/>
              <w:lang w:eastAsia="zh-TW"/>
              <w14:ligatures w14:val="standardContextual"/>
            </w:rPr>
          </w:pPr>
          <w:hyperlink w:anchor="_Toc239949048" w:history="1">
            <w:r w:rsidR="00497BF4" w:rsidRPr="005F2B49">
              <w:rPr>
                <w:rStyle w:val="affa"/>
                <w:noProof/>
                <w:color w:val="auto"/>
              </w:rPr>
              <w:t xml:space="preserve">3.1.3 </w:t>
            </w:r>
            <w:r w:rsidR="00497BF4" w:rsidRPr="005F2B49">
              <w:rPr>
                <w:rStyle w:val="affa"/>
                <w:noProof/>
                <w:color w:val="auto"/>
              </w:rPr>
              <w:t>系統管理者選單</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_Toc239949048 \h </w:instrText>
            </w:r>
            <w:r w:rsidR="00497BF4" w:rsidRPr="005F2B49">
              <w:rPr>
                <w:noProof/>
                <w:webHidden/>
              </w:rPr>
            </w:r>
            <w:r w:rsidR="00497BF4" w:rsidRPr="005F2B49">
              <w:rPr>
                <w:noProof/>
                <w:webHidden/>
              </w:rPr>
              <w:fldChar w:fldCharType="separate"/>
            </w:r>
            <w:r w:rsidR="00497BF4" w:rsidRPr="005F2B49">
              <w:rPr>
                <w:noProof/>
                <w:webHidden/>
              </w:rPr>
              <w:t>88</w:t>
            </w:r>
            <w:r w:rsidR="00497BF4" w:rsidRPr="005F2B49">
              <w:rPr>
                <w:noProof/>
                <w:webHidden/>
              </w:rPr>
              <w:fldChar w:fldCharType="end"/>
            </w:r>
          </w:hyperlink>
        </w:p>
        <w:p w14:paraId="5D538664" w14:textId="49E2B015"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49" w:history="1">
            <w:r w:rsidR="00497BF4" w:rsidRPr="005F2B49">
              <w:rPr>
                <w:rStyle w:val="affa"/>
                <w:rFonts w:ascii="Times New Roman" w:hAnsi="Times New Roman" w:cs="Times New Roman"/>
                <w:noProof/>
                <w:color w:val="auto"/>
                <w:lang w:eastAsia="zh-TW"/>
              </w:rPr>
              <w:t>學校管理</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_Toc239949049 \h </w:instrText>
            </w:r>
            <w:r w:rsidR="00497BF4" w:rsidRPr="005F2B49">
              <w:rPr>
                <w:noProof/>
                <w:webHidden/>
              </w:rPr>
            </w:r>
            <w:r w:rsidR="00497BF4" w:rsidRPr="005F2B49">
              <w:rPr>
                <w:noProof/>
                <w:webHidden/>
              </w:rPr>
              <w:fldChar w:fldCharType="separate"/>
            </w:r>
            <w:r w:rsidR="00497BF4" w:rsidRPr="005F2B49">
              <w:rPr>
                <w:noProof/>
                <w:webHidden/>
              </w:rPr>
              <w:t>89</w:t>
            </w:r>
            <w:r w:rsidR="00497BF4" w:rsidRPr="005F2B49">
              <w:rPr>
                <w:noProof/>
                <w:webHidden/>
              </w:rPr>
              <w:fldChar w:fldCharType="end"/>
            </w:r>
          </w:hyperlink>
        </w:p>
        <w:p w14:paraId="68579D91" w14:textId="01BCBD5A"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50" w:history="1">
            <w:r w:rsidR="00497BF4" w:rsidRPr="005F2B49">
              <w:rPr>
                <w:rStyle w:val="affa"/>
                <w:rFonts w:ascii="Times New Roman" w:hAnsi="Times New Roman" w:cs="Times New Roman"/>
                <w:noProof/>
                <w:color w:val="auto"/>
                <w:lang w:eastAsia="zh-TW"/>
              </w:rPr>
              <w:t>系統管理者管理</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_Toc239949050 \h </w:instrText>
            </w:r>
            <w:r w:rsidR="00497BF4" w:rsidRPr="005F2B49">
              <w:rPr>
                <w:noProof/>
                <w:webHidden/>
              </w:rPr>
            </w:r>
            <w:r w:rsidR="00497BF4" w:rsidRPr="005F2B49">
              <w:rPr>
                <w:noProof/>
                <w:webHidden/>
              </w:rPr>
              <w:fldChar w:fldCharType="separate"/>
            </w:r>
            <w:r w:rsidR="00497BF4" w:rsidRPr="005F2B49">
              <w:rPr>
                <w:noProof/>
                <w:webHidden/>
              </w:rPr>
              <w:t>91</w:t>
            </w:r>
            <w:r w:rsidR="00497BF4" w:rsidRPr="005F2B49">
              <w:rPr>
                <w:noProof/>
                <w:webHidden/>
              </w:rPr>
              <w:fldChar w:fldCharType="end"/>
            </w:r>
          </w:hyperlink>
        </w:p>
        <w:p w14:paraId="0444AB75" w14:textId="0E593FB2"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51" w:history="1">
            <w:r w:rsidR="00497BF4" w:rsidRPr="005F2B49">
              <w:rPr>
                <w:rStyle w:val="affa"/>
                <w:rFonts w:ascii="Times New Roman" w:hAnsi="Times New Roman" w:cs="Times New Roman"/>
                <w:noProof/>
                <w:color w:val="auto"/>
                <w:lang w:eastAsia="zh-TW"/>
              </w:rPr>
              <w:t>學校管理者管理</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_Toc239949051 \h </w:instrText>
            </w:r>
            <w:r w:rsidR="00497BF4" w:rsidRPr="005F2B49">
              <w:rPr>
                <w:noProof/>
                <w:webHidden/>
              </w:rPr>
            </w:r>
            <w:r w:rsidR="00497BF4" w:rsidRPr="005F2B49">
              <w:rPr>
                <w:noProof/>
                <w:webHidden/>
              </w:rPr>
              <w:fldChar w:fldCharType="separate"/>
            </w:r>
            <w:r w:rsidR="00497BF4" w:rsidRPr="005F2B49">
              <w:rPr>
                <w:noProof/>
                <w:webHidden/>
              </w:rPr>
              <w:t>94</w:t>
            </w:r>
            <w:r w:rsidR="00497BF4" w:rsidRPr="005F2B49">
              <w:rPr>
                <w:noProof/>
                <w:webHidden/>
              </w:rPr>
              <w:fldChar w:fldCharType="end"/>
            </w:r>
          </w:hyperlink>
        </w:p>
        <w:p w14:paraId="59724A92" w14:textId="7BC7D022"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52" w:history="1">
            <w:r w:rsidR="00497BF4" w:rsidRPr="005F2B49">
              <w:rPr>
                <w:rStyle w:val="affa"/>
                <w:rFonts w:ascii="Times New Roman" w:hAnsi="Times New Roman" w:cs="Times New Roman"/>
                <w:noProof/>
                <w:color w:val="auto"/>
                <w:lang w:eastAsia="zh-TW"/>
              </w:rPr>
              <w:t>帳號管理</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_Toc239949052 \h </w:instrText>
            </w:r>
            <w:r w:rsidR="00497BF4" w:rsidRPr="005F2B49">
              <w:rPr>
                <w:noProof/>
                <w:webHidden/>
              </w:rPr>
            </w:r>
            <w:r w:rsidR="00497BF4" w:rsidRPr="005F2B49">
              <w:rPr>
                <w:noProof/>
                <w:webHidden/>
              </w:rPr>
              <w:fldChar w:fldCharType="separate"/>
            </w:r>
            <w:r w:rsidR="00497BF4" w:rsidRPr="005F2B49">
              <w:rPr>
                <w:noProof/>
                <w:webHidden/>
              </w:rPr>
              <w:t>98</w:t>
            </w:r>
            <w:r w:rsidR="00497BF4" w:rsidRPr="005F2B49">
              <w:rPr>
                <w:noProof/>
                <w:webHidden/>
              </w:rPr>
              <w:fldChar w:fldCharType="end"/>
            </w:r>
          </w:hyperlink>
        </w:p>
        <w:p w14:paraId="10A39D2E" w14:textId="013369E4" w:rsidR="00497BF4" w:rsidRPr="005F2B49" w:rsidRDefault="00000000">
          <w:pPr>
            <w:pStyle w:val="41"/>
            <w:tabs>
              <w:tab w:val="right" w:leader="dot" w:pos="8630"/>
            </w:tabs>
            <w:ind w:left="1920"/>
            <w:rPr>
              <w:rFonts w:eastAsiaTheme="minorEastAsia"/>
              <w:noProof/>
              <w:kern w:val="2"/>
              <w:sz w:val="24"/>
              <w:szCs w:val="24"/>
              <w:lang w:eastAsia="zh-TW"/>
              <w14:ligatures w14:val="standardContextual"/>
            </w:rPr>
          </w:pPr>
          <w:hyperlink w:anchor="_Toc239949053" w:history="1">
            <w:r w:rsidR="00497BF4" w:rsidRPr="005F2B49">
              <w:rPr>
                <w:rStyle w:val="affa"/>
                <w:noProof/>
                <w:color w:val="auto"/>
                <w:lang w:eastAsia="zh-TW"/>
              </w:rPr>
              <w:t>Chatbot</w:t>
            </w:r>
            <w:r w:rsidR="00497BF4" w:rsidRPr="005F2B49">
              <w:rPr>
                <w:rStyle w:val="affa"/>
                <w:noProof/>
                <w:color w:val="auto"/>
                <w:lang w:eastAsia="zh-TW"/>
              </w:rPr>
              <w:t>模板管理</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_Toc239949053 \h </w:instrText>
            </w:r>
            <w:r w:rsidR="00497BF4" w:rsidRPr="005F2B49">
              <w:rPr>
                <w:noProof/>
                <w:webHidden/>
              </w:rPr>
            </w:r>
            <w:r w:rsidR="00497BF4" w:rsidRPr="005F2B49">
              <w:rPr>
                <w:noProof/>
                <w:webHidden/>
              </w:rPr>
              <w:fldChar w:fldCharType="separate"/>
            </w:r>
            <w:r w:rsidR="00497BF4" w:rsidRPr="005F2B49">
              <w:rPr>
                <w:noProof/>
                <w:webHidden/>
              </w:rPr>
              <w:t>100</w:t>
            </w:r>
            <w:r w:rsidR="00497BF4" w:rsidRPr="005F2B49">
              <w:rPr>
                <w:noProof/>
                <w:webHidden/>
              </w:rPr>
              <w:fldChar w:fldCharType="end"/>
            </w:r>
          </w:hyperlink>
        </w:p>
        <w:p w14:paraId="6FD1B4E4" w14:textId="2CD03AB1" w:rsidR="00497BF4" w:rsidRPr="005F2B49" w:rsidRDefault="00000000">
          <w:pPr>
            <w:pStyle w:val="2a"/>
            <w:tabs>
              <w:tab w:val="right" w:leader="dot" w:pos="8630"/>
            </w:tabs>
            <w:ind w:left="640"/>
            <w:rPr>
              <w:rFonts w:eastAsiaTheme="minorEastAsia"/>
              <w:noProof/>
              <w:kern w:val="2"/>
              <w:sz w:val="24"/>
              <w:szCs w:val="24"/>
              <w:lang w:eastAsia="zh-TW"/>
              <w14:ligatures w14:val="standardContextual"/>
            </w:rPr>
          </w:pPr>
          <w:hyperlink w:anchor="_Toc239949054" w:history="1">
            <w:r w:rsidR="00497BF4" w:rsidRPr="005F2B49">
              <w:rPr>
                <w:rStyle w:val="affa"/>
                <w:noProof/>
                <w:color w:val="auto"/>
              </w:rPr>
              <w:t xml:space="preserve">3.2  </w:t>
            </w:r>
            <w:r w:rsidR="00497BF4" w:rsidRPr="005F2B49">
              <w:rPr>
                <w:rStyle w:val="affa"/>
                <w:noProof/>
                <w:color w:val="auto"/>
              </w:rPr>
              <w:t>選擇學校</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_Toc239949054 \h </w:instrText>
            </w:r>
            <w:r w:rsidR="00497BF4" w:rsidRPr="005F2B49">
              <w:rPr>
                <w:noProof/>
                <w:webHidden/>
              </w:rPr>
            </w:r>
            <w:r w:rsidR="00497BF4" w:rsidRPr="005F2B49">
              <w:rPr>
                <w:noProof/>
                <w:webHidden/>
              </w:rPr>
              <w:fldChar w:fldCharType="separate"/>
            </w:r>
            <w:r w:rsidR="00497BF4" w:rsidRPr="005F2B49">
              <w:rPr>
                <w:noProof/>
                <w:webHidden/>
              </w:rPr>
              <w:t>102</w:t>
            </w:r>
            <w:r w:rsidR="00497BF4" w:rsidRPr="005F2B49">
              <w:rPr>
                <w:noProof/>
                <w:webHidden/>
              </w:rPr>
              <w:fldChar w:fldCharType="end"/>
            </w:r>
          </w:hyperlink>
        </w:p>
        <w:p w14:paraId="5B157E18" w14:textId="7F1F65A2" w:rsidR="00497BF4" w:rsidRPr="005F2B49" w:rsidRDefault="00000000">
          <w:pPr>
            <w:pStyle w:val="2a"/>
            <w:tabs>
              <w:tab w:val="right" w:leader="dot" w:pos="8630"/>
            </w:tabs>
            <w:ind w:left="640"/>
            <w:rPr>
              <w:rFonts w:eastAsiaTheme="minorEastAsia"/>
              <w:noProof/>
              <w:kern w:val="2"/>
              <w:sz w:val="24"/>
              <w:szCs w:val="24"/>
              <w:lang w:eastAsia="zh-TW"/>
              <w14:ligatures w14:val="standardContextual"/>
            </w:rPr>
          </w:pPr>
          <w:hyperlink w:anchor="_Toc239949055" w:history="1">
            <w:r w:rsidR="00497BF4" w:rsidRPr="005F2B49">
              <w:rPr>
                <w:rStyle w:val="affa"/>
                <w:noProof/>
                <w:color w:val="auto"/>
              </w:rPr>
              <w:t xml:space="preserve">3.3  </w:t>
            </w:r>
            <w:r w:rsidR="00497BF4" w:rsidRPr="005F2B49">
              <w:rPr>
                <w:rStyle w:val="affa"/>
                <w:noProof/>
                <w:color w:val="auto"/>
              </w:rPr>
              <w:t>個人資料</w:t>
            </w:r>
            <w:r w:rsidR="00497BF4" w:rsidRPr="005F2B49">
              <w:rPr>
                <w:noProof/>
                <w:webHidden/>
              </w:rPr>
              <w:tab/>
            </w:r>
            <w:r w:rsidR="00497BF4" w:rsidRPr="005F2B49">
              <w:rPr>
                <w:noProof/>
                <w:webHidden/>
              </w:rPr>
              <w:fldChar w:fldCharType="begin"/>
            </w:r>
            <w:r w:rsidR="00497BF4" w:rsidRPr="005F2B49">
              <w:rPr>
                <w:noProof/>
                <w:webHidden/>
              </w:rPr>
              <w:instrText xml:space="preserve"> PAGEREF _Toc239949055 \h </w:instrText>
            </w:r>
            <w:r w:rsidR="00497BF4" w:rsidRPr="005F2B49">
              <w:rPr>
                <w:noProof/>
                <w:webHidden/>
              </w:rPr>
            </w:r>
            <w:r w:rsidR="00497BF4" w:rsidRPr="005F2B49">
              <w:rPr>
                <w:noProof/>
                <w:webHidden/>
              </w:rPr>
              <w:fldChar w:fldCharType="separate"/>
            </w:r>
            <w:r w:rsidR="00497BF4" w:rsidRPr="005F2B49">
              <w:rPr>
                <w:noProof/>
                <w:webHidden/>
              </w:rPr>
              <w:t>102</w:t>
            </w:r>
            <w:r w:rsidR="00497BF4" w:rsidRPr="005F2B49">
              <w:rPr>
                <w:noProof/>
                <w:webHidden/>
              </w:rPr>
              <w:fldChar w:fldCharType="end"/>
            </w:r>
          </w:hyperlink>
        </w:p>
        <w:p w14:paraId="5923F5F2" w14:textId="629354E1" w:rsidR="0069795A" w:rsidRPr="005F2B49" w:rsidRDefault="00CC610F" w:rsidP="00237148">
          <w:pPr>
            <w:pStyle w:val="38"/>
            <w:tabs>
              <w:tab w:val="right" w:leader="dot" w:pos="8630"/>
            </w:tabs>
            <w:ind w:leftChars="0" w:left="0"/>
            <w:rPr>
              <w:rStyle w:val="affa"/>
              <w:rFonts w:ascii="Times New Roman" w:hAnsi="Times New Roman" w:cs="Times New Roman"/>
              <w:noProof/>
              <w:color w:val="auto"/>
              <w:kern w:val="2"/>
              <w:szCs w:val="32"/>
              <w:u w:val="none"/>
              <w:lang w:eastAsia="zh-TW"/>
              <w14:ligatures w14:val="standardContextual"/>
            </w:rPr>
          </w:pPr>
          <w:r w:rsidRPr="005F2B49">
            <w:rPr>
              <w:rStyle w:val="affa"/>
              <w:rFonts w:ascii="Times New Roman" w:hAnsi="Times New Roman" w:cs="Times New Roman"/>
              <w:noProof/>
              <w:color w:val="auto"/>
              <w:szCs w:val="32"/>
              <w:lang w:eastAsia="zh-TW"/>
            </w:rPr>
            <w:fldChar w:fldCharType="end"/>
          </w:r>
        </w:p>
      </w:sdtContent>
    </w:sdt>
    <w:p w14:paraId="539F2053" w14:textId="77777777" w:rsidR="008E319E" w:rsidRPr="005F2B49" w:rsidRDefault="008E319E" w:rsidP="00561F99">
      <w:pPr>
        <w:jc w:val="both"/>
        <w:rPr>
          <w:rFonts w:ascii="Times New Roman" w:hAnsi="Times New Roman" w:cs="Times New Roman"/>
          <w:szCs w:val="32"/>
          <w:lang w:eastAsia="zh-TW"/>
        </w:rPr>
      </w:pPr>
    </w:p>
    <w:p w14:paraId="1AA80112" w14:textId="77777777" w:rsidR="00C862DF" w:rsidRPr="005F2B49" w:rsidRDefault="00C862DF" w:rsidP="00561F99">
      <w:pPr>
        <w:jc w:val="both"/>
        <w:rPr>
          <w:rFonts w:ascii="Times New Roman" w:hAnsi="Times New Roman" w:cs="Times New Roman"/>
          <w:szCs w:val="32"/>
          <w:lang w:eastAsia="zh-TW"/>
        </w:rPr>
      </w:pPr>
      <w:r w:rsidRPr="005F2B49">
        <w:rPr>
          <w:rFonts w:ascii="Times New Roman" w:hAnsi="Times New Roman" w:cs="Times New Roman"/>
          <w:szCs w:val="32"/>
          <w:lang w:eastAsia="zh-TW"/>
        </w:rPr>
        <w:br w:type="page"/>
      </w:r>
    </w:p>
    <w:p w14:paraId="586DD5BF" w14:textId="76A7D179" w:rsidR="00497BF4" w:rsidRPr="005F2B49" w:rsidRDefault="00C862DF">
      <w:pPr>
        <w:pStyle w:val="affb"/>
        <w:tabs>
          <w:tab w:val="right" w:leader="dot" w:pos="8630"/>
        </w:tabs>
        <w:rPr>
          <w:rStyle w:val="affa"/>
          <w:color w:val="auto"/>
          <w:sz w:val="32"/>
          <w:szCs w:val="22"/>
        </w:rPr>
      </w:pPr>
      <w:r w:rsidRPr="005F2B49">
        <w:rPr>
          <w:rStyle w:val="affa"/>
          <w:smallCaps w:val="0"/>
          <w:noProof/>
          <w:color w:val="auto"/>
          <w:sz w:val="32"/>
          <w:szCs w:val="22"/>
        </w:rPr>
        <w:lastRenderedPageBreak/>
        <w:fldChar w:fldCharType="begin"/>
      </w:r>
      <w:r w:rsidRPr="005F2B49">
        <w:rPr>
          <w:rStyle w:val="affa"/>
          <w:smallCaps w:val="0"/>
          <w:noProof/>
          <w:color w:val="auto"/>
          <w:sz w:val="32"/>
          <w:szCs w:val="22"/>
        </w:rPr>
        <w:instrText xml:space="preserve"> TOC \h \z \c "</w:instrText>
      </w:r>
      <w:r w:rsidRPr="005F2B49">
        <w:rPr>
          <w:rStyle w:val="affa"/>
          <w:smallCaps w:val="0"/>
          <w:noProof/>
          <w:color w:val="auto"/>
          <w:sz w:val="32"/>
          <w:szCs w:val="22"/>
        </w:rPr>
        <w:instrText>圖</w:instrText>
      </w:r>
      <w:r w:rsidRPr="005F2B49">
        <w:rPr>
          <w:rStyle w:val="affa"/>
          <w:smallCaps w:val="0"/>
          <w:noProof/>
          <w:color w:val="auto"/>
          <w:sz w:val="32"/>
          <w:szCs w:val="22"/>
        </w:rPr>
        <w:instrText xml:space="preserve">" </w:instrText>
      </w:r>
      <w:r w:rsidRPr="005F2B49">
        <w:rPr>
          <w:rStyle w:val="affa"/>
          <w:smallCaps w:val="0"/>
          <w:noProof/>
          <w:color w:val="auto"/>
          <w:sz w:val="32"/>
          <w:szCs w:val="22"/>
        </w:rPr>
        <w:fldChar w:fldCharType="separate"/>
      </w:r>
      <w:hyperlink w:anchor="_Toc239949056"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1  </w:t>
        </w:r>
        <w:r w:rsidR="00497BF4" w:rsidRPr="005F2B49">
          <w:rPr>
            <w:rStyle w:val="affa"/>
            <w:smallCaps w:val="0"/>
            <w:noProof/>
            <w:color w:val="auto"/>
            <w:sz w:val="32"/>
            <w:szCs w:val="22"/>
          </w:rPr>
          <w:t>前台登入畫面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_Toc239949056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w:t>
        </w:r>
        <w:r w:rsidR="00497BF4" w:rsidRPr="005F2B49">
          <w:rPr>
            <w:rStyle w:val="affa"/>
            <w:smallCaps w:val="0"/>
            <w:webHidden/>
            <w:color w:val="auto"/>
            <w:sz w:val="32"/>
            <w:szCs w:val="22"/>
          </w:rPr>
          <w:fldChar w:fldCharType="end"/>
        </w:r>
      </w:hyperlink>
    </w:p>
    <w:p w14:paraId="08ADF880" w14:textId="1022C4CE" w:rsidR="00497BF4" w:rsidRPr="005F2B49" w:rsidRDefault="00000000">
      <w:pPr>
        <w:pStyle w:val="affb"/>
        <w:tabs>
          <w:tab w:val="right" w:leader="dot" w:pos="8630"/>
        </w:tabs>
        <w:rPr>
          <w:rStyle w:val="affa"/>
          <w:color w:val="auto"/>
          <w:sz w:val="32"/>
          <w:szCs w:val="22"/>
        </w:rPr>
      </w:pPr>
      <w:hyperlink w:anchor="_Toc239949057"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2  </w:t>
        </w:r>
        <w:r w:rsidR="00497BF4" w:rsidRPr="005F2B49">
          <w:rPr>
            <w:rStyle w:val="affa"/>
            <w:smallCaps w:val="0"/>
            <w:noProof/>
            <w:color w:val="auto"/>
            <w:sz w:val="32"/>
            <w:szCs w:val="22"/>
          </w:rPr>
          <w:t>忘記密碼</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_Toc239949057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w:t>
        </w:r>
        <w:r w:rsidR="00497BF4" w:rsidRPr="005F2B49">
          <w:rPr>
            <w:rStyle w:val="affa"/>
            <w:smallCaps w:val="0"/>
            <w:webHidden/>
            <w:color w:val="auto"/>
            <w:sz w:val="32"/>
            <w:szCs w:val="22"/>
          </w:rPr>
          <w:fldChar w:fldCharType="end"/>
        </w:r>
      </w:hyperlink>
    </w:p>
    <w:p w14:paraId="1523007F" w14:textId="02092EB7" w:rsidR="00497BF4" w:rsidRPr="005F2B49" w:rsidRDefault="00000000">
      <w:pPr>
        <w:pStyle w:val="affb"/>
        <w:tabs>
          <w:tab w:val="right" w:leader="dot" w:pos="8630"/>
        </w:tabs>
        <w:rPr>
          <w:rStyle w:val="affa"/>
          <w:color w:val="auto"/>
          <w:sz w:val="32"/>
          <w:szCs w:val="22"/>
        </w:rPr>
      </w:pPr>
      <w:hyperlink w:anchor="_Toc239949058"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3  </w:t>
        </w:r>
        <w:r w:rsidR="00497BF4" w:rsidRPr="005F2B49">
          <w:rPr>
            <w:rStyle w:val="affa"/>
            <w:smallCaps w:val="0"/>
            <w:noProof/>
            <w:color w:val="auto"/>
            <w:sz w:val="32"/>
            <w:szCs w:val="22"/>
          </w:rPr>
          <w:t>前台主頁界面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_Toc239949058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10</w:t>
        </w:r>
        <w:r w:rsidR="00497BF4" w:rsidRPr="005F2B49">
          <w:rPr>
            <w:rStyle w:val="affa"/>
            <w:smallCaps w:val="0"/>
            <w:webHidden/>
            <w:color w:val="auto"/>
            <w:sz w:val="32"/>
            <w:szCs w:val="22"/>
          </w:rPr>
          <w:fldChar w:fldCharType="end"/>
        </w:r>
      </w:hyperlink>
    </w:p>
    <w:p w14:paraId="7AD6D23D" w14:textId="1F140EFC" w:rsidR="00497BF4" w:rsidRPr="005F2B49" w:rsidRDefault="00000000">
      <w:pPr>
        <w:pStyle w:val="affb"/>
        <w:tabs>
          <w:tab w:val="right" w:leader="dot" w:pos="8630"/>
        </w:tabs>
        <w:rPr>
          <w:rStyle w:val="affa"/>
          <w:color w:val="auto"/>
          <w:sz w:val="32"/>
          <w:szCs w:val="22"/>
        </w:rPr>
      </w:pPr>
      <w:hyperlink w:anchor="_Toc239949059"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4  </w:t>
        </w:r>
        <w:r w:rsidR="00497BF4" w:rsidRPr="005F2B49">
          <w:rPr>
            <w:rStyle w:val="affa"/>
            <w:smallCaps w:val="0"/>
            <w:noProof/>
            <w:color w:val="auto"/>
            <w:sz w:val="32"/>
            <w:szCs w:val="22"/>
          </w:rPr>
          <w:t>使用者隱私權聲明</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_Toc239949059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11</w:t>
        </w:r>
        <w:r w:rsidR="00497BF4" w:rsidRPr="005F2B49">
          <w:rPr>
            <w:rStyle w:val="affa"/>
            <w:smallCaps w:val="0"/>
            <w:webHidden/>
            <w:color w:val="auto"/>
            <w:sz w:val="32"/>
            <w:szCs w:val="22"/>
          </w:rPr>
          <w:fldChar w:fldCharType="end"/>
        </w:r>
      </w:hyperlink>
    </w:p>
    <w:p w14:paraId="1E4C60A7" w14:textId="2116715F" w:rsidR="00497BF4" w:rsidRPr="005F2B49" w:rsidRDefault="00000000">
      <w:pPr>
        <w:pStyle w:val="affb"/>
        <w:tabs>
          <w:tab w:val="right" w:leader="dot" w:pos="8630"/>
        </w:tabs>
        <w:rPr>
          <w:rStyle w:val="affa"/>
          <w:color w:val="auto"/>
          <w:sz w:val="32"/>
          <w:szCs w:val="22"/>
        </w:rPr>
      </w:pPr>
      <w:hyperlink w:anchor="_Toc239949060"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5  </w:t>
        </w:r>
        <w:r w:rsidR="00497BF4" w:rsidRPr="005F2B49">
          <w:rPr>
            <w:rStyle w:val="affa"/>
            <w:smallCaps w:val="0"/>
            <w:noProof/>
            <w:color w:val="auto"/>
            <w:sz w:val="32"/>
            <w:szCs w:val="22"/>
          </w:rPr>
          <w:t>與指定</w:t>
        </w:r>
        <w:r w:rsidR="00497BF4" w:rsidRPr="005F2B49">
          <w:rPr>
            <w:rStyle w:val="affa"/>
            <w:smallCaps w:val="0"/>
            <w:noProof/>
            <w:color w:val="auto"/>
            <w:sz w:val="32"/>
            <w:szCs w:val="22"/>
          </w:rPr>
          <w:t xml:space="preserve"> Chatbot </w:t>
        </w:r>
        <w:r w:rsidR="00497BF4" w:rsidRPr="005F2B49">
          <w:rPr>
            <w:rStyle w:val="affa"/>
            <w:smallCaps w:val="0"/>
            <w:noProof/>
            <w:color w:val="auto"/>
            <w:sz w:val="32"/>
            <w:szCs w:val="22"/>
          </w:rPr>
          <w:t>對話</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_Toc239949060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12</w:t>
        </w:r>
        <w:r w:rsidR="00497BF4" w:rsidRPr="005F2B49">
          <w:rPr>
            <w:rStyle w:val="affa"/>
            <w:smallCaps w:val="0"/>
            <w:webHidden/>
            <w:color w:val="auto"/>
            <w:sz w:val="32"/>
            <w:szCs w:val="22"/>
          </w:rPr>
          <w:fldChar w:fldCharType="end"/>
        </w:r>
      </w:hyperlink>
    </w:p>
    <w:p w14:paraId="7324AF1F" w14:textId="50E86BE8" w:rsidR="00497BF4" w:rsidRPr="005F2B49" w:rsidRDefault="00000000">
      <w:pPr>
        <w:pStyle w:val="affb"/>
        <w:tabs>
          <w:tab w:val="right" w:leader="dot" w:pos="8630"/>
        </w:tabs>
        <w:rPr>
          <w:rStyle w:val="affa"/>
          <w:color w:val="auto"/>
          <w:sz w:val="32"/>
          <w:szCs w:val="22"/>
        </w:rPr>
      </w:pPr>
      <w:hyperlink w:anchor="_Toc239949061"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6  </w:t>
        </w:r>
        <w:r w:rsidR="00497BF4" w:rsidRPr="005F2B49">
          <w:rPr>
            <w:rStyle w:val="affa"/>
            <w:smallCaps w:val="0"/>
            <w:noProof/>
            <w:color w:val="auto"/>
            <w:sz w:val="32"/>
            <w:szCs w:val="22"/>
          </w:rPr>
          <w:t>前台</w:t>
        </w:r>
        <w:r w:rsidR="00497BF4" w:rsidRPr="005F2B49">
          <w:rPr>
            <w:rStyle w:val="affa"/>
            <w:smallCaps w:val="0"/>
            <w:noProof/>
            <w:color w:val="auto"/>
            <w:sz w:val="32"/>
            <w:szCs w:val="22"/>
          </w:rPr>
          <w:t>Chatbot</w:t>
        </w:r>
        <w:r w:rsidR="00497BF4" w:rsidRPr="005F2B49">
          <w:rPr>
            <w:rStyle w:val="affa"/>
            <w:smallCaps w:val="0"/>
            <w:noProof/>
            <w:color w:val="auto"/>
            <w:sz w:val="32"/>
            <w:szCs w:val="22"/>
          </w:rPr>
          <w:t>問候語顯示位置</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_Toc239949061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13</w:t>
        </w:r>
        <w:r w:rsidR="00497BF4" w:rsidRPr="005F2B49">
          <w:rPr>
            <w:rStyle w:val="affa"/>
            <w:smallCaps w:val="0"/>
            <w:webHidden/>
            <w:color w:val="auto"/>
            <w:sz w:val="32"/>
            <w:szCs w:val="22"/>
          </w:rPr>
          <w:fldChar w:fldCharType="end"/>
        </w:r>
      </w:hyperlink>
    </w:p>
    <w:p w14:paraId="615F2AE6" w14:textId="7F4CDFEE" w:rsidR="00497BF4" w:rsidRPr="005F2B49" w:rsidRDefault="00000000">
      <w:pPr>
        <w:pStyle w:val="affb"/>
        <w:tabs>
          <w:tab w:val="right" w:leader="dot" w:pos="8630"/>
        </w:tabs>
        <w:rPr>
          <w:rStyle w:val="affa"/>
          <w:color w:val="auto"/>
          <w:sz w:val="32"/>
          <w:szCs w:val="22"/>
        </w:rPr>
      </w:pPr>
      <w:hyperlink w:anchor="_Toc239949062"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7  </w:t>
        </w:r>
        <w:r w:rsidR="00497BF4" w:rsidRPr="005F2B49">
          <w:rPr>
            <w:rStyle w:val="affa"/>
            <w:smallCaps w:val="0"/>
            <w:noProof/>
            <w:color w:val="auto"/>
            <w:sz w:val="32"/>
            <w:szCs w:val="22"/>
          </w:rPr>
          <w:t>建議訊息位置</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_Toc239949062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14</w:t>
        </w:r>
        <w:r w:rsidR="00497BF4" w:rsidRPr="005F2B49">
          <w:rPr>
            <w:rStyle w:val="affa"/>
            <w:smallCaps w:val="0"/>
            <w:webHidden/>
            <w:color w:val="auto"/>
            <w:sz w:val="32"/>
            <w:szCs w:val="22"/>
          </w:rPr>
          <w:fldChar w:fldCharType="end"/>
        </w:r>
      </w:hyperlink>
    </w:p>
    <w:p w14:paraId="1AFDB676" w14:textId="4A02A506" w:rsidR="00497BF4" w:rsidRPr="005F2B49" w:rsidRDefault="00000000">
      <w:pPr>
        <w:pStyle w:val="affb"/>
        <w:tabs>
          <w:tab w:val="right" w:leader="dot" w:pos="8630"/>
        </w:tabs>
        <w:rPr>
          <w:rStyle w:val="affa"/>
          <w:color w:val="auto"/>
          <w:sz w:val="32"/>
          <w:szCs w:val="22"/>
        </w:rPr>
      </w:pPr>
      <w:hyperlink w:anchor="_Toc239949063"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8</w:t>
        </w:r>
        <w:r w:rsidR="00497BF4" w:rsidRPr="005F2B49">
          <w:rPr>
            <w:rStyle w:val="affa"/>
            <w:smallCaps w:val="0"/>
            <w:noProof/>
            <w:color w:val="auto"/>
            <w:sz w:val="32"/>
            <w:szCs w:val="22"/>
          </w:rPr>
          <w:t>互動式圖表</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_Toc239949063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15</w:t>
        </w:r>
        <w:r w:rsidR="00497BF4" w:rsidRPr="005F2B49">
          <w:rPr>
            <w:rStyle w:val="affa"/>
            <w:smallCaps w:val="0"/>
            <w:webHidden/>
            <w:color w:val="auto"/>
            <w:sz w:val="32"/>
            <w:szCs w:val="22"/>
          </w:rPr>
          <w:fldChar w:fldCharType="end"/>
        </w:r>
      </w:hyperlink>
    </w:p>
    <w:p w14:paraId="124D9ED8" w14:textId="22239901" w:rsidR="00497BF4" w:rsidRPr="005F2B49" w:rsidRDefault="00000000">
      <w:pPr>
        <w:pStyle w:val="affb"/>
        <w:tabs>
          <w:tab w:val="right" w:leader="dot" w:pos="8630"/>
        </w:tabs>
        <w:rPr>
          <w:rStyle w:val="affa"/>
          <w:color w:val="auto"/>
          <w:sz w:val="32"/>
          <w:szCs w:val="22"/>
        </w:rPr>
      </w:pPr>
      <w:hyperlink w:anchor="_Toc239949064"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9  HTML</w:t>
        </w:r>
        <w:r w:rsidR="00497BF4" w:rsidRPr="005F2B49">
          <w:rPr>
            <w:rStyle w:val="affa"/>
            <w:smallCaps w:val="0"/>
            <w:noProof/>
            <w:color w:val="auto"/>
            <w:sz w:val="32"/>
            <w:szCs w:val="22"/>
          </w:rPr>
          <w:t>程式碼的互動式圖表</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_Toc239949064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16</w:t>
        </w:r>
        <w:r w:rsidR="00497BF4" w:rsidRPr="005F2B49">
          <w:rPr>
            <w:rStyle w:val="affa"/>
            <w:smallCaps w:val="0"/>
            <w:webHidden/>
            <w:color w:val="auto"/>
            <w:sz w:val="32"/>
            <w:szCs w:val="22"/>
          </w:rPr>
          <w:fldChar w:fldCharType="end"/>
        </w:r>
      </w:hyperlink>
    </w:p>
    <w:p w14:paraId="46D36D01" w14:textId="14045F22" w:rsidR="00497BF4" w:rsidRPr="005F2B49" w:rsidRDefault="00000000">
      <w:pPr>
        <w:pStyle w:val="affb"/>
        <w:tabs>
          <w:tab w:val="right" w:leader="dot" w:pos="8630"/>
        </w:tabs>
        <w:rPr>
          <w:rStyle w:val="affa"/>
          <w:color w:val="auto"/>
          <w:sz w:val="32"/>
          <w:szCs w:val="22"/>
        </w:rPr>
      </w:pPr>
      <w:hyperlink w:anchor="_Toc239949065"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10  LaTeX</w:t>
        </w:r>
        <w:r w:rsidR="00497BF4" w:rsidRPr="005F2B49">
          <w:rPr>
            <w:rStyle w:val="affa"/>
            <w:smallCaps w:val="0"/>
            <w:noProof/>
            <w:color w:val="auto"/>
            <w:sz w:val="32"/>
            <w:szCs w:val="22"/>
          </w:rPr>
          <w:t>方程式位置</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_Toc239949065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17</w:t>
        </w:r>
        <w:r w:rsidR="00497BF4" w:rsidRPr="005F2B49">
          <w:rPr>
            <w:rStyle w:val="affa"/>
            <w:smallCaps w:val="0"/>
            <w:webHidden/>
            <w:color w:val="auto"/>
            <w:sz w:val="32"/>
            <w:szCs w:val="22"/>
          </w:rPr>
          <w:fldChar w:fldCharType="end"/>
        </w:r>
      </w:hyperlink>
    </w:p>
    <w:p w14:paraId="3809A378" w14:textId="69EEEED0" w:rsidR="00497BF4" w:rsidRPr="005F2B49" w:rsidRDefault="00000000">
      <w:pPr>
        <w:pStyle w:val="affb"/>
        <w:tabs>
          <w:tab w:val="right" w:leader="dot" w:pos="8630"/>
        </w:tabs>
        <w:rPr>
          <w:rStyle w:val="affa"/>
          <w:color w:val="auto"/>
          <w:sz w:val="32"/>
          <w:szCs w:val="22"/>
        </w:rPr>
      </w:pPr>
      <w:hyperlink w:anchor="_Toc239949066"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11  LaTeX</w:t>
        </w:r>
        <w:r w:rsidR="00497BF4" w:rsidRPr="005F2B49">
          <w:rPr>
            <w:rStyle w:val="affa"/>
            <w:smallCaps w:val="0"/>
            <w:noProof/>
            <w:color w:val="auto"/>
            <w:sz w:val="32"/>
            <w:szCs w:val="22"/>
          </w:rPr>
          <w:t>方程式介面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_Toc239949066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17</w:t>
        </w:r>
        <w:r w:rsidR="00497BF4" w:rsidRPr="005F2B49">
          <w:rPr>
            <w:rStyle w:val="affa"/>
            <w:smallCaps w:val="0"/>
            <w:webHidden/>
            <w:color w:val="auto"/>
            <w:sz w:val="32"/>
            <w:szCs w:val="22"/>
          </w:rPr>
          <w:fldChar w:fldCharType="end"/>
        </w:r>
      </w:hyperlink>
    </w:p>
    <w:p w14:paraId="64D0FFD8" w14:textId="2826C495" w:rsidR="00497BF4" w:rsidRPr="005F2B49" w:rsidRDefault="00000000">
      <w:pPr>
        <w:pStyle w:val="affb"/>
        <w:tabs>
          <w:tab w:val="right" w:leader="dot" w:pos="8630"/>
        </w:tabs>
        <w:rPr>
          <w:rStyle w:val="affa"/>
          <w:color w:val="auto"/>
          <w:sz w:val="32"/>
          <w:szCs w:val="22"/>
        </w:rPr>
      </w:pPr>
      <w:hyperlink w:anchor="_Toc239949067"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12  Canvas</w:t>
        </w:r>
        <w:r w:rsidR="00497BF4" w:rsidRPr="005F2B49">
          <w:rPr>
            <w:rStyle w:val="affa"/>
            <w:smallCaps w:val="0"/>
            <w:noProof/>
            <w:color w:val="auto"/>
            <w:sz w:val="32"/>
            <w:szCs w:val="22"/>
          </w:rPr>
          <w:t>功能位置</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_Toc239949067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17</w:t>
        </w:r>
        <w:r w:rsidR="00497BF4" w:rsidRPr="005F2B49">
          <w:rPr>
            <w:rStyle w:val="affa"/>
            <w:smallCaps w:val="0"/>
            <w:webHidden/>
            <w:color w:val="auto"/>
            <w:sz w:val="32"/>
            <w:szCs w:val="22"/>
          </w:rPr>
          <w:fldChar w:fldCharType="end"/>
        </w:r>
      </w:hyperlink>
    </w:p>
    <w:p w14:paraId="40F3E5B9" w14:textId="0D80FEA9" w:rsidR="00497BF4" w:rsidRPr="005F2B49" w:rsidRDefault="00000000">
      <w:pPr>
        <w:pStyle w:val="affb"/>
        <w:tabs>
          <w:tab w:val="right" w:leader="dot" w:pos="8630"/>
        </w:tabs>
        <w:rPr>
          <w:rStyle w:val="affa"/>
          <w:color w:val="auto"/>
          <w:sz w:val="32"/>
          <w:szCs w:val="22"/>
        </w:rPr>
      </w:pPr>
      <w:hyperlink w:anchor="_Toc239949068"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13  </w:t>
        </w:r>
        <w:r w:rsidR="00497BF4" w:rsidRPr="005F2B49">
          <w:rPr>
            <w:rStyle w:val="affa"/>
            <w:smallCaps w:val="0"/>
            <w:noProof/>
            <w:color w:val="auto"/>
            <w:sz w:val="32"/>
            <w:szCs w:val="22"/>
          </w:rPr>
          <w:t>選擇</w:t>
        </w:r>
        <w:r w:rsidR="00497BF4" w:rsidRPr="005F2B49">
          <w:rPr>
            <w:rStyle w:val="affa"/>
            <w:smallCaps w:val="0"/>
            <w:noProof/>
            <w:color w:val="auto"/>
            <w:sz w:val="32"/>
            <w:szCs w:val="22"/>
          </w:rPr>
          <w:t xml:space="preserve">Chatbot </w:t>
        </w:r>
        <w:r w:rsidR="00497BF4" w:rsidRPr="005F2B49">
          <w:rPr>
            <w:rStyle w:val="affa"/>
            <w:smallCaps w:val="0"/>
            <w:noProof/>
            <w:color w:val="auto"/>
            <w:sz w:val="32"/>
            <w:szCs w:val="22"/>
          </w:rPr>
          <w:t>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_Toc239949068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19</w:t>
        </w:r>
        <w:r w:rsidR="00497BF4" w:rsidRPr="005F2B49">
          <w:rPr>
            <w:rStyle w:val="affa"/>
            <w:smallCaps w:val="0"/>
            <w:webHidden/>
            <w:color w:val="auto"/>
            <w:sz w:val="32"/>
            <w:szCs w:val="22"/>
          </w:rPr>
          <w:fldChar w:fldCharType="end"/>
        </w:r>
      </w:hyperlink>
    </w:p>
    <w:p w14:paraId="67C0C565" w14:textId="775BF9E7" w:rsidR="00497BF4" w:rsidRPr="005F2B49" w:rsidRDefault="00000000">
      <w:pPr>
        <w:pStyle w:val="affb"/>
        <w:tabs>
          <w:tab w:val="right" w:leader="dot" w:pos="8630"/>
        </w:tabs>
        <w:rPr>
          <w:rStyle w:val="affa"/>
          <w:color w:val="auto"/>
          <w:sz w:val="32"/>
          <w:szCs w:val="22"/>
        </w:rPr>
      </w:pPr>
      <w:hyperlink w:anchor="_Toc239949069"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14  </w:t>
        </w:r>
        <w:r w:rsidR="00497BF4" w:rsidRPr="005F2B49">
          <w:rPr>
            <w:rStyle w:val="affa"/>
            <w:smallCaps w:val="0"/>
            <w:noProof/>
            <w:color w:val="auto"/>
            <w:sz w:val="32"/>
            <w:szCs w:val="22"/>
          </w:rPr>
          <w:t>前台個人設定</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_Toc239949069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20</w:t>
        </w:r>
        <w:r w:rsidR="00497BF4" w:rsidRPr="005F2B49">
          <w:rPr>
            <w:rStyle w:val="affa"/>
            <w:smallCaps w:val="0"/>
            <w:webHidden/>
            <w:color w:val="auto"/>
            <w:sz w:val="32"/>
            <w:szCs w:val="22"/>
          </w:rPr>
          <w:fldChar w:fldCharType="end"/>
        </w:r>
      </w:hyperlink>
    </w:p>
    <w:p w14:paraId="69618FB3" w14:textId="6E8A8449" w:rsidR="00497BF4" w:rsidRPr="005F2B49" w:rsidRDefault="00000000">
      <w:pPr>
        <w:pStyle w:val="affb"/>
        <w:tabs>
          <w:tab w:val="right" w:leader="dot" w:pos="8630"/>
        </w:tabs>
        <w:rPr>
          <w:rStyle w:val="affa"/>
          <w:color w:val="auto"/>
          <w:sz w:val="32"/>
          <w:szCs w:val="22"/>
        </w:rPr>
      </w:pPr>
      <w:hyperlink w:anchor="_Toc239949070"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15  </w:t>
        </w:r>
        <w:r w:rsidR="00497BF4" w:rsidRPr="005F2B49">
          <w:rPr>
            <w:rStyle w:val="affa"/>
            <w:smallCaps w:val="0"/>
            <w:noProof/>
            <w:color w:val="auto"/>
            <w:sz w:val="32"/>
            <w:szCs w:val="22"/>
          </w:rPr>
          <w:t>個人密碼設定介面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_Toc239949070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21</w:t>
        </w:r>
        <w:r w:rsidR="00497BF4" w:rsidRPr="005F2B49">
          <w:rPr>
            <w:rStyle w:val="affa"/>
            <w:smallCaps w:val="0"/>
            <w:webHidden/>
            <w:color w:val="auto"/>
            <w:sz w:val="32"/>
            <w:szCs w:val="22"/>
          </w:rPr>
          <w:fldChar w:fldCharType="end"/>
        </w:r>
      </w:hyperlink>
    </w:p>
    <w:p w14:paraId="5ED2C853" w14:textId="0A7F813B" w:rsidR="00497BF4" w:rsidRPr="005F2B49" w:rsidRDefault="00000000">
      <w:pPr>
        <w:pStyle w:val="affb"/>
        <w:tabs>
          <w:tab w:val="right" w:leader="dot" w:pos="8630"/>
        </w:tabs>
        <w:rPr>
          <w:rStyle w:val="affa"/>
          <w:color w:val="auto"/>
          <w:sz w:val="32"/>
          <w:szCs w:val="22"/>
        </w:rPr>
      </w:pPr>
      <w:hyperlink w:anchor="_Toc239949071"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16  </w:t>
        </w:r>
        <w:r w:rsidR="00497BF4" w:rsidRPr="005F2B49">
          <w:rPr>
            <w:rStyle w:val="affa"/>
            <w:smallCaps w:val="0"/>
            <w:noProof/>
            <w:color w:val="auto"/>
            <w:sz w:val="32"/>
            <w:szCs w:val="22"/>
          </w:rPr>
          <w:t>個人帳號管理介面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_Toc239949071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22</w:t>
        </w:r>
        <w:r w:rsidR="00497BF4" w:rsidRPr="005F2B49">
          <w:rPr>
            <w:rStyle w:val="affa"/>
            <w:smallCaps w:val="0"/>
            <w:webHidden/>
            <w:color w:val="auto"/>
            <w:sz w:val="32"/>
            <w:szCs w:val="22"/>
          </w:rPr>
          <w:fldChar w:fldCharType="end"/>
        </w:r>
      </w:hyperlink>
    </w:p>
    <w:p w14:paraId="575C137C" w14:textId="44DDBB8C" w:rsidR="00497BF4" w:rsidRPr="005F2B49" w:rsidRDefault="00000000">
      <w:pPr>
        <w:pStyle w:val="affb"/>
        <w:tabs>
          <w:tab w:val="right" w:leader="dot" w:pos="8630"/>
        </w:tabs>
        <w:rPr>
          <w:rStyle w:val="affa"/>
          <w:color w:val="auto"/>
          <w:sz w:val="32"/>
          <w:szCs w:val="22"/>
        </w:rPr>
      </w:pPr>
      <w:hyperlink w:anchor="_Toc239949072"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17  </w:t>
        </w:r>
        <w:r w:rsidR="00497BF4" w:rsidRPr="005F2B49">
          <w:rPr>
            <w:rStyle w:val="affa"/>
            <w:smallCaps w:val="0"/>
            <w:noProof/>
            <w:color w:val="auto"/>
            <w:sz w:val="32"/>
            <w:szCs w:val="22"/>
          </w:rPr>
          <w:t>身分切換介面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_Toc239949072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23</w:t>
        </w:r>
        <w:r w:rsidR="00497BF4" w:rsidRPr="005F2B49">
          <w:rPr>
            <w:rStyle w:val="affa"/>
            <w:smallCaps w:val="0"/>
            <w:webHidden/>
            <w:color w:val="auto"/>
            <w:sz w:val="32"/>
            <w:szCs w:val="22"/>
          </w:rPr>
          <w:fldChar w:fldCharType="end"/>
        </w:r>
      </w:hyperlink>
    </w:p>
    <w:p w14:paraId="02645524" w14:textId="4749CD9A" w:rsidR="00497BF4" w:rsidRPr="005F2B49" w:rsidRDefault="00000000">
      <w:pPr>
        <w:pStyle w:val="affb"/>
        <w:tabs>
          <w:tab w:val="right" w:leader="dot" w:pos="8630"/>
        </w:tabs>
        <w:rPr>
          <w:rStyle w:val="affa"/>
          <w:color w:val="auto"/>
          <w:sz w:val="32"/>
          <w:szCs w:val="22"/>
        </w:rPr>
      </w:pPr>
      <w:hyperlink w:anchor="_Toc239949073"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18  </w:t>
        </w:r>
        <w:r w:rsidR="00497BF4" w:rsidRPr="005F2B49">
          <w:rPr>
            <w:rStyle w:val="affa"/>
            <w:smallCaps w:val="0"/>
            <w:noProof/>
            <w:color w:val="auto"/>
            <w:sz w:val="32"/>
            <w:szCs w:val="22"/>
          </w:rPr>
          <w:t>後台主頁介面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_Toc239949073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25</w:t>
        </w:r>
        <w:r w:rsidR="00497BF4" w:rsidRPr="005F2B49">
          <w:rPr>
            <w:rStyle w:val="affa"/>
            <w:smallCaps w:val="0"/>
            <w:webHidden/>
            <w:color w:val="auto"/>
            <w:sz w:val="32"/>
            <w:szCs w:val="22"/>
          </w:rPr>
          <w:fldChar w:fldCharType="end"/>
        </w:r>
      </w:hyperlink>
    </w:p>
    <w:p w14:paraId="5E22F86E" w14:textId="364C0C33" w:rsidR="00497BF4" w:rsidRPr="005F2B49" w:rsidRDefault="00000000">
      <w:pPr>
        <w:pStyle w:val="affb"/>
        <w:tabs>
          <w:tab w:val="right" w:leader="dot" w:pos="8630"/>
        </w:tabs>
        <w:rPr>
          <w:rStyle w:val="affa"/>
          <w:color w:val="auto"/>
          <w:sz w:val="32"/>
          <w:szCs w:val="22"/>
        </w:rPr>
      </w:pPr>
      <w:hyperlink w:anchor="_Toc239949074"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19</w:t>
        </w:r>
        <w:r w:rsidR="00497BF4" w:rsidRPr="005F2B49">
          <w:rPr>
            <w:rStyle w:val="affa"/>
            <w:smallCaps w:val="0"/>
            <w:noProof/>
            <w:color w:val="auto"/>
            <w:sz w:val="32"/>
            <w:szCs w:val="22"/>
          </w:rPr>
          <w:t>教師帳號後台介面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_Toc239949074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26</w:t>
        </w:r>
        <w:r w:rsidR="00497BF4" w:rsidRPr="005F2B49">
          <w:rPr>
            <w:rStyle w:val="affa"/>
            <w:smallCaps w:val="0"/>
            <w:webHidden/>
            <w:color w:val="auto"/>
            <w:sz w:val="32"/>
            <w:szCs w:val="22"/>
          </w:rPr>
          <w:fldChar w:fldCharType="end"/>
        </w:r>
      </w:hyperlink>
    </w:p>
    <w:p w14:paraId="7EA17032" w14:textId="34AFF265" w:rsidR="00497BF4" w:rsidRPr="005F2B49" w:rsidRDefault="00000000">
      <w:pPr>
        <w:pStyle w:val="affb"/>
        <w:tabs>
          <w:tab w:val="right" w:leader="dot" w:pos="8630"/>
        </w:tabs>
        <w:rPr>
          <w:rStyle w:val="affa"/>
          <w:color w:val="auto"/>
          <w:sz w:val="32"/>
          <w:szCs w:val="22"/>
        </w:rPr>
      </w:pPr>
      <w:hyperlink w:anchor="_Toc239949075"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20  </w:t>
        </w:r>
        <w:r w:rsidR="00497BF4" w:rsidRPr="005F2B49">
          <w:rPr>
            <w:rStyle w:val="affa"/>
            <w:smallCaps w:val="0"/>
            <w:noProof/>
            <w:color w:val="auto"/>
            <w:sz w:val="32"/>
            <w:szCs w:val="22"/>
          </w:rPr>
          <w:t>儀表板</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_Toc239949075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27</w:t>
        </w:r>
        <w:r w:rsidR="00497BF4" w:rsidRPr="005F2B49">
          <w:rPr>
            <w:rStyle w:val="affa"/>
            <w:smallCaps w:val="0"/>
            <w:webHidden/>
            <w:color w:val="auto"/>
            <w:sz w:val="32"/>
            <w:szCs w:val="22"/>
          </w:rPr>
          <w:fldChar w:fldCharType="end"/>
        </w:r>
      </w:hyperlink>
    </w:p>
    <w:p w14:paraId="125A3603" w14:textId="6A0D68E9" w:rsidR="00497BF4" w:rsidRPr="005F2B49" w:rsidRDefault="00000000">
      <w:pPr>
        <w:pStyle w:val="affb"/>
        <w:tabs>
          <w:tab w:val="right" w:leader="dot" w:pos="8630"/>
        </w:tabs>
        <w:rPr>
          <w:rStyle w:val="affa"/>
          <w:color w:val="auto"/>
          <w:sz w:val="32"/>
          <w:szCs w:val="22"/>
        </w:rPr>
      </w:pPr>
      <w:hyperlink w:anchor="_Toc239949076"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21  Chatbot </w:t>
        </w:r>
        <w:r w:rsidR="00497BF4" w:rsidRPr="005F2B49">
          <w:rPr>
            <w:rStyle w:val="affa"/>
            <w:smallCaps w:val="0"/>
            <w:noProof/>
            <w:color w:val="auto"/>
            <w:sz w:val="32"/>
            <w:szCs w:val="22"/>
          </w:rPr>
          <w:t>管理</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_Toc239949076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28</w:t>
        </w:r>
        <w:r w:rsidR="00497BF4" w:rsidRPr="005F2B49">
          <w:rPr>
            <w:rStyle w:val="affa"/>
            <w:smallCaps w:val="0"/>
            <w:webHidden/>
            <w:color w:val="auto"/>
            <w:sz w:val="32"/>
            <w:szCs w:val="22"/>
          </w:rPr>
          <w:fldChar w:fldCharType="end"/>
        </w:r>
      </w:hyperlink>
    </w:p>
    <w:p w14:paraId="29D6D0B5" w14:textId="554D7DCE" w:rsidR="00497BF4" w:rsidRPr="005F2B49" w:rsidRDefault="00000000">
      <w:pPr>
        <w:pStyle w:val="affb"/>
        <w:tabs>
          <w:tab w:val="right" w:leader="dot" w:pos="8630"/>
        </w:tabs>
        <w:rPr>
          <w:rStyle w:val="affa"/>
          <w:color w:val="auto"/>
          <w:sz w:val="32"/>
          <w:szCs w:val="22"/>
        </w:rPr>
      </w:pPr>
      <w:hyperlink w:anchor="_Toc239949077"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22  </w:t>
        </w:r>
        <w:r w:rsidR="00497BF4" w:rsidRPr="005F2B49">
          <w:rPr>
            <w:rStyle w:val="affa"/>
            <w:smallCaps w:val="0"/>
            <w:noProof/>
            <w:color w:val="auto"/>
            <w:sz w:val="32"/>
            <w:szCs w:val="22"/>
          </w:rPr>
          <w:t>新增</w:t>
        </w:r>
        <w:r w:rsidR="00497BF4" w:rsidRPr="005F2B49">
          <w:rPr>
            <w:rStyle w:val="affa"/>
            <w:smallCaps w:val="0"/>
            <w:noProof/>
            <w:color w:val="auto"/>
            <w:sz w:val="32"/>
            <w:szCs w:val="22"/>
          </w:rPr>
          <w:t>Chatbot</w:t>
        </w:r>
        <w:r w:rsidR="00497BF4" w:rsidRPr="005F2B49">
          <w:rPr>
            <w:rStyle w:val="affa"/>
            <w:smallCaps w:val="0"/>
            <w:noProof/>
            <w:color w:val="auto"/>
            <w:sz w:val="32"/>
            <w:szCs w:val="22"/>
          </w:rPr>
          <w:t>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_Toc239949077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29</w:t>
        </w:r>
        <w:r w:rsidR="00497BF4" w:rsidRPr="005F2B49">
          <w:rPr>
            <w:rStyle w:val="affa"/>
            <w:smallCaps w:val="0"/>
            <w:webHidden/>
            <w:color w:val="auto"/>
            <w:sz w:val="32"/>
            <w:szCs w:val="22"/>
          </w:rPr>
          <w:fldChar w:fldCharType="end"/>
        </w:r>
      </w:hyperlink>
    </w:p>
    <w:p w14:paraId="31116B66" w14:textId="68EEC1BA" w:rsidR="00497BF4" w:rsidRPr="005F2B49" w:rsidRDefault="00000000">
      <w:pPr>
        <w:pStyle w:val="affb"/>
        <w:tabs>
          <w:tab w:val="right" w:leader="dot" w:pos="8630"/>
        </w:tabs>
        <w:rPr>
          <w:rStyle w:val="affa"/>
          <w:color w:val="auto"/>
          <w:sz w:val="32"/>
          <w:szCs w:val="22"/>
        </w:rPr>
      </w:pPr>
      <w:hyperlink w:anchor="_Toc239949078"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23  Chatbot </w:t>
        </w:r>
        <w:r w:rsidR="00497BF4" w:rsidRPr="005F2B49">
          <w:rPr>
            <w:rStyle w:val="affa"/>
            <w:smallCaps w:val="0"/>
            <w:noProof/>
            <w:color w:val="auto"/>
            <w:sz w:val="32"/>
            <w:szCs w:val="22"/>
          </w:rPr>
          <w:t>新增畫面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_Toc239949078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30</w:t>
        </w:r>
        <w:r w:rsidR="00497BF4" w:rsidRPr="005F2B49">
          <w:rPr>
            <w:rStyle w:val="affa"/>
            <w:smallCaps w:val="0"/>
            <w:webHidden/>
            <w:color w:val="auto"/>
            <w:sz w:val="32"/>
            <w:szCs w:val="22"/>
          </w:rPr>
          <w:fldChar w:fldCharType="end"/>
        </w:r>
      </w:hyperlink>
    </w:p>
    <w:p w14:paraId="0451F203" w14:textId="2C25023F" w:rsidR="00497BF4" w:rsidRPr="005F2B49" w:rsidRDefault="00000000">
      <w:pPr>
        <w:pStyle w:val="affb"/>
        <w:tabs>
          <w:tab w:val="right" w:leader="dot" w:pos="8630"/>
        </w:tabs>
        <w:rPr>
          <w:rStyle w:val="affa"/>
          <w:color w:val="auto"/>
          <w:sz w:val="32"/>
          <w:szCs w:val="22"/>
        </w:rPr>
      </w:pPr>
      <w:hyperlink w:anchor="_Toc239949079"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24  </w:t>
        </w:r>
        <w:r w:rsidR="00497BF4" w:rsidRPr="005F2B49">
          <w:rPr>
            <w:rStyle w:val="affa"/>
            <w:smallCaps w:val="0"/>
            <w:noProof/>
            <w:color w:val="auto"/>
            <w:sz w:val="32"/>
            <w:szCs w:val="22"/>
          </w:rPr>
          <w:t>新增</w:t>
        </w:r>
        <w:r w:rsidR="00497BF4" w:rsidRPr="005F2B49">
          <w:rPr>
            <w:rStyle w:val="affa"/>
            <w:smallCaps w:val="0"/>
            <w:noProof/>
            <w:color w:val="auto"/>
            <w:sz w:val="32"/>
            <w:szCs w:val="22"/>
          </w:rPr>
          <w:t xml:space="preserve">Chatbot </w:t>
        </w:r>
        <w:r w:rsidR="00497BF4" w:rsidRPr="005F2B49">
          <w:rPr>
            <w:rStyle w:val="affa"/>
            <w:smallCaps w:val="0"/>
            <w:noProof/>
            <w:color w:val="auto"/>
            <w:sz w:val="32"/>
            <w:szCs w:val="22"/>
          </w:rPr>
          <w:t>的內容設定介面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_Toc239949079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31</w:t>
        </w:r>
        <w:r w:rsidR="00497BF4" w:rsidRPr="005F2B49">
          <w:rPr>
            <w:rStyle w:val="affa"/>
            <w:smallCaps w:val="0"/>
            <w:webHidden/>
            <w:color w:val="auto"/>
            <w:sz w:val="32"/>
            <w:szCs w:val="22"/>
          </w:rPr>
          <w:fldChar w:fldCharType="end"/>
        </w:r>
      </w:hyperlink>
    </w:p>
    <w:p w14:paraId="56BE1B47" w14:textId="3AFFA2A8" w:rsidR="00497BF4" w:rsidRPr="005F2B49" w:rsidRDefault="00000000">
      <w:pPr>
        <w:pStyle w:val="affb"/>
        <w:tabs>
          <w:tab w:val="right" w:leader="dot" w:pos="8630"/>
        </w:tabs>
        <w:rPr>
          <w:rStyle w:val="affa"/>
          <w:color w:val="auto"/>
          <w:sz w:val="32"/>
          <w:szCs w:val="22"/>
        </w:rPr>
      </w:pPr>
      <w:hyperlink w:anchor="_Toc239949080"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25  AI</w:t>
        </w:r>
        <w:r w:rsidR="00497BF4" w:rsidRPr="005F2B49">
          <w:rPr>
            <w:rStyle w:val="affa"/>
            <w:smallCaps w:val="0"/>
            <w:noProof/>
            <w:color w:val="auto"/>
            <w:sz w:val="32"/>
            <w:szCs w:val="22"/>
          </w:rPr>
          <w:t>調整提示詞介面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_Toc239949080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32</w:t>
        </w:r>
        <w:r w:rsidR="00497BF4" w:rsidRPr="005F2B49">
          <w:rPr>
            <w:rStyle w:val="affa"/>
            <w:smallCaps w:val="0"/>
            <w:webHidden/>
            <w:color w:val="auto"/>
            <w:sz w:val="32"/>
            <w:szCs w:val="22"/>
          </w:rPr>
          <w:fldChar w:fldCharType="end"/>
        </w:r>
      </w:hyperlink>
    </w:p>
    <w:p w14:paraId="562969DA" w14:textId="0746E74B" w:rsidR="00497BF4" w:rsidRPr="005F2B49" w:rsidRDefault="00000000">
      <w:pPr>
        <w:pStyle w:val="affb"/>
        <w:tabs>
          <w:tab w:val="right" w:leader="dot" w:pos="8630"/>
        </w:tabs>
        <w:rPr>
          <w:rStyle w:val="affa"/>
          <w:color w:val="auto"/>
          <w:sz w:val="32"/>
          <w:szCs w:val="22"/>
        </w:rPr>
      </w:pPr>
      <w:hyperlink w:anchor="_Toc239949081"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26  LLM</w:t>
        </w:r>
        <w:r w:rsidR="00497BF4" w:rsidRPr="005F2B49">
          <w:rPr>
            <w:rStyle w:val="affa"/>
            <w:smallCaps w:val="0"/>
            <w:noProof/>
            <w:color w:val="auto"/>
            <w:sz w:val="32"/>
            <w:szCs w:val="22"/>
          </w:rPr>
          <w:t>設定介面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_Toc239949081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36</w:t>
        </w:r>
        <w:r w:rsidR="00497BF4" w:rsidRPr="005F2B49">
          <w:rPr>
            <w:rStyle w:val="affa"/>
            <w:smallCaps w:val="0"/>
            <w:webHidden/>
            <w:color w:val="auto"/>
            <w:sz w:val="32"/>
            <w:szCs w:val="22"/>
          </w:rPr>
          <w:fldChar w:fldCharType="end"/>
        </w:r>
      </w:hyperlink>
    </w:p>
    <w:p w14:paraId="0DCEC217" w14:textId="67862754" w:rsidR="00497BF4" w:rsidRPr="005F2B49" w:rsidRDefault="00000000">
      <w:pPr>
        <w:pStyle w:val="affb"/>
        <w:tabs>
          <w:tab w:val="right" w:leader="dot" w:pos="8630"/>
        </w:tabs>
        <w:rPr>
          <w:rStyle w:val="affa"/>
          <w:color w:val="auto"/>
          <w:sz w:val="32"/>
          <w:szCs w:val="22"/>
        </w:rPr>
      </w:pPr>
      <w:hyperlink w:anchor="_Toc239949082"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27   </w:t>
        </w:r>
        <w:r w:rsidR="00497BF4" w:rsidRPr="005F2B49">
          <w:rPr>
            <w:rStyle w:val="affa"/>
            <w:smallCaps w:val="0"/>
            <w:noProof/>
            <w:color w:val="auto"/>
            <w:sz w:val="32"/>
            <w:szCs w:val="22"/>
          </w:rPr>
          <w:t>知識庫上傳教材介面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_Toc239949082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37</w:t>
        </w:r>
        <w:r w:rsidR="00497BF4" w:rsidRPr="005F2B49">
          <w:rPr>
            <w:rStyle w:val="affa"/>
            <w:smallCaps w:val="0"/>
            <w:webHidden/>
            <w:color w:val="auto"/>
            <w:sz w:val="32"/>
            <w:szCs w:val="22"/>
          </w:rPr>
          <w:fldChar w:fldCharType="end"/>
        </w:r>
      </w:hyperlink>
    </w:p>
    <w:p w14:paraId="4FF8A36D" w14:textId="27037921" w:rsidR="00497BF4" w:rsidRPr="005F2B49" w:rsidRDefault="00000000">
      <w:pPr>
        <w:pStyle w:val="affb"/>
        <w:tabs>
          <w:tab w:val="right" w:leader="dot" w:pos="8630"/>
        </w:tabs>
        <w:rPr>
          <w:rStyle w:val="affa"/>
          <w:color w:val="auto"/>
          <w:sz w:val="32"/>
          <w:szCs w:val="22"/>
        </w:rPr>
      </w:pPr>
      <w:hyperlink w:anchor="_Toc239949083"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28  </w:t>
        </w:r>
        <w:r w:rsidR="00497BF4" w:rsidRPr="005F2B49">
          <w:rPr>
            <w:rStyle w:val="affa"/>
            <w:smallCaps w:val="0"/>
            <w:noProof/>
            <w:color w:val="auto"/>
            <w:sz w:val="32"/>
            <w:szCs w:val="22"/>
          </w:rPr>
          <w:t>單一預覽畫面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_Toc239949083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38</w:t>
        </w:r>
        <w:r w:rsidR="00497BF4" w:rsidRPr="005F2B49">
          <w:rPr>
            <w:rStyle w:val="affa"/>
            <w:smallCaps w:val="0"/>
            <w:webHidden/>
            <w:color w:val="auto"/>
            <w:sz w:val="32"/>
            <w:szCs w:val="22"/>
          </w:rPr>
          <w:fldChar w:fldCharType="end"/>
        </w:r>
      </w:hyperlink>
    </w:p>
    <w:p w14:paraId="10A279D9" w14:textId="091D0D02" w:rsidR="00497BF4" w:rsidRPr="005F2B49" w:rsidRDefault="00000000">
      <w:pPr>
        <w:pStyle w:val="affb"/>
        <w:tabs>
          <w:tab w:val="right" w:leader="dot" w:pos="8630"/>
        </w:tabs>
        <w:rPr>
          <w:rStyle w:val="affa"/>
          <w:color w:val="auto"/>
          <w:sz w:val="32"/>
          <w:szCs w:val="22"/>
        </w:rPr>
      </w:pPr>
      <w:hyperlink w:anchor="_Toc239949084"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29  </w:t>
        </w:r>
        <w:r w:rsidR="00497BF4" w:rsidRPr="005F2B49">
          <w:rPr>
            <w:rStyle w:val="affa"/>
            <w:smallCaps w:val="0"/>
            <w:noProof/>
            <w:color w:val="auto"/>
            <w:sz w:val="32"/>
            <w:szCs w:val="22"/>
          </w:rPr>
          <w:t>模型比對畫面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_Toc239949084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39</w:t>
        </w:r>
        <w:r w:rsidR="00497BF4" w:rsidRPr="005F2B49">
          <w:rPr>
            <w:rStyle w:val="affa"/>
            <w:smallCaps w:val="0"/>
            <w:webHidden/>
            <w:color w:val="auto"/>
            <w:sz w:val="32"/>
            <w:szCs w:val="22"/>
          </w:rPr>
          <w:fldChar w:fldCharType="end"/>
        </w:r>
      </w:hyperlink>
    </w:p>
    <w:p w14:paraId="442926DD" w14:textId="2AD10A95" w:rsidR="00497BF4" w:rsidRPr="005F2B49" w:rsidRDefault="00000000">
      <w:pPr>
        <w:pStyle w:val="affb"/>
        <w:tabs>
          <w:tab w:val="right" w:leader="dot" w:pos="8630"/>
        </w:tabs>
        <w:rPr>
          <w:rStyle w:val="affa"/>
          <w:color w:val="auto"/>
          <w:sz w:val="32"/>
          <w:szCs w:val="22"/>
        </w:rPr>
      </w:pPr>
      <w:hyperlink w:anchor="_Toc239949085"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30  Chatbot </w:t>
        </w:r>
        <w:r w:rsidR="00497BF4" w:rsidRPr="005F2B49">
          <w:rPr>
            <w:rStyle w:val="affa"/>
            <w:smallCaps w:val="0"/>
            <w:noProof/>
            <w:color w:val="auto"/>
            <w:sz w:val="32"/>
            <w:szCs w:val="22"/>
          </w:rPr>
          <w:t>編輯畫面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_Toc239949085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40</w:t>
        </w:r>
        <w:r w:rsidR="00497BF4" w:rsidRPr="005F2B49">
          <w:rPr>
            <w:rStyle w:val="affa"/>
            <w:smallCaps w:val="0"/>
            <w:webHidden/>
            <w:color w:val="auto"/>
            <w:sz w:val="32"/>
            <w:szCs w:val="22"/>
          </w:rPr>
          <w:fldChar w:fldCharType="end"/>
        </w:r>
      </w:hyperlink>
    </w:p>
    <w:p w14:paraId="79C4CC7D" w14:textId="137E6491" w:rsidR="00497BF4" w:rsidRPr="005F2B49" w:rsidRDefault="00000000">
      <w:pPr>
        <w:pStyle w:val="affb"/>
        <w:tabs>
          <w:tab w:val="right" w:leader="dot" w:pos="8630"/>
        </w:tabs>
        <w:rPr>
          <w:rStyle w:val="affa"/>
          <w:color w:val="auto"/>
          <w:sz w:val="32"/>
          <w:szCs w:val="22"/>
        </w:rPr>
      </w:pPr>
      <w:hyperlink w:anchor="_Toc239949086"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31  Chatbot</w:t>
        </w:r>
        <w:r w:rsidR="00497BF4" w:rsidRPr="005F2B49">
          <w:rPr>
            <w:rStyle w:val="affa"/>
            <w:smallCaps w:val="0"/>
            <w:noProof/>
            <w:color w:val="auto"/>
            <w:sz w:val="32"/>
            <w:szCs w:val="22"/>
          </w:rPr>
          <w:t>指派畫面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_Toc239949086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41</w:t>
        </w:r>
        <w:r w:rsidR="00497BF4" w:rsidRPr="005F2B49">
          <w:rPr>
            <w:rStyle w:val="affa"/>
            <w:smallCaps w:val="0"/>
            <w:webHidden/>
            <w:color w:val="auto"/>
            <w:sz w:val="32"/>
            <w:szCs w:val="22"/>
          </w:rPr>
          <w:fldChar w:fldCharType="end"/>
        </w:r>
      </w:hyperlink>
    </w:p>
    <w:p w14:paraId="0DE5E04F" w14:textId="50DBB718" w:rsidR="00497BF4" w:rsidRPr="005F2B49" w:rsidRDefault="00000000">
      <w:pPr>
        <w:pStyle w:val="affb"/>
        <w:tabs>
          <w:tab w:val="right" w:leader="dot" w:pos="8630"/>
        </w:tabs>
        <w:rPr>
          <w:rStyle w:val="affa"/>
          <w:color w:val="auto"/>
          <w:sz w:val="32"/>
          <w:szCs w:val="22"/>
        </w:rPr>
      </w:pPr>
      <w:hyperlink w:anchor="_Toc239949087"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32  Chatbot </w:t>
        </w:r>
        <w:r w:rsidR="00497BF4" w:rsidRPr="005F2B49">
          <w:rPr>
            <w:rStyle w:val="affa"/>
            <w:smallCaps w:val="0"/>
            <w:noProof/>
            <w:color w:val="auto"/>
            <w:sz w:val="32"/>
            <w:szCs w:val="22"/>
          </w:rPr>
          <w:t>分享介面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_Toc239949087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42</w:t>
        </w:r>
        <w:r w:rsidR="00497BF4" w:rsidRPr="005F2B49">
          <w:rPr>
            <w:rStyle w:val="affa"/>
            <w:smallCaps w:val="0"/>
            <w:webHidden/>
            <w:color w:val="auto"/>
            <w:sz w:val="32"/>
            <w:szCs w:val="22"/>
          </w:rPr>
          <w:fldChar w:fldCharType="end"/>
        </w:r>
      </w:hyperlink>
    </w:p>
    <w:p w14:paraId="46DAE4C8" w14:textId="1B9CE486" w:rsidR="00497BF4" w:rsidRPr="005F2B49" w:rsidRDefault="00000000">
      <w:pPr>
        <w:pStyle w:val="affb"/>
        <w:tabs>
          <w:tab w:val="right" w:leader="dot" w:pos="8630"/>
        </w:tabs>
        <w:rPr>
          <w:rStyle w:val="affa"/>
          <w:color w:val="auto"/>
          <w:sz w:val="32"/>
          <w:szCs w:val="22"/>
        </w:rPr>
      </w:pPr>
      <w:hyperlink w:anchor="_Toc239949088"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33  </w:t>
        </w:r>
        <w:r w:rsidR="00497BF4" w:rsidRPr="005F2B49">
          <w:rPr>
            <w:rStyle w:val="affa"/>
            <w:smallCaps w:val="0"/>
            <w:noProof/>
            <w:color w:val="auto"/>
            <w:sz w:val="32"/>
            <w:szCs w:val="22"/>
          </w:rPr>
          <w:t>與我分享介面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_Toc239949088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43</w:t>
        </w:r>
        <w:r w:rsidR="00497BF4" w:rsidRPr="005F2B49">
          <w:rPr>
            <w:rStyle w:val="affa"/>
            <w:smallCaps w:val="0"/>
            <w:webHidden/>
            <w:color w:val="auto"/>
            <w:sz w:val="32"/>
            <w:szCs w:val="22"/>
          </w:rPr>
          <w:fldChar w:fldCharType="end"/>
        </w:r>
      </w:hyperlink>
    </w:p>
    <w:p w14:paraId="56879B54" w14:textId="7170C4BC" w:rsidR="00497BF4" w:rsidRPr="005F2B49" w:rsidRDefault="00000000">
      <w:pPr>
        <w:pStyle w:val="affb"/>
        <w:tabs>
          <w:tab w:val="right" w:leader="dot" w:pos="8630"/>
        </w:tabs>
        <w:rPr>
          <w:rStyle w:val="affa"/>
          <w:color w:val="auto"/>
          <w:sz w:val="32"/>
          <w:szCs w:val="22"/>
        </w:rPr>
      </w:pPr>
      <w:hyperlink w:anchor="_Toc239949089"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34  </w:t>
        </w:r>
        <w:r w:rsidR="00497BF4" w:rsidRPr="005F2B49">
          <w:rPr>
            <w:rStyle w:val="affa"/>
            <w:smallCaps w:val="0"/>
            <w:noProof/>
            <w:color w:val="auto"/>
            <w:sz w:val="32"/>
            <w:szCs w:val="22"/>
          </w:rPr>
          <w:t>對話氣泡小工具語法</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_Toc239949089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45</w:t>
        </w:r>
        <w:r w:rsidR="00497BF4" w:rsidRPr="005F2B49">
          <w:rPr>
            <w:rStyle w:val="affa"/>
            <w:smallCaps w:val="0"/>
            <w:webHidden/>
            <w:color w:val="auto"/>
            <w:sz w:val="32"/>
            <w:szCs w:val="22"/>
          </w:rPr>
          <w:fldChar w:fldCharType="end"/>
        </w:r>
      </w:hyperlink>
    </w:p>
    <w:p w14:paraId="2B5EDB14" w14:textId="244DDB13" w:rsidR="00497BF4" w:rsidRPr="005F2B49" w:rsidRDefault="00000000">
      <w:pPr>
        <w:pStyle w:val="affb"/>
        <w:tabs>
          <w:tab w:val="right" w:leader="dot" w:pos="8630"/>
        </w:tabs>
        <w:rPr>
          <w:rStyle w:val="affa"/>
          <w:color w:val="auto"/>
          <w:sz w:val="32"/>
          <w:szCs w:val="22"/>
        </w:rPr>
      </w:pPr>
      <w:hyperlink w:anchor="_Toc239949090"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35  </w:t>
        </w:r>
        <w:r w:rsidR="00497BF4" w:rsidRPr="005F2B49">
          <w:rPr>
            <w:rStyle w:val="affa"/>
            <w:smallCaps w:val="0"/>
            <w:noProof/>
            <w:color w:val="auto"/>
            <w:sz w:val="32"/>
            <w:szCs w:val="22"/>
          </w:rPr>
          <w:t>對話氣泡小工具畫面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_Toc239949090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46</w:t>
        </w:r>
        <w:r w:rsidR="00497BF4" w:rsidRPr="005F2B49">
          <w:rPr>
            <w:rStyle w:val="affa"/>
            <w:smallCaps w:val="0"/>
            <w:webHidden/>
            <w:color w:val="auto"/>
            <w:sz w:val="32"/>
            <w:szCs w:val="22"/>
          </w:rPr>
          <w:fldChar w:fldCharType="end"/>
        </w:r>
      </w:hyperlink>
    </w:p>
    <w:p w14:paraId="710767E1" w14:textId="245E101A" w:rsidR="00497BF4" w:rsidRPr="005F2B49" w:rsidRDefault="00000000">
      <w:pPr>
        <w:pStyle w:val="affb"/>
        <w:tabs>
          <w:tab w:val="right" w:leader="dot" w:pos="8630"/>
        </w:tabs>
        <w:rPr>
          <w:rStyle w:val="affa"/>
          <w:color w:val="auto"/>
          <w:sz w:val="32"/>
          <w:szCs w:val="22"/>
        </w:rPr>
      </w:pPr>
      <w:hyperlink w:anchor="_Toc239949091"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36</w:t>
        </w:r>
        <w:r w:rsidR="00497BF4" w:rsidRPr="005F2B49">
          <w:rPr>
            <w:rStyle w:val="affa"/>
            <w:smallCaps w:val="0"/>
            <w:noProof/>
            <w:color w:val="auto"/>
            <w:sz w:val="32"/>
            <w:szCs w:val="22"/>
          </w:rPr>
          <w:t>內嵌</w:t>
        </w:r>
        <w:r w:rsidR="00497BF4" w:rsidRPr="005F2B49">
          <w:rPr>
            <w:rStyle w:val="affa"/>
            <w:smallCaps w:val="0"/>
            <w:noProof/>
            <w:color w:val="auto"/>
            <w:sz w:val="32"/>
            <w:szCs w:val="22"/>
          </w:rPr>
          <w:t xml:space="preserve"> Iframe </w:t>
        </w:r>
        <w:r w:rsidR="00497BF4" w:rsidRPr="005F2B49">
          <w:rPr>
            <w:rStyle w:val="affa"/>
            <w:smallCaps w:val="0"/>
            <w:noProof/>
            <w:color w:val="auto"/>
            <w:sz w:val="32"/>
            <w:szCs w:val="22"/>
          </w:rPr>
          <w:t>語法</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_Toc239949091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46</w:t>
        </w:r>
        <w:r w:rsidR="00497BF4" w:rsidRPr="005F2B49">
          <w:rPr>
            <w:rStyle w:val="affa"/>
            <w:smallCaps w:val="0"/>
            <w:webHidden/>
            <w:color w:val="auto"/>
            <w:sz w:val="32"/>
            <w:szCs w:val="22"/>
          </w:rPr>
          <w:fldChar w:fldCharType="end"/>
        </w:r>
      </w:hyperlink>
    </w:p>
    <w:p w14:paraId="442905DE" w14:textId="5C069721" w:rsidR="00497BF4" w:rsidRPr="005F2B49" w:rsidRDefault="00000000">
      <w:pPr>
        <w:pStyle w:val="affb"/>
        <w:tabs>
          <w:tab w:val="right" w:leader="dot" w:pos="8630"/>
        </w:tabs>
        <w:rPr>
          <w:rStyle w:val="affa"/>
          <w:color w:val="auto"/>
          <w:sz w:val="32"/>
          <w:szCs w:val="22"/>
        </w:rPr>
      </w:pPr>
      <w:hyperlink w:anchor="_Toc239949092"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37  </w:t>
        </w:r>
        <w:r w:rsidR="00497BF4" w:rsidRPr="005F2B49">
          <w:rPr>
            <w:rStyle w:val="affa"/>
            <w:smallCaps w:val="0"/>
            <w:noProof/>
            <w:color w:val="auto"/>
            <w:sz w:val="32"/>
            <w:szCs w:val="22"/>
          </w:rPr>
          <w:t>內嵌</w:t>
        </w:r>
        <w:r w:rsidR="00497BF4" w:rsidRPr="005F2B49">
          <w:rPr>
            <w:rStyle w:val="affa"/>
            <w:smallCaps w:val="0"/>
            <w:noProof/>
            <w:color w:val="auto"/>
            <w:sz w:val="32"/>
            <w:szCs w:val="22"/>
          </w:rPr>
          <w:t xml:space="preserve"> Iframe</w:t>
        </w:r>
        <w:r w:rsidR="00497BF4" w:rsidRPr="005F2B49">
          <w:rPr>
            <w:rStyle w:val="affa"/>
            <w:smallCaps w:val="0"/>
            <w:noProof/>
            <w:color w:val="auto"/>
            <w:sz w:val="32"/>
            <w:szCs w:val="22"/>
          </w:rPr>
          <w:t>畫面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_Toc239949092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46</w:t>
        </w:r>
        <w:r w:rsidR="00497BF4" w:rsidRPr="005F2B49">
          <w:rPr>
            <w:rStyle w:val="affa"/>
            <w:smallCaps w:val="0"/>
            <w:webHidden/>
            <w:color w:val="auto"/>
            <w:sz w:val="32"/>
            <w:szCs w:val="22"/>
          </w:rPr>
          <w:fldChar w:fldCharType="end"/>
        </w:r>
      </w:hyperlink>
    </w:p>
    <w:p w14:paraId="74D2FB79" w14:textId="5FDF5CFC" w:rsidR="00497BF4" w:rsidRPr="005F2B49" w:rsidRDefault="00000000">
      <w:pPr>
        <w:pStyle w:val="affb"/>
        <w:tabs>
          <w:tab w:val="right" w:leader="dot" w:pos="8630"/>
        </w:tabs>
        <w:rPr>
          <w:rStyle w:val="affa"/>
          <w:color w:val="auto"/>
          <w:sz w:val="32"/>
          <w:szCs w:val="22"/>
        </w:rPr>
      </w:pPr>
      <w:hyperlink w:anchor="_Toc239949093"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38  Chatbot</w:t>
        </w:r>
        <w:r w:rsidR="00497BF4" w:rsidRPr="005F2B49">
          <w:rPr>
            <w:rStyle w:val="affa"/>
            <w:smallCaps w:val="0"/>
            <w:noProof/>
            <w:color w:val="auto"/>
            <w:sz w:val="32"/>
            <w:szCs w:val="22"/>
          </w:rPr>
          <w:t>統計分析</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_Toc239949093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48</w:t>
        </w:r>
        <w:r w:rsidR="00497BF4" w:rsidRPr="005F2B49">
          <w:rPr>
            <w:rStyle w:val="affa"/>
            <w:smallCaps w:val="0"/>
            <w:webHidden/>
            <w:color w:val="auto"/>
            <w:sz w:val="32"/>
            <w:szCs w:val="22"/>
          </w:rPr>
          <w:fldChar w:fldCharType="end"/>
        </w:r>
      </w:hyperlink>
    </w:p>
    <w:p w14:paraId="5D064B63" w14:textId="51264BFD" w:rsidR="00497BF4" w:rsidRPr="005F2B49" w:rsidRDefault="00000000">
      <w:pPr>
        <w:pStyle w:val="affb"/>
        <w:tabs>
          <w:tab w:val="right" w:leader="dot" w:pos="8630"/>
        </w:tabs>
        <w:rPr>
          <w:rStyle w:val="affa"/>
          <w:color w:val="auto"/>
          <w:sz w:val="32"/>
          <w:szCs w:val="22"/>
        </w:rPr>
      </w:pPr>
      <w:hyperlink w:anchor="_Toc239949094"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39  </w:t>
        </w:r>
        <w:r w:rsidR="00497BF4" w:rsidRPr="005F2B49">
          <w:rPr>
            <w:rStyle w:val="affa"/>
            <w:smallCaps w:val="0"/>
            <w:noProof/>
            <w:color w:val="auto"/>
            <w:sz w:val="32"/>
            <w:szCs w:val="22"/>
          </w:rPr>
          <w:t>管理我的班級頁面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_Toc239949094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49</w:t>
        </w:r>
        <w:r w:rsidR="00497BF4" w:rsidRPr="005F2B49">
          <w:rPr>
            <w:rStyle w:val="affa"/>
            <w:smallCaps w:val="0"/>
            <w:webHidden/>
            <w:color w:val="auto"/>
            <w:sz w:val="32"/>
            <w:szCs w:val="22"/>
          </w:rPr>
          <w:fldChar w:fldCharType="end"/>
        </w:r>
      </w:hyperlink>
    </w:p>
    <w:p w14:paraId="55870DAC" w14:textId="7994538B" w:rsidR="00497BF4" w:rsidRPr="005F2B49" w:rsidRDefault="00000000">
      <w:pPr>
        <w:pStyle w:val="affb"/>
        <w:tabs>
          <w:tab w:val="right" w:leader="dot" w:pos="8630"/>
        </w:tabs>
        <w:rPr>
          <w:rStyle w:val="affa"/>
          <w:color w:val="auto"/>
          <w:sz w:val="32"/>
          <w:szCs w:val="22"/>
        </w:rPr>
      </w:pPr>
      <w:hyperlink w:anchor="_Toc239949095"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40  </w:t>
        </w:r>
        <w:r w:rsidR="00497BF4" w:rsidRPr="005F2B49">
          <w:rPr>
            <w:rStyle w:val="affa"/>
            <w:smallCaps w:val="0"/>
            <w:noProof/>
            <w:color w:val="auto"/>
            <w:sz w:val="32"/>
            <w:szCs w:val="22"/>
          </w:rPr>
          <w:t>建立班級</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_Toc239949095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50</w:t>
        </w:r>
        <w:r w:rsidR="00497BF4" w:rsidRPr="005F2B49">
          <w:rPr>
            <w:rStyle w:val="affa"/>
            <w:smallCaps w:val="0"/>
            <w:webHidden/>
            <w:color w:val="auto"/>
            <w:sz w:val="32"/>
            <w:szCs w:val="22"/>
          </w:rPr>
          <w:fldChar w:fldCharType="end"/>
        </w:r>
      </w:hyperlink>
    </w:p>
    <w:p w14:paraId="3924713A" w14:textId="60A5A830" w:rsidR="00497BF4" w:rsidRPr="005F2B49" w:rsidRDefault="00000000">
      <w:pPr>
        <w:pStyle w:val="affb"/>
        <w:tabs>
          <w:tab w:val="right" w:leader="dot" w:pos="8630"/>
        </w:tabs>
        <w:rPr>
          <w:rStyle w:val="affa"/>
          <w:color w:val="auto"/>
          <w:sz w:val="32"/>
          <w:szCs w:val="22"/>
        </w:rPr>
      </w:pPr>
      <w:hyperlink w:anchor="_Toc239949096"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41  </w:t>
        </w:r>
        <w:r w:rsidR="00497BF4" w:rsidRPr="005F2B49">
          <w:rPr>
            <w:rStyle w:val="affa"/>
            <w:smallCaps w:val="0"/>
            <w:noProof/>
            <w:color w:val="auto"/>
            <w:sz w:val="32"/>
            <w:szCs w:val="22"/>
          </w:rPr>
          <w:t>編輯班級介面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_Toc239949096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51</w:t>
        </w:r>
        <w:r w:rsidR="00497BF4" w:rsidRPr="005F2B49">
          <w:rPr>
            <w:rStyle w:val="affa"/>
            <w:smallCaps w:val="0"/>
            <w:webHidden/>
            <w:color w:val="auto"/>
            <w:sz w:val="32"/>
            <w:szCs w:val="22"/>
          </w:rPr>
          <w:fldChar w:fldCharType="end"/>
        </w:r>
      </w:hyperlink>
    </w:p>
    <w:p w14:paraId="46188D92" w14:textId="748FE024" w:rsidR="00497BF4" w:rsidRPr="005F2B49" w:rsidRDefault="00000000">
      <w:pPr>
        <w:pStyle w:val="affb"/>
        <w:tabs>
          <w:tab w:val="right" w:leader="dot" w:pos="8630"/>
        </w:tabs>
        <w:rPr>
          <w:rStyle w:val="affa"/>
          <w:color w:val="auto"/>
          <w:sz w:val="32"/>
          <w:szCs w:val="22"/>
        </w:rPr>
      </w:pPr>
      <w:hyperlink w:anchor="_Toc239949097"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42  </w:t>
        </w:r>
        <w:r w:rsidR="00497BF4" w:rsidRPr="005F2B49">
          <w:rPr>
            <w:rStyle w:val="affa"/>
            <w:smallCaps w:val="0"/>
            <w:noProof/>
            <w:color w:val="auto"/>
            <w:sz w:val="32"/>
            <w:szCs w:val="22"/>
          </w:rPr>
          <w:t>管理成員介面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_Toc239949097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52</w:t>
        </w:r>
        <w:r w:rsidR="00497BF4" w:rsidRPr="005F2B49">
          <w:rPr>
            <w:rStyle w:val="affa"/>
            <w:smallCaps w:val="0"/>
            <w:webHidden/>
            <w:color w:val="auto"/>
            <w:sz w:val="32"/>
            <w:szCs w:val="22"/>
          </w:rPr>
          <w:fldChar w:fldCharType="end"/>
        </w:r>
      </w:hyperlink>
    </w:p>
    <w:p w14:paraId="36FBE92A" w14:textId="0604B066" w:rsidR="00497BF4" w:rsidRPr="005F2B49" w:rsidRDefault="00000000">
      <w:pPr>
        <w:pStyle w:val="affb"/>
        <w:tabs>
          <w:tab w:val="right" w:leader="dot" w:pos="8630"/>
        </w:tabs>
        <w:rPr>
          <w:rStyle w:val="affa"/>
          <w:color w:val="auto"/>
          <w:sz w:val="32"/>
          <w:szCs w:val="22"/>
        </w:rPr>
      </w:pPr>
      <w:hyperlink w:anchor="_Toc239949098"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43  </w:t>
        </w:r>
        <w:r w:rsidR="00497BF4" w:rsidRPr="005F2B49">
          <w:rPr>
            <w:rStyle w:val="affa"/>
            <w:smallCaps w:val="0"/>
            <w:noProof/>
            <w:color w:val="auto"/>
            <w:sz w:val="32"/>
            <w:szCs w:val="22"/>
          </w:rPr>
          <w:t>新增學生介面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_Toc239949098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53</w:t>
        </w:r>
        <w:r w:rsidR="00497BF4" w:rsidRPr="005F2B49">
          <w:rPr>
            <w:rStyle w:val="affa"/>
            <w:smallCaps w:val="0"/>
            <w:webHidden/>
            <w:color w:val="auto"/>
            <w:sz w:val="32"/>
            <w:szCs w:val="22"/>
          </w:rPr>
          <w:fldChar w:fldCharType="end"/>
        </w:r>
      </w:hyperlink>
    </w:p>
    <w:p w14:paraId="792CC2E7" w14:textId="189D2E40" w:rsidR="00497BF4" w:rsidRPr="005F2B49" w:rsidRDefault="00000000">
      <w:pPr>
        <w:pStyle w:val="affb"/>
        <w:tabs>
          <w:tab w:val="right" w:leader="dot" w:pos="8630"/>
        </w:tabs>
        <w:rPr>
          <w:rStyle w:val="affa"/>
          <w:color w:val="auto"/>
          <w:sz w:val="32"/>
          <w:szCs w:val="22"/>
        </w:rPr>
      </w:pPr>
      <w:hyperlink w:anchor="_Toc239949099"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44  </w:t>
        </w:r>
        <w:r w:rsidR="00497BF4" w:rsidRPr="005F2B49">
          <w:rPr>
            <w:rStyle w:val="affa"/>
            <w:smallCaps w:val="0"/>
            <w:noProof/>
            <w:color w:val="auto"/>
            <w:sz w:val="32"/>
            <w:szCs w:val="22"/>
          </w:rPr>
          <w:t>編輯學生介面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_Toc239949099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54</w:t>
        </w:r>
        <w:r w:rsidR="00497BF4" w:rsidRPr="005F2B49">
          <w:rPr>
            <w:rStyle w:val="affa"/>
            <w:smallCaps w:val="0"/>
            <w:webHidden/>
            <w:color w:val="auto"/>
            <w:sz w:val="32"/>
            <w:szCs w:val="22"/>
          </w:rPr>
          <w:fldChar w:fldCharType="end"/>
        </w:r>
      </w:hyperlink>
    </w:p>
    <w:p w14:paraId="453DFF2B" w14:textId="70EA7942" w:rsidR="00497BF4" w:rsidRPr="005F2B49" w:rsidRDefault="00000000">
      <w:pPr>
        <w:pStyle w:val="affb"/>
        <w:tabs>
          <w:tab w:val="right" w:leader="dot" w:pos="8630"/>
        </w:tabs>
        <w:rPr>
          <w:rStyle w:val="affa"/>
          <w:color w:val="auto"/>
          <w:sz w:val="32"/>
          <w:szCs w:val="22"/>
        </w:rPr>
      </w:pPr>
      <w:hyperlink w:anchor="_Toc239949100"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45  </w:t>
        </w:r>
        <w:r w:rsidR="00497BF4" w:rsidRPr="005F2B49">
          <w:rPr>
            <w:rStyle w:val="affa"/>
            <w:smallCaps w:val="0"/>
            <w:noProof/>
            <w:color w:val="auto"/>
            <w:sz w:val="32"/>
            <w:szCs w:val="22"/>
          </w:rPr>
          <w:t>修改學生密碼介面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_Toc239949100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55</w:t>
        </w:r>
        <w:r w:rsidR="00497BF4" w:rsidRPr="005F2B49">
          <w:rPr>
            <w:rStyle w:val="affa"/>
            <w:smallCaps w:val="0"/>
            <w:webHidden/>
            <w:color w:val="auto"/>
            <w:sz w:val="32"/>
            <w:szCs w:val="22"/>
          </w:rPr>
          <w:fldChar w:fldCharType="end"/>
        </w:r>
      </w:hyperlink>
    </w:p>
    <w:p w14:paraId="7672FA25" w14:textId="60A522BC" w:rsidR="00497BF4" w:rsidRPr="005F2B49" w:rsidRDefault="00000000">
      <w:pPr>
        <w:pStyle w:val="affb"/>
        <w:tabs>
          <w:tab w:val="right" w:leader="dot" w:pos="8630"/>
        </w:tabs>
        <w:rPr>
          <w:rStyle w:val="affa"/>
          <w:color w:val="auto"/>
          <w:sz w:val="32"/>
          <w:szCs w:val="22"/>
        </w:rPr>
      </w:pPr>
      <w:hyperlink w:anchor="_Toc239949101"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46  </w:t>
        </w:r>
        <w:r w:rsidR="00497BF4" w:rsidRPr="005F2B49">
          <w:rPr>
            <w:rStyle w:val="affa"/>
            <w:smallCaps w:val="0"/>
            <w:noProof/>
            <w:color w:val="auto"/>
            <w:sz w:val="32"/>
            <w:szCs w:val="22"/>
          </w:rPr>
          <w:t>建立教師帳號介面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_Toc239949101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56</w:t>
        </w:r>
        <w:r w:rsidR="00497BF4" w:rsidRPr="005F2B49">
          <w:rPr>
            <w:rStyle w:val="affa"/>
            <w:smallCaps w:val="0"/>
            <w:webHidden/>
            <w:color w:val="auto"/>
            <w:sz w:val="32"/>
            <w:szCs w:val="22"/>
          </w:rPr>
          <w:fldChar w:fldCharType="end"/>
        </w:r>
      </w:hyperlink>
    </w:p>
    <w:p w14:paraId="33F3625E" w14:textId="3C8A4EC3" w:rsidR="00497BF4" w:rsidRPr="005F2B49" w:rsidRDefault="00000000">
      <w:pPr>
        <w:pStyle w:val="affb"/>
        <w:tabs>
          <w:tab w:val="right" w:leader="dot" w:pos="8630"/>
        </w:tabs>
        <w:rPr>
          <w:rStyle w:val="affa"/>
          <w:color w:val="auto"/>
          <w:sz w:val="32"/>
          <w:szCs w:val="22"/>
        </w:rPr>
      </w:pPr>
      <w:hyperlink w:anchor="_Toc239949102"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47  </w:t>
        </w:r>
        <w:r w:rsidR="00497BF4" w:rsidRPr="005F2B49">
          <w:rPr>
            <w:rStyle w:val="affa"/>
            <w:smallCaps w:val="0"/>
            <w:noProof/>
            <w:color w:val="auto"/>
            <w:sz w:val="32"/>
            <w:szCs w:val="22"/>
          </w:rPr>
          <w:t>批次匯入介面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_Toc239949102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57</w:t>
        </w:r>
        <w:r w:rsidR="00497BF4" w:rsidRPr="005F2B49">
          <w:rPr>
            <w:rStyle w:val="affa"/>
            <w:smallCaps w:val="0"/>
            <w:webHidden/>
            <w:color w:val="auto"/>
            <w:sz w:val="32"/>
            <w:szCs w:val="22"/>
          </w:rPr>
          <w:fldChar w:fldCharType="end"/>
        </w:r>
      </w:hyperlink>
    </w:p>
    <w:p w14:paraId="1B116C9E" w14:textId="0E9EE902" w:rsidR="00497BF4" w:rsidRPr="005F2B49" w:rsidRDefault="00000000">
      <w:pPr>
        <w:pStyle w:val="affb"/>
        <w:tabs>
          <w:tab w:val="right" w:leader="dot" w:pos="8630"/>
        </w:tabs>
        <w:rPr>
          <w:rStyle w:val="affa"/>
          <w:color w:val="auto"/>
          <w:sz w:val="32"/>
          <w:szCs w:val="22"/>
        </w:rPr>
      </w:pPr>
      <w:hyperlink w:anchor="_Toc239949103"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48  </w:t>
        </w:r>
        <w:r w:rsidR="00497BF4" w:rsidRPr="005F2B49">
          <w:rPr>
            <w:rStyle w:val="affa"/>
            <w:smallCaps w:val="0"/>
            <w:noProof/>
            <w:color w:val="auto"/>
            <w:sz w:val="32"/>
            <w:szCs w:val="22"/>
          </w:rPr>
          <w:t>批次匯入成功介面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_Toc239949103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57</w:t>
        </w:r>
        <w:r w:rsidR="00497BF4" w:rsidRPr="005F2B49">
          <w:rPr>
            <w:rStyle w:val="affa"/>
            <w:smallCaps w:val="0"/>
            <w:webHidden/>
            <w:color w:val="auto"/>
            <w:sz w:val="32"/>
            <w:szCs w:val="22"/>
          </w:rPr>
          <w:fldChar w:fldCharType="end"/>
        </w:r>
      </w:hyperlink>
    </w:p>
    <w:p w14:paraId="0680B348" w14:textId="7F3E9D14" w:rsidR="00497BF4" w:rsidRPr="005F2B49" w:rsidRDefault="00000000">
      <w:pPr>
        <w:pStyle w:val="affb"/>
        <w:tabs>
          <w:tab w:val="right" w:leader="dot" w:pos="8630"/>
        </w:tabs>
        <w:rPr>
          <w:rStyle w:val="affa"/>
          <w:color w:val="auto"/>
          <w:sz w:val="32"/>
          <w:szCs w:val="22"/>
        </w:rPr>
      </w:pPr>
      <w:hyperlink w:anchor="_Toc239949104"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49  </w:t>
        </w:r>
        <w:r w:rsidR="00497BF4" w:rsidRPr="005F2B49">
          <w:rPr>
            <w:rStyle w:val="affa"/>
            <w:smallCaps w:val="0"/>
            <w:noProof/>
            <w:color w:val="auto"/>
            <w:sz w:val="32"/>
            <w:szCs w:val="22"/>
          </w:rPr>
          <w:t>批次匯入失敗介面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_Toc239949104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58</w:t>
        </w:r>
        <w:r w:rsidR="00497BF4" w:rsidRPr="005F2B49">
          <w:rPr>
            <w:rStyle w:val="affa"/>
            <w:smallCaps w:val="0"/>
            <w:webHidden/>
            <w:color w:val="auto"/>
            <w:sz w:val="32"/>
            <w:szCs w:val="22"/>
          </w:rPr>
          <w:fldChar w:fldCharType="end"/>
        </w:r>
      </w:hyperlink>
    </w:p>
    <w:p w14:paraId="126A8862" w14:textId="142888E7" w:rsidR="00497BF4" w:rsidRPr="005F2B49" w:rsidRDefault="00000000">
      <w:pPr>
        <w:pStyle w:val="affb"/>
        <w:tabs>
          <w:tab w:val="right" w:leader="dot" w:pos="8630"/>
        </w:tabs>
        <w:rPr>
          <w:rStyle w:val="affa"/>
          <w:color w:val="auto"/>
          <w:sz w:val="32"/>
          <w:szCs w:val="22"/>
        </w:rPr>
      </w:pPr>
      <w:hyperlink w:anchor="_Toc239949105"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50  </w:t>
        </w:r>
        <w:r w:rsidR="00497BF4" w:rsidRPr="005F2B49">
          <w:rPr>
            <w:rStyle w:val="affa"/>
            <w:smallCaps w:val="0"/>
            <w:noProof/>
            <w:color w:val="auto"/>
            <w:sz w:val="32"/>
            <w:szCs w:val="22"/>
          </w:rPr>
          <w:t>班級對話紀錄</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_Toc239949105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59</w:t>
        </w:r>
        <w:r w:rsidR="00497BF4" w:rsidRPr="005F2B49">
          <w:rPr>
            <w:rStyle w:val="affa"/>
            <w:smallCaps w:val="0"/>
            <w:webHidden/>
            <w:color w:val="auto"/>
            <w:sz w:val="32"/>
            <w:szCs w:val="22"/>
          </w:rPr>
          <w:fldChar w:fldCharType="end"/>
        </w:r>
      </w:hyperlink>
    </w:p>
    <w:p w14:paraId="1BFEC60F" w14:textId="386AD66D" w:rsidR="00497BF4" w:rsidRPr="005F2B49" w:rsidRDefault="00000000">
      <w:pPr>
        <w:pStyle w:val="affb"/>
        <w:tabs>
          <w:tab w:val="right" w:leader="dot" w:pos="8630"/>
        </w:tabs>
        <w:rPr>
          <w:rStyle w:val="affa"/>
          <w:color w:val="auto"/>
          <w:sz w:val="32"/>
          <w:szCs w:val="22"/>
        </w:rPr>
      </w:pPr>
      <w:hyperlink w:anchor="_Toc239949106"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51  </w:t>
        </w:r>
        <w:r w:rsidR="00497BF4" w:rsidRPr="005F2B49">
          <w:rPr>
            <w:rStyle w:val="affa"/>
            <w:smallCaps w:val="0"/>
            <w:noProof/>
            <w:color w:val="auto"/>
            <w:sz w:val="32"/>
            <w:szCs w:val="22"/>
          </w:rPr>
          <w:t>聊天詳細記錄</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_Toc239949106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60</w:t>
        </w:r>
        <w:r w:rsidR="00497BF4" w:rsidRPr="005F2B49">
          <w:rPr>
            <w:rStyle w:val="affa"/>
            <w:smallCaps w:val="0"/>
            <w:webHidden/>
            <w:color w:val="auto"/>
            <w:sz w:val="32"/>
            <w:szCs w:val="22"/>
          </w:rPr>
          <w:fldChar w:fldCharType="end"/>
        </w:r>
      </w:hyperlink>
    </w:p>
    <w:p w14:paraId="1800F89B" w14:textId="1EA5FDF7" w:rsidR="00497BF4" w:rsidRPr="005F2B49" w:rsidRDefault="00000000">
      <w:pPr>
        <w:pStyle w:val="affb"/>
        <w:tabs>
          <w:tab w:val="right" w:leader="dot" w:pos="8630"/>
        </w:tabs>
        <w:rPr>
          <w:rStyle w:val="affa"/>
          <w:color w:val="auto"/>
          <w:sz w:val="32"/>
          <w:szCs w:val="22"/>
        </w:rPr>
      </w:pPr>
      <w:hyperlink w:anchor="_Toc239949107"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52  </w:t>
        </w:r>
        <w:r w:rsidR="00497BF4" w:rsidRPr="005F2B49">
          <w:rPr>
            <w:rStyle w:val="affa"/>
            <w:smallCaps w:val="0"/>
            <w:noProof/>
            <w:color w:val="auto"/>
            <w:sz w:val="32"/>
            <w:szCs w:val="22"/>
          </w:rPr>
          <w:t>匯出對話紀錄</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_Toc239949107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61</w:t>
        </w:r>
        <w:r w:rsidR="00497BF4" w:rsidRPr="005F2B49">
          <w:rPr>
            <w:rStyle w:val="affa"/>
            <w:smallCaps w:val="0"/>
            <w:webHidden/>
            <w:color w:val="auto"/>
            <w:sz w:val="32"/>
            <w:szCs w:val="22"/>
          </w:rPr>
          <w:fldChar w:fldCharType="end"/>
        </w:r>
      </w:hyperlink>
    </w:p>
    <w:p w14:paraId="784E0CE6" w14:textId="40FFAE29" w:rsidR="00497BF4" w:rsidRPr="005F2B49" w:rsidRDefault="00000000">
      <w:pPr>
        <w:pStyle w:val="affb"/>
        <w:tabs>
          <w:tab w:val="right" w:leader="dot" w:pos="8630"/>
        </w:tabs>
        <w:rPr>
          <w:rStyle w:val="affa"/>
          <w:color w:val="auto"/>
          <w:sz w:val="32"/>
          <w:szCs w:val="22"/>
        </w:rPr>
      </w:pPr>
      <w:hyperlink w:anchor="_Toc239949108"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53  API</w:t>
        </w:r>
        <w:r w:rsidR="00497BF4" w:rsidRPr="005F2B49">
          <w:rPr>
            <w:rStyle w:val="affa"/>
            <w:smallCaps w:val="0"/>
            <w:noProof/>
            <w:color w:val="auto"/>
            <w:sz w:val="32"/>
            <w:szCs w:val="22"/>
          </w:rPr>
          <w:t>金鑰介面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_Toc239949108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61</w:t>
        </w:r>
        <w:r w:rsidR="00497BF4" w:rsidRPr="005F2B49">
          <w:rPr>
            <w:rStyle w:val="affa"/>
            <w:smallCaps w:val="0"/>
            <w:webHidden/>
            <w:color w:val="auto"/>
            <w:sz w:val="32"/>
            <w:szCs w:val="22"/>
          </w:rPr>
          <w:fldChar w:fldCharType="end"/>
        </w:r>
      </w:hyperlink>
    </w:p>
    <w:p w14:paraId="6551D567" w14:textId="61E4975D" w:rsidR="00497BF4" w:rsidRPr="005F2B49" w:rsidRDefault="00000000">
      <w:pPr>
        <w:pStyle w:val="affb"/>
        <w:tabs>
          <w:tab w:val="right" w:leader="dot" w:pos="8630"/>
        </w:tabs>
        <w:rPr>
          <w:rStyle w:val="affa"/>
          <w:color w:val="auto"/>
          <w:sz w:val="32"/>
          <w:szCs w:val="22"/>
        </w:rPr>
      </w:pPr>
      <w:hyperlink w:anchor="_Toc239949109"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54  </w:t>
        </w:r>
        <w:r w:rsidR="00497BF4" w:rsidRPr="005F2B49">
          <w:rPr>
            <w:rStyle w:val="affa"/>
            <w:smallCaps w:val="0"/>
            <w:noProof/>
            <w:color w:val="auto"/>
            <w:sz w:val="32"/>
            <w:szCs w:val="22"/>
          </w:rPr>
          <w:t>學校管理者登入後台介面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_Toc239949109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63</w:t>
        </w:r>
        <w:r w:rsidR="00497BF4" w:rsidRPr="005F2B49">
          <w:rPr>
            <w:rStyle w:val="affa"/>
            <w:smallCaps w:val="0"/>
            <w:webHidden/>
            <w:color w:val="auto"/>
            <w:sz w:val="32"/>
            <w:szCs w:val="22"/>
          </w:rPr>
          <w:fldChar w:fldCharType="end"/>
        </w:r>
      </w:hyperlink>
    </w:p>
    <w:p w14:paraId="0F74C862" w14:textId="37B3D3E6" w:rsidR="00497BF4" w:rsidRPr="005F2B49" w:rsidRDefault="00000000">
      <w:pPr>
        <w:pStyle w:val="affb"/>
        <w:tabs>
          <w:tab w:val="right" w:leader="dot" w:pos="8630"/>
        </w:tabs>
        <w:rPr>
          <w:rStyle w:val="affa"/>
          <w:color w:val="auto"/>
          <w:sz w:val="32"/>
          <w:szCs w:val="22"/>
        </w:rPr>
      </w:pPr>
      <w:hyperlink w:anchor="_Toc239949110"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55  </w:t>
        </w:r>
        <w:r w:rsidR="00497BF4" w:rsidRPr="005F2B49">
          <w:rPr>
            <w:rStyle w:val="affa"/>
            <w:smallCaps w:val="0"/>
            <w:noProof/>
            <w:color w:val="auto"/>
            <w:sz w:val="32"/>
            <w:szCs w:val="22"/>
          </w:rPr>
          <w:t>班級管理</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_Toc239949110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64</w:t>
        </w:r>
        <w:r w:rsidR="00497BF4" w:rsidRPr="005F2B49">
          <w:rPr>
            <w:rStyle w:val="affa"/>
            <w:smallCaps w:val="0"/>
            <w:webHidden/>
            <w:color w:val="auto"/>
            <w:sz w:val="32"/>
            <w:szCs w:val="22"/>
          </w:rPr>
          <w:fldChar w:fldCharType="end"/>
        </w:r>
      </w:hyperlink>
    </w:p>
    <w:p w14:paraId="0E3803AA" w14:textId="6DE54561" w:rsidR="00497BF4" w:rsidRPr="005F2B49" w:rsidRDefault="00000000">
      <w:pPr>
        <w:pStyle w:val="affb"/>
        <w:tabs>
          <w:tab w:val="right" w:leader="dot" w:pos="8630"/>
        </w:tabs>
        <w:rPr>
          <w:rStyle w:val="affa"/>
          <w:color w:val="auto"/>
          <w:sz w:val="32"/>
          <w:szCs w:val="22"/>
        </w:rPr>
      </w:pPr>
      <w:hyperlink w:anchor="_Toc239949111"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56  </w:t>
        </w:r>
        <w:r w:rsidR="00497BF4" w:rsidRPr="005F2B49">
          <w:rPr>
            <w:rStyle w:val="affa"/>
            <w:smallCaps w:val="0"/>
            <w:noProof/>
            <w:color w:val="auto"/>
            <w:sz w:val="32"/>
            <w:szCs w:val="22"/>
          </w:rPr>
          <w:t>班級管理新增介面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_Toc239949111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65</w:t>
        </w:r>
        <w:r w:rsidR="00497BF4" w:rsidRPr="005F2B49">
          <w:rPr>
            <w:rStyle w:val="affa"/>
            <w:smallCaps w:val="0"/>
            <w:webHidden/>
            <w:color w:val="auto"/>
            <w:sz w:val="32"/>
            <w:szCs w:val="22"/>
          </w:rPr>
          <w:fldChar w:fldCharType="end"/>
        </w:r>
      </w:hyperlink>
    </w:p>
    <w:p w14:paraId="15F13CBE" w14:textId="0DBCE89A" w:rsidR="00497BF4" w:rsidRPr="005F2B49" w:rsidRDefault="00000000">
      <w:pPr>
        <w:pStyle w:val="affb"/>
        <w:tabs>
          <w:tab w:val="right" w:leader="dot" w:pos="8630"/>
        </w:tabs>
        <w:rPr>
          <w:rStyle w:val="affa"/>
          <w:color w:val="auto"/>
          <w:sz w:val="32"/>
          <w:szCs w:val="22"/>
        </w:rPr>
      </w:pPr>
      <w:hyperlink w:anchor="_Toc239949112"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57  </w:t>
        </w:r>
        <w:r w:rsidR="00497BF4" w:rsidRPr="005F2B49">
          <w:rPr>
            <w:rStyle w:val="affa"/>
            <w:smallCaps w:val="0"/>
            <w:noProof/>
            <w:color w:val="auto"/>
            <w:sz w:val="32"/>
            <w:szCs w:val="22"/>
          </w:rPr>
          <w:t>班級管理加入成員介面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_Toc239949112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66</w:t>
        </w:r>
        <w:r w:rsidR="00497BF4" w:rsidRPr="005F2B49">
          <w:rPr>
            <w:rStyle w:val="affa"/>
            <w:smallCaps w:val="0"/>
            <w:webHidden/>
            <w:color w:val="auto"/>
            <w:sz w:val="32"/>
            <w:szCs w:val="22"/>
          </w:rPr>
          <w:fldChar w:fldCharType="end"/>
        </w:r>
      </w:hyperlink>
    </w:p>
    <w:p w14:paraId="62B41066" w14:textId="1E6E9D59" w:rsidR="00497BF4" w:rsidRPr="005F2B49" w:rsidRDefault="00000000">
      <w:pPr>
        <w:pStyle w:val="affb"/>
        <w:tabs>
          <w:tab w:val="right" w:leader="dot" w:pos="8630"/>
        </w:tabs>
        <w:rPr>
          <w:rStyle w:val="affa"/>
          <w:color w:val="auto"/>
          <w:sz w:val="32"/>
          <w:szCs w:val="22"/>
        </w:rPr>
      </w:pPr>
      <w:hyperlink w:anchor="_Toc239949113"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58  </w:t>
        </w:r>
        <w:r w:rsidR="00497BF4" w:rsidRPr="005F2B49">
          <w:rPr>
            <w:rStyle w:val="affa"/>
            <w:smallCaps w:val="0"/>
            <w:noProof/>
            <w:color w:val="auto"/>
            <w:sz w:val="32"/>
            <w:szCs w:val="22"/>
          </w:rPr>
          <w:t>加入成員編輯介面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_Toc239949113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67</w:t>
        </w:r>
        <w:r w:rsidR="00497BF4" w:rsidRPr="005F2B49">
          <w:rPr>
            <w:rStyle w:val="affa"/>
            <w:smallCaps w:val="0"/>
            <w:webHidden/>
            <w:color w:val="auto"/>
            <w:sz w:val="32"/>
            <w:szCs w:val="22"/>
          </w:rPr>
          <w:fldChar w:fldCharType="end"/>
        </w:r>
      </w:hyperlink>
    </w:p>
    <w:p w14:paraId="30E60EEB" w14:textId="077F09E9" w:rsidR="00497BF4" w:rsidRPr="005F2B49" w:rsidRDefault="00000000">
      <w:pPr>
        <w:pStyle w:val="affb"/>
        <w:tabs>
          <w:tab w:val="right" w:leader="dot" w:pos="8630"/>
        </w:tabs>
        <w:rPr>
          <w:rStyle w:val="affa"/>
          <w:color w:val="auto"/>
          <w:sz w:val="32"/>
          <w:szCs w:val="22"/>
        </w:rPr>
      </w:pPr>
      <w:hyperlink w:anchor="_Toc239949114"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59  </w:t>
        </w:r>
        <w:r w:rsidR="00497BF4" w:rsidRPr="005F2B49">
          <w:rPr>
            <w:rStyle w:val="affa"/>
            <w:smallCaps w:val="0"/>
            <w:noProof/>
            <w:color w:val="auto"/>
            <w:sz w:val="32"/>
            <w:szCs w:val="22"/>
          </w:rPr>
          <w:t>教師管理</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_Toc239949114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68</w:t>
        </w:r>
        <w:r w:rsidR="00497BF4" w:rsidRPr="005F2B49">
          <w:rPr>
            <w:rStyle w:val="affa"/>
            <w:smallCaps w:val="0"/>
            <w:webHidden/>
            <w:color w:val="auto"/>
            <w:sz w:val="32"/>
            <w:szCs w:val="22"/>
          </w:rPr>
          <w:fldChar w:fldCharType="end"/>
        </w:r>
      </w:hyperlink>
    </w:p>
    <w:p w14:paraId="04D71C80" w14:textId="722077D1" w:rsidR="00497BF4" w:rsidRPr="005F2B49" w:rsidRDefault="00000000">
      <w:pPr>
        <w:pStyle w:val="affb"/>
        <w:tabs>
          <w:tab w:val="right" w:leader="dot" w:pos="8630"/>
        </w:tabs>
        <w:rPr>
          <w:rStyle w:val="affa"/>
          <w:color w:val="auto"/>
          <w:sz w:val="32"/>
          <w:szCs w:val="22"/>
        </w:rPr>
      </w:pPr>
      <w:hyperlink w:anchor="_Toc239949115"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60  </w:t>
        </w:r>
        <w:r w:rsidR="00497BF4" w:rsidRPr="005F2B49">
          <w:rPr>
            <w:rStyle w:val="affa"/>
            <w:smallCaps w:val="0"/>
            <w:noProof/>
            <w:color w:val="auto"/>
            <w:sz w:val="32"/>
            <w:szCs w:val="22"/>
          </w:rPr>
          <w:t>新增教師介面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_Toc239949115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69</w:t>
        </w:r>
        <w:r w:rsidR="00497BF4" w:rsidRPr="005F2B49">
          <w:rPr>
            <w:rStyle w:val="affa"/>
            <w:smallCaps w:val="0"/>
            <w:webHidden/>
            <w:color w:val="auto"/>
            <w:sz w:val="32"/>
            <w:szCs w:val="22"/>
          </w:rPr>
          <w:fldChar w:fldCharType="end"/>
        </w:r>
      </w:hyperlink>
    </w:p>
    <w:p w14:paraId="4B6D06C8" w14:textId="687F75E0" w:rsidR="00497BF4" w:rsidRPr="005F2B49" w:rsidRDefault="00000000">
      <w:pPr>
        <w:pStyle w:val="affb"/>
        <w:tabs>
          <w:tab w:val="right" w:leader="dot" w:pos="8630"/>
        </w:tabs>
        <w:rPr>
          <w:rStyle w:val="affa"/>
          <w:color w:val="auto"/>
          <w:sz w:val="32"/>
          <w:szCs w:val="22"/>
        </w:rPr>
      </w:pPr>
      <w:hyperlink w:anchor="_Toc239949116"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61  </w:t>
        </w:r>
        <w:r w:rsidR="00497BF4" w:rsidRPr="005F2B49">
          <w:rPr>
            <w:rStyle w:val="affa"/>
            <w:smallCaps w:val="0"/>
            <w:noProof/>
            <w:color w:val="auto"/>
            <w:sz w:val="32"/>
            <w:szCs w:val="22"/>
          </w:rPr>
          <w:t>批次匯入介面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_Toc239949116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70</w:t>
        </w:r>
        <w:r w:rsidR="00497BF4" w:rsidRPr="005F2B49">
          <w:rPr>
            <w:rStyle w:val="affa"/>
            <w:smallCaps w:val="0"/>
            <w:webHidden/>
            <w:color w:val="auto"/>
            <w:sz w:val="32"/>
            <w:szCs w:val="22"/>
          </w:rPr>
          <w:fldChar w:fldCharType="end"/>
        </w:r>
      </w:hyperlink>
    </w:p>
    <w:p w14:paraId="30AA0DE9" w14:textId="54A8ADB4" w:rsidR="00497BF4" w:rsidRPr="005F2B49" w:rsidRDefault="00000000">
      <w:pPr>
        <w:pStyle w:val="affb"/>
        <w:tabs>
          <w:tab w:val="right" w:leader="dot" w:pos="8630"/>
        </w:tabs>
        <w:rPr>
          <w:rStyle w:val="affa"/>
          <w:color w:val="auto"/>
          <w:sz w:val="32"/>
          <w:szCs w:val="22"/>
        </w:rPr>
      </w:pPr>
      <w:hyperlink w:anchor="_Toc239949117"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62  </w:t>
        </w:r>
        <w:r w:rsidR="00497BF4" w:rsidRPr="005F2B49">
          <w:rPr>
            <w:rStyle w:val="affa"/>
            <w:smallCaps w:val="0"/>
            <w:noProof/>
            <w:color w:val="auto"/>
            <w:sz w:val="32"/>
            <w:szCs w:val="22"/>
          </w:rPr>
          <w:t>批次匯入成功介面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_Toc239949117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70</w:t>
        </w:r>
        <w:r w:rsidR="00497BF4" w:rsidRPr="005F2B49">
          <w:rPr>
            <w:rStyle w:val="affa"/>
            <w:smallCaps w:val="0"/>
            <w:webHidden/>
            <w:color w:val="auto"/>
            <w:sz w:val="32"/>
            <w:szCs w:val="22"/>
          </w:rPr>
          <w:fldChar w:fldCharType="end"/>
        </w:r>
      </w:hyperlink>
    </w:p>
    <w:p w14:paraId="06E462AA" w14:textId="781BC1AB" w:rsidR="00497BF4" w:rsidRPr="005F2B49" w:rsidRDefault="00000000">
      <w:pPr>
        <w:pStyle w:val="affb"/>
        <w:tabs>
          <w:tab w:val="right" w:leader="dot" w:pos="8630"/>
        </w:tabs>
        <w:rPr>
          <w:rStyle w:val="affa"/>
          <w:color w:val="auto"/>
          <w:sz w:val="32"/>
          <w:szCs w:val="22"/>
        </w:rPr>
      </w:pPr>
      <w:hyperlink w:anchor="_Toc239949118"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63  </w:t>
        </w:r>
        <w:r w:rsidR="00497BF4" w:rsidRPr="005F2B49">
          <w:rPr>
            <w:rStyle w:val="affa"/>
            <w:smallCaps w:val="0"/>
            <w:noProof/>
            <w:color w:val="auto"/>
            <w:sz w:val="32"/>
            <w:szCs w:val="22"/>
          </w:rPr>
          <w:t>批次匯入失敗介面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_Toc239949118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71</w:t>
        </w:r>
        <w:r w:rsidR="00497BF4" w:rsidRPr="005F2B49">
          <w:rPr>
            <w:rStyle w:val="affa"/>
            <w:smallCaps w:val="0"/>
            <w:webHidden/>
            <w:color w:val="auto"/>
            <w:sz w:val="32"/>
            <w:szCs w:val="22"/>
          </w:rPr>
          <w:fldChar w:fldCharType="end"/>
        </w:r>
      </w:hyperlink>
    </w:p>
    <w:p w14:paraId="02A9BE05" w14:textId="7B998862" w:rsidR="00497BF4" w:rsidRPr="005F2B49" w:rsidRDefault="00000000">
      <w:pPr>
        <w:pStyle w:val="affb"/>
        <w:tabs>
          <w:tab w:val="right" w:leader="dot" w:pos="8630"/>
        </w:tabs>
        <w:rPr>
          <w:rStyle w:val="affa"/>
          <w:color w:val="auto"/>
          <w:sz w:val="32"/>
          <w:szCs w:val="22"/>
        </w:rPr>
      </w:pPr>
      <w:hyperlink w:anchor="_Toc239949119"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64  </w:t>
        </w:r>
        <w:r w:rsidR="00497BF4" w:rsidRPr="005F2B49">
          <w:rPr>
            <w:rStyle w:val="affa"/>
            <w:smallCaps w:val="0"/>
            <w:noProof/>
            <w:color w:val="auto"/>
            <w:sz w:val="32"/>
            <w:szCs w:val="22"/>
          </w:rPr>
          <w:t>編輯教師介面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_Toc239949119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72</w:t>
        </w:r>
        <w:r w:rsidR="00497BF4" w:rsidRPr="005F2B49">
          <w:rPr>
            <w:rStyle w:val="affa"/>
            <w:smallCaps w:val="0"/>
            <w:webHidden/>
            <w:color w:val="auto"/>
            <w:sz w:val="32"/>
            <w:szCs w:val="22"/>
          </w:rPr>
          <w:fldChar w:fldCharType="end"/>
        </w:r>
      </w:hyperlink>
    </w:p>
    <w:p w14:paraId="44EB8A60" w14:textId="6B36C207" w:rsidR="00497BF4" w:rsidRPr="005F2B49" w:rsidRDefault="00000000">
      <w:pPr>
        <w:pStyle w:val="affb"/>
        <w:tabs>
          <w:tab w:val="right" w:leader="dot" w:pos="8630"/>
        </w:tabs>
        <w:rPr>
          <w:rStyle w:val="affa"/>
          <w:color w:val="auto"/>
          <w:sz w:val="32"/>
          <w:szCs w:val="22"/>
        </w:rPr>
      </w:pPr>
      <w:hyperlink w:anchor="_Toc239949120"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65  </w:t>
        </w:r>
        <w:r w:rsidR="00497BF4" w:rsidRPr="005F2B49">
          <w:rPr>
            <w:rStyle w:val="affa"/>
            <w:smallCaps w:val="0"/>
            <w:noProof/>
            <w:color w:val="auto"/>
            <w:sz w:val="32"/>
            <w:szCs w:val="22"/>
          </w:rPr>
          <w:t>修改教師密碼畫面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_Toc239949120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73</w:t>
        </w:r>
        <w:r w:rsidR="00497BF4" w:rsidRPr="005F2B49">
          <w:rPr>
            <w:rStyle w:val="affa"/>
            <w:smallCaps w:val="0"/>
            <w:webHidden/>
            <w:color w:val="auto"/>
            <w:sz w:val="32"/>
            <w:szCs w:val="22"/>
          </w:rPr>
          <w:fldChar w:fldCharType="end"/>
        </w:r>
      </w:hyperlink>
    </w:p>
    <w:p w14:paraId="1B286670" w14:textId="5DE5437A" w:rsidR="00497BF4" w:rsidRPr="005F2B49" w:rsidRDefault="00000000">
      <w:pPr>
        <w:pStyle w:val="affb"/>
        <w:tabs>
          <w:tab w:val="right" w:leader="dot" w:pos="8630"/>
        </w:tabs>
        <w:rPr>
          <w:rStyle w:val="affa"/>
          <w:color w:val="auto"/>
          <w:sz w:val="32"/>
          <w:szCs w:val="22"/>
        </w:rPr>
      </w:pPr>
      <w:hyperlink w:anchor="_Toc239949121"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66  </w:t>
        </w:r>
        <w:r w:rsidR="00497BF4" w:rsidRPr="005F2B49">
          <w:rPr>
            <w:rStyle w:val="affa"/>
            <w:smallCaps w:val="0"/>
            <w:noProof/>
            <w:color w:val="auto"/>
            <w:sz w:val="32"/>
            <w:szCs w:val="22"/>
          </w:rPr>
          <w:t>指派教師加入班級介面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_Toc239949121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73</w:t>
        </w:r>
        <w:r w:rsidR="00497BF4" w:rsidRPr="005F2B49">
          <w:rPr>
            <w:rStyle w:val="affa"/>
            <w:smallCaps w:val="0"/>
            <w:webHidden/>
            <w:color w:val="auto"/>
            <w:sz w:val="32"/>
            <w:szCs w:val="22"/>
          </w:rPr>
          <w:fldChar w:fldCharType="end"/>
        </w:r>
      </w:hyperlink>
    </w:p>
    <w:p w14:paraId="77EE8DD5" w14:textId="0C4E926D" w:rsidR="00497BF4" w:rsidRPr="005F2B49" w:rsidRDefault="00000000">
      <w:pPr>
        <w:pStyle w:val="affb"/>
        <w:tabs>
          <w:tab w:val="right" w:leader="dot" w:pos="8630"/>
        </w:tabs>
        <w:rPr>
          <w:rStyle w:val="affa"/>
          <w:color w:val="auto"/>
          <w:sz w:val="32"/>
          <w:szCs w:val="22"/>
        </w:rPr>
      </w:pPr>
      <w:hyperlink w:anchor="_Toc239949122"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67  </w:t>
        </w:r>
        <w:r w:rsidR="00497BF4" w:rsidRPr="005F2B49">
          <w:rPr>
            <w:rStyle w:val="affa"/>
            <w:smallCaps w:val="0"/>
            <w:noProof/>
            <w:color w:val="auto"/>
            <w:sz w:val="32"/>
            <w:szCs w:val="22"/>
          </w:rPr>
          <w:t>學生管理</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_Toc239949122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75</w:t>
        </w:r>
        <w:r w:rsidR="00497BF4" w:rsidRPr="005F2B49">
          <w:rPr>
            <w:rStyle w:val="affa"/>
            <w:smallCaps w:val="0"/>
            <w:webHidden/>
            <w:color w:val="auto"/>
            <w:sz w:val="32"/>
            <w:szCs w:val="22"/>
          </w:rPr>
          <w:fldChar w:fldCharType="end"/>
        </w:r>
      </w:hyperlink>
    </w:p>
    <w:p w14:paraId="15C41898" w14:textId="5B9806A7" w:rsidR="00497BF4" w:rsidRPr="005F2B49" w:rsidRDefault="00000000">
      <w:pPr>
        <w:pStyle w:val="affb"/>
        <w:tabs>
          <w:tab w:val="right" w:leader="dot" w:pos="8630"/>
        </w:tabs>
        <w:rPr>
          <w:rStyle w:val="affa"/>
          <w:color w:val="auto"/>
          <w:sz w:val="32"/>
          <w:szCs w:val="22"/>
        </w:rPr>
      </w:pPr>
      <w:hyperlink w:anchor="_Toc239949123"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68  </w:t>
        </w:r>
        <w:r w:rsidR="00497BF4" w:rsidRPr="005F2B49">
          <w:rPr>
            <w:rStyle w:val="affa"/>
            <w:smallCaps w:val="0"/>
            <w:noProof/>
            <w:color w:val="auto"/>
            <w:sz w:val="32"/>
            <w:szCs w:val="22"/>
          </w:rPr>
          <w:t>新增學生介面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_Toc239949123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76</w:t>
        </w:r>
        <w:r w:rsidR="00497BF4" w:rsidRPr="005F2B49">
          <w:rPr>
            <w:rStyle w:val="affa"/>
            <w:smallCaps w:val="0"/>
            <w:webHidden/>
            <w:color w:val="auto"/>
            <w:sz w:val="32"/>
            <w:szCs w:val="22"/>
          </w:rPr>
          <w:fldChar w:fldCharType="end"/>
        </w:r>
      </w:hyperlink>
    </w:p>
    <w:p w14:paraId="1EF04E92" w14:textId="3ACA61EC" w:rsidR="00497BF4" w:rsidRPr="005F2B49" w:rsidRDefault="00000000">
      <w:pPr>
        <w:pStyle w:val="affb"/>
        <w:tabs>
          <w:tab w:val="right" w:leader="dot" w:pos="8630"/>
        </w:tabs>
        <w:rPr>
          <w:rStyle w:val="affa"/>
          <w:color w:val="auto"/>
          <w:sz w:val="32"/>
          <w:szCs w:val="22"/>
        </w:rPr>
      </w:pPr>
      <w:hyperlink w:anchor="_Toc239949124"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69  </w:t>
        </w:r>
        <w:r w:rsidR="00497BF4" w:rsidRPr="005F2B49">
          <w:rPr>
            <w:rStyle w:val="affa"/>
            <w:smallCaps w:val="0"/>
            <w:noProof/>
            <w:color w:val="auto"/>
            <w:sz w:val="32"/>
            <w:szCs w:val="22"/>
          </w:rPr>
          <w:t>編輯學生介面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_Toc239949124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77</w:t>
        </w:r>
        <w:r w:rsidR="00497BF4" w:rsidRPr="005F2B49">
          <w:rPr>
            <w:rStyle w:val="affa"/>
            <w:smallCaps w:val="0"/>
            <w:webHidden/>
            <w:color w:val="auto"/>
            <w:sz w:val="32"/>
            <w:szCs w:val="22"/>
          </w:rPr>
          <w:fldChar w:fldCharType="end"/>
        </w:r>
      </w:hyperlink>
    </w:p>
    <w:p w14:paraId="0402F83B" w14:textId="1303D7B8" w:rsidR="00497BF4" w:rsidRPr="005F2B49" w:rsidRDefault="00000000">
      <w:pPr>
        <w:pStyle w:val="affb"/>
        <w:tabs>
          <w:tab w:val="right" w:leader="dot" w:pos="8630"/>
        </w:tabs>
        <w:rPr>
          <w:rStyle w:val="affa"/>
          <w:color w:val="auto"/>
          <w:sz w:val="32"/>
          <w:szCs w:val="22"/>
        </w:rPr>
      </w:pPr>
      <w:hyperlink w:anchor="_Toc239949125"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70  </w:t>
        </w:r>
        <w:r w:rsidR="00497BF4" w:rsidRPr="005F2B49">
          <w:rPr>
            <w:rStyle w:val="affa"/>
            <w:smallCaps w:val="0"/>
            <w:noProof/>
            <w:color w:val="auto"/>
            <w:sz w:val="32"/>
            <w:szCs w:val="22"/>
          </w:rPr>
          <w:t>修改學生密碼介面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_Toc239949125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78</w:t>
        </w:r>
        <w:r w:rsidR="00497BF4" w:rsidRPr="005F2B49">
          <w:rPr>
            <w:rStyle w:val="affa"/>
            <w:smallCaps w:val="0"/>
            <w:webHidden/>
            <w:color w:val="auto"/>
            <w:sz w:val="32"/>
            <w:szCs w:val="22"/>
          </w:rPr>
          <w:fldChar w:fldCharType="end"/>
        </w:r>
      </w:hyperlink>
    </w:p>
    <w:p w14:paraId="00F9A3F6" w14:textId="2089DC35" w:rsidR="00497BF4" w:rsidRPr="005F2B49" w:rsidRDefault="00000000">
      <w:pPr>
        <w:pStyle w:val="affb"/>
        <w:tabs>
          <w:tab w:val="right" w:leader="dot" w:pos="8630"/>
        </w:tabs>
        <w:rPr>
          <w:rStyle w:val="affa"/>
          <w:color w:val="auto"/>
          <w:sz w:val="32"/>
          <w:szCs w:val="22"/>
        </w:rPr>
      </w:pPr>
      <w:hyperlink w:anchor="_Toc239949126"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71  </w:t>
        </w:r>
        <w:r w:rsidR="00497BF4" w:rsidRPr="005F2B49">
          <w:rPr>
            <w:rStyle w:val="affa"/>
            <w:smallCaps w:val="0"/>
            <w:noProof/>
            <w:color w:val="auto"/>
            <w:sz w:val="32"/>
            <w:szCs w:val="22"/>
          </w:rPr>
          <w:t>指派學生加入班級介面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_Toc239949126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78</w:t>
        </w:r>
        <w:r w:rsidR="00497BF4" w:rsidRPr="005F2B49">
          <w:rPr>
            <w:rStyle w:val="affa"/>
            <w:smallCaps w:val="0"/>
            <w:webHidden/>
            <w:color w:val="auto"/>
            <w:sz w:val="32"/>
            <w:szCs w:val="22"/>
          </w:rPr>
          <w:fldChar w:fldCharType="end"/>
        </w:r>
      </w:hyperlink>
    </w:p>
    <w:p w14:paraId="0413D483" w14:textId="793B7C95" w:rsidR="00497BF4" w:rsidRPr="005F2B49" w:rsidRDefault="00000000">
      <w:pPr>
        <w:pStyle w:val="affb"/>
        <w:tabs>
          <w:tab w:val="right" w:leader="dot" w:pos="8630"/>
        </w:tabs>
        <w:rPr>
          <w:rStyle w:val="affa"/>
          <w:color w:val="auto"/>
          <w:sz w:val="32"/>
          <w:szCs w:val="22"/>
        </w:rPr>
      </w:pPr>
      <w:hyperlink w:anchor="_Toc239949127"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72  </w:t>
        </w:r>
        <w:r w:rsidR="00497BF4" w:rsidRPr="005F2B49">
          <w:rPr>
            <w:rStyle w:val="affa"/>
            <w:smallCaps w:val="0"/>
            <w:noProof/>
            <w:color w:val="auto"/>
            <w:sz w:val="32"/>
            <w:szCs w:val="22"/>
          </w:rPr>
          <w:t>全校</w:t>
        </w:r>
        <w:r w:rsidR="00497BF4" w:rsidRPr="005F2B49">
          <w:rPr>
            <w:rStyle w:val="affa"/>
            <w:smallCaps w:val="0"/>
            <w:noProof/>
            <w:color w:val="auto"/>
            <w:sz w:val="32"/>
            <w:szCs w:val="22"/>
          </w:rPr>
          <w:t>Chatbot</w:t>
        </w:r>
        <w:r w:rsidR="00497BF4" w:rsidRPr="005F2B49">
          <w:rPr>
            <w:rStyle w:val="affa"/>
            <w:smallCaps w:val="0"/>
            <w:noProof/>
            <w:color w:val="auto"/>
            <w:sz w:val="32"/>
            <w:szCs w:val="22"/>
          </w:rPr>
          <w:t>管理</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_Toc239949127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80</w:t>
        </w:r>
        <w:r w:rsidR="00497BF4" w:rsidRPr="005F2B49">
          <w:rPr>
            <w:rStyle w:val="affa"/>
            <w:smallCaps w:val="0"/>
            <w:webHidden/>
            <w:color w:val="auto"/>
            <w:sz w:val="32"/>
            <w:szCs w:val="22"/>
          </w:rPr>
          <w:fldChar w:fldCharType="end"/>
        </w:r>
      </w:hyperlink>
    </w:p>
    <w:p w14:paraId="07CC454A" w14:textId="517CA7A9" w:rsidR="00497BF4" w:rsidRPr="005F2B49" w:rsidRDefault="00000000">
      <w:pPr>
        <w:pStyle w:val="affb"/>
        <w:tabs>
          <w:tab w:val="right" w:leader="dot" w:pos="8630"/>
        </w:tabs>
        <w:rPr>
          <w:rStyle w:val="affa"/>
          <w:color w:val="auto"/>
          <w:sz w:val="32"/>
          <w:szCs w:val="22"/>
        </w:rPr>
      </w:pPr>
      <w:hyperlink w:anchor="_Toc239949128"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73  </w:t>
        </w:r>
        <w:r w:rsidR="00497BF4" w:rsidRPr="005F2B49">
          <w:rPr>
            <w:rStyle w:val="affa"/>
            <w:smallCaps w:val="0"/>
            <w:noProof/>
            <w:color w:val="auto"/>
            <w:sz w:val="32"/>
            <w:szCs w:val="22"/>
          </w:rPr>
          <w:t>權限申請審核介面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_Toc239949128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81</w:t>
        </w:r>
        <w:r w:rsidR="00497BF4" w:rsidRPr="005F2B49">
          <w:rPr>
            <w:rStyle w:val="affa"/>
            <w:smallCaps w:val="0"/>
            <w:webHidden/>
            <w:color w:val="auto"/>
            <w:sz w:val="32"/>
            <w:szCs w:val="22"/>
          </w:rPr>
          <w:fldChar w:fldCharType="end"/>
        </w:r>
      </w:hyperlink>
    </w:p>
    <w:p w14:paraId="428AE07D" w14:textId="3E4AC1C7" w:rsidR="00497BF4" w:rsidRPr="005F2B49" w:rsidRDefault="00000000">
      <w:pPr>
        <w:pStyle w:val="affb"/>
        <w:tabs>
          <w:tab w:val="right" w:leader="dot" w:pos="8630"/>
        </w:tabs>
        <w:rPr>
          <w:rStyle w:val="affa"/>
          <w:color w:val="auto"/>
          <w:sz w:val="32"/>
          <w:szCs w:val="22"/>
        </w:rPr>
      </w:pPr>
      <w:hyperlink w:anchor="_Toc239949129"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74  </w:t>
        </w:r>
        <w:r w:rsidR="00497BF4" w:rsidRPr="005F2B49">
          <w:rPr>
            <w:rStyle w:val="affa"/>
            <w:smallCaps w:val="0"/>
            <w:noProof/>
            <w:color w:val="auto"/>
            <w:sz w:val="32"/>
            <w:szCs w:val="22"/>
          </w:rPr>
          <w:t>本校</w:t>
        </w:r>
        <w:r w:rsidR="00497BF4" w:rsidRPr="005F2B49">
          <w:rPr>
            <w:rStyle w:val="affa"/>
            <w:smallCaps w:val="0"/>
            <w:noProof/>
            <w:color w:val="auto"/>
            <w:sz w:val="32"/>
            <w:szCs w:val="22"/>
          </w:rPr>
          <w:t>API</w:t>
        </w:r>
        <w:r w:rsidR="00497BF4" w:rsidRPr="005F2B49">
          <w:rPr>
            <w:rStyle w:val="affa"/>
            <w:smallCaps w:val="0"/>
            <w:noProof/>
            <w:color w:val="auto"/>
            <w:sz w:val="32"/>
            <w:szCs w:val="22"/>
          </w:rPr>
          <w:t>金鑰介面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_Toc239949129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82</w:t>
        </w:r>
        <w:r w:rsidR="00497BF4" w:rsidRPr="005F2B49">
          <w:rPr>
            <w:rStyle w:val="affa"/>
            <w:smallCaps w:val="0"/>
            <w:webHidden/>
            <w:color w:val="auto"/>
            <w:sz w:val="32"/>
            <w:szCs w:val="22"/>
          </w:rPr>
          <w:fldChar w:fldCharType="end"/>
        </w:r>
      </w:hyperlink>
    </w:p>
    <w:p w14:paraId="64D2E33F" w14:textId="68CA1DB1" w:rsidR="00497BF4" w:rsidRPr="005F2B49" w:rsidRDefault="00000000">
      <w:pPr>
        <w:pStyle w:val="affb"/>
        <w:tabs>
          <w:tab w:val="right" w:leader="dot" w:pos="8630"/>
        </w:tabs>
        <w:rPr>
          <w:rStyle w:val="affa"/>
          <w:color w:val="auto"/>
          <w:sz w:val="32"/>
          <w:szCs w:val="22"/>
        </w:rPr>
      </w:pPr>
      <w:hyperlink w:anchor="_Toc239949130"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75  </w:t>
        </w:r>
        <w:r w:rsidR="00497BF4" w:rsidRPr="005F2B49">
          <w:rPr>
            <w:rStyle w:val="affa"/>
            <w:smallCaps w:val="0"/>
            <w:noProof/>
            <w:color w:val="auto"/>
            <w:sz w:val="32"/>
            <w:szCs w:val="22"/>
          </w:rPr>
          <w:t>使用量統計</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_Toc239949130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83</w:t>
        </w:r>
        <w:r w:rsidR="00497BF4" w:rsidRPr="005F2B49">
          <w:rPr>
            <w:rStyle w:val="affa"/>
            <w:smallCaps w:val="0"/>
            <w:webHidden/>
            <w:color w:val="auto"/>
            <w:sz w:val="32"/>
            <w:szCs w:val="22"/>
          </w:rPr>
          <w:fldChar w:fldCharType="end"/>
        </w:r>
      </w:hyperlink>
    </w:p>
    <w:p w14:paraId="0964D104" w14:textId="7523B46F" w:rsidR="00497BF4" w:rsidRPr="005F2B49" w:rsidRDefault="00000000">
      <w:pPr>
        <w:pStyle w:val="affb"/>
        <w:tabs>
          <w:tab w:val="right" w:leader="dot" w:pos="8630"/>
        </w:tabs>
        <w:rPr>
          <w:rStyle w:val="affa"/>
          <w:color w:val="auto"/>
          <w:sz w:val="32"/>
          <w:szCs w:val="22"/>
        </w:rPr>
      </w:pPr>
      <w:hyperlink w:anchor="_Toc239949131"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76  </w:t>
        </w:r>
        <w:r w:rsidR="00497BF4" w:rsidRPr="005F2B49">
          <w:rPr>
            <w:rStyle w:val="affa"/>
            <w:smallCaps w:val="0"/>
            <w:noProof/>
            <w:color w:val="auto"/>
            <w:sz w:val="32"/>
            <w:szCs w:val="22"/>
          </w:rPr>
          <w:t>使用量設定</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_Toc239949131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84</w:t>
        </w:r>
        <w:r w:rsidR="00497BF4" w:rsidRPr="005F2B49">
          <w:rPr>
            <w:rStyle w:val="affa"/>
            <w:smallCaps w:val="0"/>
            <w:webHidden/>
            <w:color w:val="auto"/>
            <w:sz w:val="32"/>
            <w:szCs w:val="22"/>
          </w:rPr>
          <w:fldChar w:fldCharType="end"/>
        </w:r>
      </w:hyperlink>
    </w:p>
    <w:p w14:paraId="7BB333DB" w14:textId="78062704" w:rsidR="00497BF4" w:rsidRPr="005F2B49" w:rsidRDefault="00000000">
      <w:pPr>
        <w:pStyle w:val="affb"/>
        <w:tabs>
          <w:tab w:val="right" w:leader="dot" w:pos="8630"/>
        </w:tabs>
        <w:rPr>
          <w:rStyle w:val="affa"/>
          <w:color w:val="auto"/>
          <w:sz w:val="32"/>
          <w:szCs w:val="22"/>
        </w:rPr>
      </w:pPr>
      <w:hyperlink w:anchor="_Toc239949132"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77  </w:t>
        </w:r>
        <w:r w:rsidR="00497BF4" w:rsidRPr="005F2B49">
          <w:rPr>
            <w:rStyle w:val="affa"/>
            <w:smallCaps w:val="0"/>
            <w:noProof/>
            <w:color w:val="auto"/>
            <w:sz w:val="32"/>
            <w:szCs w:val="22"/>
          </w:rPr>
          <w:t>管理設定頁面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_Toc239949132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85</w:t>
        </w:r>
        <w:r w:rsidR="00497BF4" w:rsidRPr="005F2B49">
          <w:rPr>
            <w:rStyle w:val="affa"/>
            <w:smallCaps w:val="0"/>
            <w:webHidden/>
            <w:color w:val="auto"/>
            <w:sz w:val="32"/>
            <w:szCs w:val="22"/>
          </w:rPr>
          <w:fldChar w:fldCharType="end"/>
        </w:r>
      </w:hyperlink>
    </w:p>
    <w:p w14:paraId="24D95B9C" w14:textId="53E7F8BA" w:rsidR="00497BF4" w:rsidRPr="005F2B49" w:rsidRDefault="00000000">
      <w:pPr>
        <w:pStyle w:val="affb"/>
        <w:tabs>
          <w:tab w:val="right" w:leader="dot" w:pos="8630"/>
        </w:tabs>
        <w:rPr>
          <w:rStyle w:val="affa"/>
          <w:color w:val="auto"/>
          <w:sz w:val="32"/>
          <w:szCs w:val="22"/>
        </w:rPr>
      </w:pPr>
      <w:hyperlink w:anchor="_Toc239949133"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78  </w:t>
        </w:r>
        <w:r w:rsidR="00497BF4" w:rsidRPr="005F2B49">
          <w:rPr>
            <w:rStyle w:val="affa"/>
            <w:smallCaps w:val="0"/>
            <w:noProof/>
            <w:color w:val="auto"/>
            <w:sz w:val="32"/>
            <w:szCs w:val="22"/>
          </w:rPr>
          <w:t>學校設定頁面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_Toc239949133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86</w:t>
        </w:r>
        <w:r w:rsidR="00497BF4" w:rsidRPr="005F2B49">
          <w:rPr>
            <w:rStyle w:val="affa"/>
            <w:smallCaps w:val="0"/>
            <w:webHidden/>
            <w:color w:val="auto"/>
            <w:sz w:val="32"/>
            <w:szCs w:val="22"/>
          </w:rPr>
          <w:fldChar w:fldCharType="end"/>
        </w:r>
      </w:hyperlink>
    </w:p>
    <w:p w14:paraId="419C3DAC" w14:textId="303B5372" w:rsidR="00497BF4" w:rsidRPr="005F2B49" w:rsidRDefault="00000000">
      <w:pPr>
        <w:pStyle w:val="affb"/>
        <w:tabs>
          <w:tab w:val="right" w:leader="dot" w:pos="8630"/>
        </w:tabs>
        <w:rPr>
          <w:rStyle w:val="affa"/>
          <w:color w:val="auto"/>
          <w:sz w:val="32"/>
          <w:szCs w:val="22"/>
        </w:rPr>
      </w:pPr>
      <w:hyperlink w:anchor="_Toc239949134"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79  </w:t>
        </w:r>
        <w:r w:rsidR="00497BF4" w:rsidRPr="005F2B49">
          <w:rPr>
            <w:rStyle w:val="affa"/>
            <w:smallCaps w:val="0"/>
            <w:noProof/>
            <w:color w:val="auto"/>
            <w:sz w:val="32"/>
            <w:szCs w:val="22"/>
          </w:rPr>
          <w:t>系統管理者登入後台介面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_Toc239949134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87</w:t>
        </w:r>
        <w:r w:rsidR="00497BF4" w:rsidRPr="005F2B49">
          <w:rPr>
            <w:rStyle w:val="affa"/>
            <w:smallCaps w:val="0"/>
            <w:webHidden/>
            <w:color w:val="auto"/>
            <w:sz w:val="32"/>
            <w:szCs w:val="22"/>
          </w:rPr>
          <w:fldChar w:fldCharType="end"/>
        </w:r>
      </w:hyperlink>
    </w:p>
    <w:p w14:paraId="21F6CCB3" w14:textId="7D853635" w:rsidR="00497BF4" w:rsidRPr="005F2B49" w:rsidRDefault="00000000">
      <w:pPr>
        <w:pStyle w:val="affb"/>
        <w:tabs>
          <w:tab w:val="right" w:leader="dot" w:pos="8630"/>
        </w:tabs>
        <w:rPr>
          <w:rStyle w:val="affa"/>
          <w:color w:val="auto"/>
          <w:sz w:val="32"/>
          <w:szCs w:val="22"/>
        </w:rPr>
      </w:pPr>
      <w:hyperlink w:anchor="_Toc239949135"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80  </w:t>
        </w:r>
        <w:r w:rsidR="00497BF4" w:rsidRPr="005F2B49">
          <w:rPr>
            <w:rStyle w:val="affa"/>
            <w:smallCaps w:val="0"/>
            <w:noProof/>
            <w:color w:val="auto"/>
            <w:sz w:val="32"/>
            <w:szCs w:val="22"/>
          </w:rPr>
          <w:t>學校管理</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_Toc239949135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88</w:t>
        </w:r>
        <w:r w:rsidR="00497BF4" w:rsidRPr="005F2B49">
          <w:rPr>
            <w:rStyle w:val="affa"/>
            <w:smallCaps w:val="0"/>
            <w:webHidden/>
            <w:color w:val="auto"/>
            <w:sz w:val="32"/>
            <w:szCs w:val="22"/>
          </w:rPr>
          <w:fldChar w:fldCharType="end"/>
        </w:r>
      </w:hyperlink>
    </w:p>
    <w:p w14:paraId="1417A102" w14:textId="3A85B4D3" w:rsidR="00497BF4" w:rsidRPr="005F2B49" w:rsidRDefault="00000000">
      <w:pPr>
        <w:pStyle w:val="affb"/>
        <w:tabs>
          <w:tab w:val="right" w:leader="dot" w:pos="8630"/>
        </w:tabs>
        <w:rPr>
          <w:rStyle w:val="affa"/>
          <w:color w:val="auto"/>
          <w:sz w:val="32"/>
          <w:szCs w:val="22"/>
        </w:rPr>
      </w:pPr>
      <w:hyperlink w:anchor="_Toc239949136"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81  </w:t>
        </w:r>
        <w:r w:rsidR="00497BF4" w:rsidRPr="005F2B49">
          <w:rPr>
            <w:rStyle w:val="affa"/>
            <w:smallCaps w:val="0"/>
            <w:noProof/>
            <w:color w:val="auto"/>
            <w:sz w:val="32"/>
            <w:szCs w:val="22"/>
          </w:rPr>
          <w:t>新增學校介面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_Toc239949136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88</w:t>
        </w:r>
        <w:r w:rsidR="00497BF4" w:rsidRPr="005F2B49">
          <w:rPr>
            <w:rStyle w:val="affa"/>
            <w:smallCaps w:val="0"/>
            <w:webHidden/>
            <w:color w:val="auto"/>
            <w:sz w:val="32"/>
            <w:szCs w:val="22"/>
          </w:rPr>
          <w:fldChar w:fldCharType="end"/>
        </w:r>
      </w:hyperlink>
    </w:p>
    <w:p w14:paraId="6988831F" w14:textId="0934DC9B" w:rsidR="00497BF4" w:rsidRPr="005F2B49" w:rsidRDefault="00000000">
      <w:pPr>
        <w:pStyle w:val="affb"/>
        <w:tabs>
          <w:tab w:val="right" w:leader="dot" w:pos="8630"/>
        </w:tabs>
        <w:rPr>
          <w:rStyle w:val="affa"/>
          <w:color w:val="auto"/>
          <w:sz w:val="32"/>
          <w:szCs w:val="22"/>
        </w:rPr>
      </w:pPr>
      <w:hyperlink w:anchor="_Toc239949137"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82  </w:t>
        </w:r>
        <w:r w:rsidR="00497BF4" w:rsidRPr="005F2B49">
          <w:rPr>
            <w:rStyle w:val="affa"/>
            <w:smallCaps w:val="0"/>
            <w:noProof/>
            <w:color w:val="auto"/>
            <w:sz w:val="32"/>
            <w:szCs w:val="22"/>
          </w:rPr>
          <w:t>編輯學校介面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_Toc239949137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89</w:t>
        </w:r>
        <w:r w:rsidR="00497BF4" w:rsidRPr="005F2B49">
          <w:rPr>
            <w:rStyle w:val="affa"/>
            <w:smallCaps w:val="0"/>
            <w:webHidden/>
            <w:color w:val="auto"/>
            <w:sz w:val="32"/>
            <w:szCs w:val="22"/>
          </w:rPr>
          <w:fldChar w:fldCharType="end"/>
        </w:r>
      </w:hyperlink>
    </w:p>
    <w:p w14:paraId="351B1B59" w14:textId="2F2ADE86" w:rsidR="00497BF4" w:rsidRPr="005F2B49" w:rsidRDefault="00000000">
      <w:pPr>
        <w:pStyle w:val="affb"/>
        <w:tabs>
          <w:tab w:val="right" w:leader="dot" w:pos="8630"/>
        </w:tabs>
        <w:rPr>
          <w:rStyle w:val="affa"/>
          <w:color w:val="auto"/>
          <w:sz w:val="32"/>
          <w:szCs w:val="22"/>
        </w:rPr>
      </w:pPr>
      <w:hyperlink w:anchor="_Toc239949138"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83  </w:t>
        </w:r>
        <w:r w:rsidR="00497BF4" w:rsidRPr="005F2B49">
          <w:rPr>
            <w:rStyle w:val="affa"/>
            <w:smallCaps w:val="0"/>
            <w:noProof/>
            <w:color w:val="auto"/>
            <w:sz w:val="32"/>
            <w:szCs w:val="22"/>
          </w:rPr>
          <w:t>系統管理者管理</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_Toc239949138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90</w:t>
        </w:r>
        <w:r w:rsidR="00497BF4" w:rsidRPr="005F2B49">
          <w:rPr>
            <w:rStyle w:val="affa"/>
            <w:smallCaps w:val="0"/>
            <w:webHidden/>
            <w:color w:val="auto"/>
            <w:sz w:val="32"/>
            <w:szCs w:val="22"/>
          </w:rPr>
          <w:fldChar w:fldCharType="end"/>
        </w:r>
      </w:hyperlink>
    </w:p>
    <w:p w14:paraId="6BF4EC10" w14:textId="27C05D99" w:rsidR="00497BF4" w:rsidRPr="005F2B49" w:rsidRDefault="00000000">
      <w:pPr>
        <w:pStyle w:val="affb"/>
        <w:tabs>
          <w:tab w:val="right" w:leader="dot" w:pos="8630"/>
        </w:tabs>
        <w:rPr>
          <w:rStyle w:val="affa"/>
          <w:color w:val="auto"/>
          <w:sz w:val="32"/>
          <w:szCs w:val="22"/>
        </w:rPr>
      </w:pPr>
      <w:hyperlink w:anchor="_Toc239949139"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84  </w:t>
        </w:r>
        <w:r w:rsidR="00497BF4" w:rsidRPr="005F2B49">
          <w:rPr>
            <w:rStyle w:val="affa"/>
            <w:smallCaps w:val="0"/>
            <w:noProof/>
            <w:color w:val="auto"/>
            <w:sz w:val="32"/>
            <w:szCs w:val="22"/>
          </w:rPr>
          <w:t>新增系統管理者介面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_Toc239949139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91</w:t>
        </w:r>
        <w:r w:rsidR="00497BF4" w:rsidRPr="005F2B49">
          <w:rPr>
            <w:rStyle w:val="affa"/>
            <w:smallCaps w:val="0"/>
            <w:webHidden/>
            <w:color w:val="auto"/>
            <w:sz w:val="32"/>
            <w:szCs w:val="22"/>
          </w:rPr>
          <w:fldChar w:fldCharType="end"/>
        </w:r>
      </w:hyperlink>
    </w:p>
    <w:p w14:paraId="2E110DA3" w14:textId="6014020C" w:rsidR="00497BF4" w:rsidRPr="005F2B49" w:rsidRDefault="00000000">
      <w:pPr>
        <w:pStyle w:val="affb"/>
        <w:tabs>
          <w:tab w:val="right" w:leader="dot" w:pos="8630"/>
        </w:tabs>
        <w:rPr>
          <w:rStyle w:val="affa"/>
          <w:color w:val="auto"/>
          <w:sz w:val="32"/>
          <w:szCs w:val="22"/>
        </w:rPr>
      </w:pPr>
      <w:hyperlink w:anchor="_Toc239949140"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85  </w:t>
        </w:r>
        <w:r w:rsidR="00497BF4" w:rsidRPr="005F2B49">
          <w:rPr>
            <w:rStyle w:val="affa"/>
            <w:smallCaps w:val="0"/>
            <w:noProof/>
            <w:color w:val="auto"/>
            <w:sz w:val="32"/>
            <w:szCs w:val="22"/>
          </w:rPr>
          <w:t>編輯系統管理者介面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_Toc239949140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92</w:t>
        </w:r>
        <w:r w:rsidR="00497BF4" w:rsidRPr="005F2B49">
          <w:rPr>
            <w:rStyle w:val="affa"/>
            <w:smallCaps w:val="0"/>
            <w:webHidden/>
            <w:color w:val="auto"/>
            <w:sz w:val="32"/>
            <w:szCs w:val="22"/>
          </w:rPr>
          <w:fldChar w:fldCharType="end"/>
        </w:r>
      </w:hyperlink>
    </w:p>
    <w:p w14:paraId="5F44E860" w14:textId="53E060A8" w:rsidR="00497BF4" w:rsidRPr="005F2B49" w:rsidRDefault="00000000">
      <w:pPr>
        <w:pStyle w:val="affb"/>
        <w:tabs>
          <w:tab w:val="right" w:leader="dot" w:pos="8630"/>
        </w:tabs>
        <w:rPr>
          <w:rStyle w:val="affa"/>
          <w:color w:val="auto"/>
          <w:sz w:val="32"/>
          <w:szCs w:val="22"/>
        </w:rPr>
      </w:pPr>
      <w:hyperlink w:anchor="_Toc239949141"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86  </w:t>
        </w:r>
        <w:r w:rsidR="00497BF4" w:rsidRPr="005F2B49">
          <w:rPr>
            <w:rStyle w:val="affa"/>
            <w:smallCaps w:val="0"/>
            <w:noProof/>
            <w:color w:val="auto"/>
            <w:sz w:val="32"/>
            <w:szCs w:val="22"/>
          </w:rPr>
          <w:t>修改系統管理者密碼介面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_Toc239949141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93</w:t>
        </w:r>
        <w:r w:rsidR="00497BF4" w:rsidRPr="005F2B49">
          <w:rPr>
            <w:rStyle w:val="affa"/>
            <w:smallCaps w:val="0"/>
            <w:webHidden/>
            <w:color w:val="auto"/>
            <w:sz w:val="32"/>
            <w:szCs w:val="22"/>
          </w:rPr>
          <w:fldChar w:fldCharType="end"/>
        </w:r>
      </w:hyperlink>
    </w:p>
    <w:p w14:paraId="7193939F" w14:textId="41E4A88B" w:rsidR="00497BF4" w:rsidRPr="005F2B49" w:rsidRDefault="00000000">
      <w:pPr>
        <w:pStyle w:val="affb"/>
        <w:tabs>
          <w:tab w:val="right" w:leader="dot" w:pos="8630"/>
        </w:tabs>
        <w:rPr>
          <w:rStyle w:val="affa"/>
          <w:color w:val="auto"/>
          <w:sz w:val="32"/>
          <w:szCs w:val="22"/>
        </w:rPr>
      </w:pPr>
      <w:hyperlink w:anchor="_Toc239949142"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87  </w:t>
        </w:r>
        <w:r w:rsidR="00497BF4" w:rsidRPr="005F2B49">
          <w:rPr>
            <w:rStyle w:val="affa"/>
            <w:smallCaps w:val="0"/>
            <w:noProof/>
            <w:color w:val="auto"/>
            <w:sz w:val="32"/>
            <w:szCs w:val="22"/>
          </w:rPr>
          <w:t>學校管理者管理</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_Toc239949142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93</w:t>
        </w:r>
        <w:r w:rsidR="00497BF4" w:rsidRPr="005F2B49">
          <w:rPr>
            <w:rStyle w:val="affa"/>
            <w:smallCaps w:val="0"/>
            <w:webHidden/>
            <w:color w:val="auto"/>
            <w:sz w:val="32"/>
            <w:szCs w:val="22"/>
          </w:rPr>
          <w:fldChar w:fldCharType="end"/>
        </w:r>
      </w:hyperlink>
    </w:p>
    <w:p w14:paraId="4593386B" w14:textId="5897AB7C" w:rsidR="00497BF4" w:rsidRPr="005F2B49" w:rsidRDefault="00000000">
      <w:pPr>
        <w:pStyle w:val="affb"/>
        <w:tabs>
          <w:tab w:val="right" w:leader="dot" w:pos="8630"/>
        </w:tabs>
        <w:rPr>
          <w:rStyle w:val="affa"/>
          <w:color w:val="auto"/>
          <w:sz w:val="32"/>
          <w:szCs w:val="22"/>
        </w:rPr>
      </w:pPr>
      <w:hyperlink w:anchor="_Toc239949143"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88  </w:t>
        </w:r>
        <w:r w:rsidR="00497BF4" w:rsidRPr="005F2B49">
          <w:rPr>
            <w:rStyle w:val="affa"/>
            <w:smallCaps w:val="0"/>
            <w:noProof/>
            <w:color w:val="auto"/>
            <w:sz w:val="32"/>
            <w:szCs w:val="22"/>
          </w:rPr>
          <w:t>新增學校管理者介面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_Toc239949143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94</w:t>
        </w:r>
        <w:r w:rsidR="00497BF4" w:rsidRPr="005F2B49">
          <w:rPr>
            <w:rStyle w:val="affa"/>
            <w:smallCaps w:val="0"/>
            <w:webHidden/>
            <w:color w:val="auto"/>
            <w:sz w:val="32"/>
            <w:szCs w:val="22"/>
          </w:rPr>
          <w:fldChar w:fldCharType="end"/>
        </w:r>
      </w:hyperlink>
    </w:p>
    <w:p w14:paraId="3BE82BE0" w14:textId="3F8C74C1" w:rsidR="00497BF4" w:rsidRPr="005F2B49" w:rsidRDefault="00000000">
      <w:pPr>
        <w:pStyle w:val="affb"/>
        <w:tabs>
          <w:tab w:val="right" w:leader="dot" w:pos="8630"/>
        </w:tabs>
        <w:rPr>
          <w:rStyle w:val="affa"/>
          <w:color w:val="auto"/>
          <w:sz w:val="32"/>
          <w:szCs w:val="22"/>
        </w:rPr>
      </w:pPr>
      <w:hyperlink w:anchor="_Toc239949144"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89  </w:t>
        </w:r>
        <w:r w:rsidR="00497BF4" w:rsidRPr="005F2B49">
          <w:rPr>
            <w:rStyle w:val="affa"/>
            <w:smallCaps w:val="0"/>
            <w:noProof/>
            <w:color w:val="auto"/>
            <w:sz w:val="32"/>
            <w:szCs w:val="22"/>
          </w:rPr>
          <w:t>編輯學校管理者介面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_Toc239949144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95</w:t>
        </w:r>
        <w:r w:rsidR="00497BF4" w:rsidRPr="005F2B49">
          <w:rPr>
            <w:rStyle w:val="affa"/>
            <w:smallCaps w:val="0"/>
            <w:webHidden/>
            <w:color w:val="auto"/>
            <w:sz w:val="32"/>
            <w:szCs w:val="22"/>
          </w:rPr>
          <w:fldChar w:fldCharType="end"/>
        </w:r>
      </w:hyperlink>
    </w:p>
    <w:p w14:paraId="54E80365" w14:textId="4FF44266" w:rsidR="00497BF4" w:rsidRPr="005F2B49" w:rsidRDefault="00000000">
      <w:pPr>
        <w:pStyle w:val="affb"/>
        <w:tabs>
          <w:tab w:val="right" w:leader="dot" w:pos="8630"/>
        </w:tabs>
        <w:rPr>
          <w:rStyle w:val="affa"/>
          <w:color w:val="auto"/>
          <w:sz w:val="32"/>
          <w:szCs w:val="22"/>
        </w:rPr>
      </w:pPr>
      <w:hyperlink w:anchor="_Toc239949145"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90  </w:t>
        </w:r>
        <w:r w:rsidR="00497BF4" w:rsidRPr="005F2B49">
          <w:rPr>
            <w:rStyle w:val="affa"/>
            <w:smallCaps w:val="0"/>
            <w:noProof/>
            <w:color w:val="auto"/>
            <w:sz w:val="32"/>
            <w:szCs w:val="22"/>
          </w:rPr>
          <w:t>修改學校管理者密碼介面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_Toc239949145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96</w:t>
        </w:r>
        <w:r w:rsidR="00497BF4" w:rsidRPr="005F2B49">
          <w:rPr>
            <w:rStyle w:val="affa"/>
            <w:smallCaps w:val="0"/>
            <w:webHidden/>
            <w:color w:val="auto"/>
            <w:sz w:val="32"/>
            <w:szCs w:val="22"/>
          </w:rPr>
          <w:fldChar w:fldCharType="end"/>
        </w:r>
      </w:hyperlink>
    </w:p>
    <w:p w14:paraId="63D71D6B" w14:textId="7A6B5511" w:rsidR="00497BF4" w:rsidRPr="005F2B49" w:rsidRDefault="00000000">
      <w:pPr>
        <w:pStyle w:val="affb"/>
        <w:tabs>
          <w:tab w:val="right" w:leader="dot" w:pos="8630"/>
        </w:tabs>
        <w:rPr>
          <w:rStyle w:val="affa"/>
          <w:color w:val="auto"/>
          <w:sz w:val="32"/>
          <w:szCs w:val="22"/>
        </w:rPr>
      </w:pPr>
      <w:hyperlink w:anchor="_Toc239949146"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91  </w:t>
        </w:r>
        <w:r w:rsidR="00497BF4" w:rsidRPr="005F2B49">
          <w:rPr>
            <w:rStyle w:val="affa"/>
            <w:smallCaps w:val="0"/>
            <w:noProof/>
            <w:color w:val="auto"/>
            <w:sz w:val="32"/>
            <w:szCs w:val="22"/>
          </w:rPr>
          <w:t>帳號管理</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_Toc239949146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97</w:t>
        </w:r>
        <w:r w:rsidR="00497BF4" w:rsidRPr="005F2B49">
          <w:rPr>
            <w:rStyle w:val="affa"/>
            <w:smallCaps w:val="0"/>
            <w:webHidden/>
            <w:color w:val="auto"/>
            <w:sz w:val="32"/>
            <w:szCs w:val="22"/>
          </w:rPr>
          <w:fldChar w:fldCharType="end"/>
        </w:r>
      </w:hyperlink>
    </w:p>
    <w:p w14:paraId="4E908902" w14:textId="0664AA6B" w:rsidR="00497BF4" w:rsidRPr="005F2B49" w:rsidRDefault="00000000">
      <w:pPr>
        <w:pStyle w:val="affb"/>
        <w:tabs>
          <w:tab w:val="right" w:leader="dot" w:pos="8630"/>
        </w:tabs>
        <w:rPr>
          <w:rStyle w:val="affa"/>
          <w:color w:val="auto"/>
          <w:sz w:val="32"/>
          <w:szCs w:val="22"/>
        </w:rPr>
      </w:pPr>
      <w:hyperlink w:anchor="_Toc239949147"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92  </w:t>
        </w:r>
        <w:r w:rsidR="00497BF4" w:rsidRPr="005F2B49">
          <w:rPr>
            <w:rStyle w:val="affa"/>
            <w:smallCaps w:val="0"/>
            <w:noProof/>
            <w:color w:val="auto"/>
            <w:sz w:val="32"/>
            <w:szCs w:val="22"/>
          </w:rPr>
          <w:t>帳號管理編輯介面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_Toc239949147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98</w:t>
        </w:r>
        <w:r w:rsidR="00497BF4" w:rsidRPr="005F2B49">
          <w:rPr>
            <w:rStyle w:val="affa"/>
            <w:smallCaps w:val="0"/>
            <w:webHidden/>
            <w:color w:val="auto"/>
            <w:sz w:val="32"/>
            <w:szCs w:val="22"/>
          </w:rPr>
          <w:fldChar w:fldCharType="end"/>
        </w:r>
      </w:hyperlink>
    </w:p>
    <w:p w14:paraId="19E4E43A" w14:textId="6642D662" w:rsidR="00497BF4" w:rsidRPr="005F2B49" w:rsidRDefault="00000000">
      <w:pPr>
        <w:pStyle w:val="affb"/>
        <w:tabs>
          <w:tab w:val="right" w:leader="dot" w:pos="8630"/>
        </w:tabs>
        <w:rPr>
          <w:rStyle w:val="affa"/>
          <w:color w:val="auto"/>
          <w:sz w:val="32"/>
          <w:szCs w:val="22"/>
        </w:rPr>
      </w:pPr>
      <w:hyperlink w:anchor="_Toc239949148"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93  Chatbot</w:t>
        </w:r>
        <w:r w:rsidR="00497BF4" w:rsidRPr="005F2B49">
          <w:rPr>
            <w:rStyle w:val="affa"/>
            <w:smallCaps w:val="0"/>
            <w:noProof/>
            <w:color w:val="auto"/>
            <w:sz w:val="32"/>
            <w:szCs w:val="22"/>
          </w:rPr>
          <w:t>模板管理介面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_Toc239949148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99</w:t>
        </w:r>
        <w:r w:rsidR="00497BF4" w:rsidRPr="005F2B49">
          <w:rPr>
            <w:rStyle w:val="affa"/>
            <w:smallCaps w:val="0"/>
            <w:webHidden/>
            <w:color w:val="auto"/>
            <w:sz w:val="32"/>
            <w:szCs w:val="22"/>
          </w:rPr>
          <w:fldChar w:fldCharType="end"/>
        </w:r>
      </w:hyperlink>
    </w:p>
    <w:p w14:paraId="7D143805" w14:textId="5828BD7F" w:rsidR="00497BF4" w:rsidRPr="005F2B49" w:rsidRDefault="00000000">
      <w:pPr>
        <w:pStyle w:val="affb"/>
        <w:tabs>
          <w:tab w:val="right" w:leader="dot" w:pos="8630"/>
        </w:tabs>
        <w:rPr>
          <w:rStyle w:val="affa"/>
          <w:color w:val="auto"/>
          <w:sz w:val="32"/>
          <w:szCs w:val="22"/>
        </w:rPr>
      </w:pPr>
      <w:hyperlink w:anchor="_Toc239949149"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94  </w:t>
        </w:r>
        <w:r w:rsidR="00497BF4" w:rsidRPr="005F2B49">
          <w:rPr>
            <w:rStyle w:val="affa"/>
            <w:smallCaps w:val="0"/>
            <w:noProof/>
            <w:color w:val="auto"/>
            <w:sz w:val="32"/>
            <w:szCs w:val="22"/>
          </w:rPr>
          <w:t>選擇學校介面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_Toc239949149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101</w:t>
        </w:r>
        <w:r w:rsidR="00497BF4" w:rsidRPr="005F2B49">
          <w:rPr>
            <w:rStyle w:val="affa"/>
            <w:smallCaps w:val="0"/>
            <w:webHidden/>
            <w:color w:val="auto"/>
            <w:sz w:val="32"/>
            <w:szCs w:val="22"/>
          </w:rPr>
          <w:fldChar w:fldCharType="end"/>
        </w:r>
      </w:hyperlink>
    </w:p>
    <w:p w14:paraId="0BB60571" w14:textId="00AF5F1E" w:rsidR="00497BF4" w:rsidRPr="005F2B49" w:rsidRDefault="00000000">
      <w:pPr>
        <w:pStyle w:val="affb"/>
        <w:tabs>
          <w:tab w:val="right" w:leader="dot" w:pos="8630"/>
        </w:tabs>
        <w:rPr>
          <w:rStyle w:val="affa"/>
          <w:color w:val="auto"/>
          <w:sz w:val="32"/>
          <w:szCs w:val="22"/>
        </w:rPr>
      </w:pPr>
      <w:hyperlink w:anchor="_Toc239949150"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95  </w:t>
        </w:r>
        <w:r w:rsidR="00497BF4" w:rsidRPr="005F2B49">
          <w:rPr>
            <w:rStyle w:val="affa"/>
            <w:smallCaps w:val="0"/>
            <w:noProof/>
            <w:color w:val="auto"/>
            <w:sz w:val="32"/>
            <w:szCs w:val="22"/>
          </w:rPr>
          <w:t>個人資料設定</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_Toc239949150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102</w:t>
        </w:r>
        <w:r w:rsidR="00497BF4" w:rsidRPr="005F2B49">
          <w:rPr>
            <w:rStyle w:val="affa"/>
            <w:smallCaps w:val="0"/>
            <w:webHidden/>
            <w:color w:val="auto"/>
            <w:sz w:val="32"/>
            <w:szCs w:val="22"/>
          </w:rPr>
          <w:fldChar w:fldCharType="end"/>
        </w:r>
      </w:hyperlink>
    </w:p>
    <w:p w14:paraId="60FB69A2" w14:textId="5EEED453" w:rsidR="00497BF4" w:rsidRPr="005F2B49" w:rsidRDefault="00000000">
      <w:pPr>
        <w:pStyle w:val="affb"/>
        <w:tabs>
          <w:tab w:val="right" w:leader="dot" w:pos="8630"/>
        </w:tabs>
        <w:rPr>
          <w:rStyle w:val="affa"/>
          <w:color w:val="auto"/>
          <w:sz w:val="32"/>
          <w:szCs w:val="22"/>
        </w:rPr>
      </w:pPr>
      <w:hyperlink w:anchor="_Toc239949151"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96  </w:t>
        </w:r>
        <w:r w:rsidR="00497BF4" w:rsidRPr="005F2B49">
          <w:rPr>
            <w:rStyle w:val="affa"/>
            <w:smallCaps w:val="0"/>
            <w:noProof/>
            <w:color w:val="auto"/>
            <w:sz w:val="32"/>
            <w:szCs w:val="22"/>
          </w:rPr>
          <w:t>個人密碼設定介面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_Toc239949151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102</w:t>
        </w:r>
        <w:r w:rsidR="00497BF4" w:rsidRPr="005F2B49">
          <w:rPr>
            <w:rStyle w:val="affa"/>
            <w:smallCaps w:val="0"/>
            <w:webHidden/>
            <w:color w:val="auto"/>
            <w:sz w:val="32"/>
            <w:szCs w:val="22"/>
          </w:rPr>
          <w:fldChar w:fldCharType="end"/>
        </w:r>
      </w:hyperlink>
    </w:p>
    <w:p w14:paraId="281064CA" w14:textId="4129026E" w:rsidR="00497BF4" w:rsidRPr="005F2B49" w:rsidRDefault="00000000">
      <w:pPr>
        <w:pStyle w:val="affb"/>
        <w:tabs>
          <w:tab w:val="right" w:leader="dot" w:pos="8630"/>
        </w:tabs>
        <w:rPr>
          <w:rFonts w:eastAsiaTheme="minorEastAsia"/>
          <w:smallCaps w:val="0"/>
          <w:noProof/>
          <w:kern w:val="2"/>
          <w:sz w:val="24"/>
          <w:szCs w:val="24"/>
          <w:lang w:eastAsia="zh-TW"/>
          <w14:ligatures w14:val="standardContextual"/>
        </w:rPr>
      </w:pPr>
      <w:hyperlink w:anchor="_Toc239949152" w:history="1">
        <w:r w:rsidR="00497BF4" w:rsidRPr="005F2B49">
          <w:rPr>
            <w:rStyle w:val="affa"/>
            <w:smallCaps w:val="0"/>
            <w:noProof/>
            <w:color w:val="auto"/>
            <w:sz w:val="32"/>
            <w:szCs w:val="22"/>
          </w:rPr>
          <w:t>圖</w:t>
        </w:r>
        <w:r w:rsidR="00497BF4" w:rsidRPr="005F2B49">
          <w:rPr>
            <w:rStyle w:val="affa"/>
            <w:smallCaps w:val="0"/>
            <w:noProof/>
            <w:color w:val="auto"/>
            <w:sz w:val="32"/>
            <w:szCs w:val="22"/>
          </w:rPr>
          <w:t xml:space="preserve"> 97  </w:t>
        </w:r>
        <w:r w:rsidR="00497BF4" w:rsidRPr="005F2B49">
          <w:rPr>
            <w:rStyle w:val="affa"/>
            <w:smallCaps w:val="0"/>
            <w:noProof/>
            <w:color w:val="auto"/>
            <w:sz w:val="32"/>
            <w:szCs w:val="22"/>
          </w:rPr>
          <w:t>個人外觀設定介面</w:t>
        </w:r>
        <w:r w:rsidR="00497BF4" w:rsidRPr="005F2B49">
          <w:rPr>
            <w:rStyle w:val="affa"/>
            <w:smallCaps w:val="0"/>
            <w:webHidden/>
            <w:color w:val="auto"/>
            <w:sz w:val="32"/>
            <w:szCs w:val="22"/>
          </w:rPr>
          <w:tab/>
        </w:r>
        <w:r w:rsidR="00497BF4" w:rsidRPr="005F2B49">
          <w:rPr>
            <w:rStyle w:val="affa"/>
            <w:smallCaps w:val="0"/>
            <w:webHidden/>
            <w:color w:val="auto"/>
            <w:sz w:val="32"/>
            <w:szCs w:val="22"/>
          </w:rPr>
          <w:fldChar w:fldCharType="begin"/>
        </w:r>
        <w:r w:rsidR="00497BF4" w:rsidRPr="005F2B49">
          <w:rPr>
            <w:rStyle w:val="affa"/>
            <w:smallCaps w:val="0"/>
            <w:webHidden/>
            <w:color w:val="auto"/>
            <w:sz w:val="32"/>
            <w:szCs w:val="22"/>
          </w:rPr>
          <w:instrText xml:space="preserve"> PAGEREF _Toc239949152 \h </w:instrText>
        </w:r>
        <w:r w:rsidR="00497BF4" w:rsidRPr="005F2B49">
          <w:rPr>
            <w:rStyle w:val="affa"/>
            <w:smallCaps w:val="0"/>
            <w:webHidden/>
            <w:color w:val="auto"/>
            <w:sz w:val="32"/>
            <w:szCs w:val="22"/>
          </w:rPr>
        </w:r>
        <w:r w:rsidR="00497BF4" w:rsidRPr="005F2B49">
          <w:rPr>
            <w:rStyle w:val="affa"/>
            <w:smallCaps w:val="0"/>
            <w:webHidden/>
            <w:color w:val="auto"/>
            <w:sz w:val="32"/>
            <w:szCs w:val="22"/>
          </w:rPr>
          <w:fldChar w:fldCharType="separate"/>
        </w:r>
        <w:r w:rsidR="00497BF4" w:rsidRPr="005F2B49">
          <w:rPr>
            <w:rStyle w:val="affa"/>
            <w:smallCaps w:val="0"/>
            <w:webHidden/>
            <w:color w:val="auto"/>
            <w:sz w:val="32"/>
            <w:szCs w:val="22"/>
          </w:rPr>
          <w:t>103</w:t>
        </w:r>
        <w:r w:rsidR="00497BF4" w:rsidRPr="005F2B49">
          <w:rPr>
            <w:rStyle w:val="affa"/>
            <w:smallCaps w:val="0"/>
            <w:webHidden/>
            <w:color w:val="auto"/>
            <w:sz w:val="32"/>
            <w:szCs w:val="22"/>
          </w:rPr>
          <w:fldChar w:fldCharType="end"/>
        </w:r>
      </w:hyperlink>
    </w:p>
    <w:p w14:paraId="5C85A20F" w14:textId="17F7534E" w:rsidR="00C862DF" w:rsidRPr="005F2B49" w:rsidRDefault="00C862DF" w:rsidP="00445BE6">
      <w:pPr>
        <w:pStyle w:val="2a"/>
        <w:tabs>
          <w:tab w:val="right" w:leader="dot" w:pos="8630"/>
        </w:tabs>
        <w:ind w:leftChars="0" w:left="0"/>
        <w:rPr>
          <w:rStyle w:val="affa"/>
          <w:noProof/>
          <w:color w:val="auto"/>
        </w:rPr>
      </w:pPr>
      <w:r w:rsidRPr="005F2B49">
        <w:rPr>
          <w:rStyle w:val="affa"/>
          <w:noProof/>
          <w:color w:val="auto"/>
        </w:rPr>
        <w:fldChar w:fldCharType="end"/>
      </w:r>
    </w:p>
    <w:p w14:paraId="0DA70340" w14:textId="77777777" w:rsidR="00C862DF" w:rsidRPr="005F2B49" w:rsidRDefault="00C862DF" w:rsidP="00561F99">
      <w:pPr>
        <w:jc w:val="both"/>
        <w:rPr>
          <w:rFonts w:ascii="Times New Roman" w:hAnsi="Times New Roman" w:cs="Times New Roman"/>
          <w:szCs w:val="32"/>
          <w:lang w:eastAsia="zh-TW"/>
        </w:rPr>
      </w:pPr>
      <w:r w:rsidRPr="005F2B49">
        <w:rPr>
          <w:rFonts w:ascii="Times New Roman" w:hAnsi="Times New Roman" w:cs="Times New Roman"/>
          <w:szCs w:val="32"/>
          <w:lang w:eastAsia="zh-TW"/>
        </w:rPr>
        <w:br w:type="page"/>
      </w:r>
    </w:p>
    <w:p w14:paraId="5B347402" w14:textId="77777777" w:rsidR="000358E7" w:rsidRPr="005F2B49" w:rsidRDefault="000358E7" w:rsidP="001B52D6">
      <w:pPr>
        <w:pStyle w:val="1"/>
        <w:rPr>
          <w:color w:val="auto"/>
        </w:rPr>
      </w:pPr>
      <w:bookmarkStart w:id="0" w:name="_Toc206400345"/>
      <w:bookmarkStart w:id="1" w:name="_Toc206402257"/>
      <w:bookmarkStart w:id="2" w:name="_Toc206402357"/>
      <w:bookmarkStart w:id="3" w:name="_Toc206403990"/>
      <w:bookmarkStart w:id="4" w:name="_Toc206404309"/>
      <w:bookmarkStart w:id="5" w:name="_Toc239949023"/>
      <w:bookmarkStart w:id="6" w:name="_Toc206396952"/>
      <w:bookmarkStart w:id="7" w:name="_Toc206400336"/>
      <w:bookmarkStart w:id="8" w:name="_Toc206402248"/>
      <w:bookmarkStart w:id="9" w:name="_Toc206402348"/>
      <w:bookmarkStart w:id="10" w:name="_Toc206403980"/>
      <w:bookmarkStart w:id="11" w:name="_Toc206404299"/>
      <w:r w:rsidRPr="005F2B49">
        <w:rPr>
          <w:color w:val="auto"/>
        </w:rPr>
        <w:lastRenderedPageBreak/>
        <w:t>第</w:t>
      </w:r>
      <w:r w:rsidRPr="005F2B49">
        <w:rPr>
          <w:color w:val="auto"/>
        </w:rPr>
        <w:t xml:space="preserve"> 1 </w:t>
      </w:r>
      <w:r w:rsidRPr="005F2B49">
        <w:rPr>
          <w:color w:val="auto"/>
        </w:rPr>
        <w:t>章</w:t>
      </w:r>
      <w:r w:rsidRPr="005F2B49">
        <w:rPr>
          <w:color w:val="auto"/>
        </w:rPr>
        <w:t xml:space="preserve"> </w:t>
      </w:r>
      <w:r w:rsidRPr="005F2B49">
        <w:rPr>
          <w:color w:val="auto"/>
        </w:rPr>
        <w:t>系統進入方式</w:t>
      </w:r>
      <w:bookmarkEnd w:id="0"/>
      <w:bookmarkEnd w:id="1"/>
      <w:bookmarkEnd w:id="2"/>
      <w:bookmarkEnd w:id="3"/>
      <w:bookmarkEnd w:id="4"/>
      <w:bookmarkEnd w:id="5"/>
    </w:p>
    <w:p w14:paraId="06534EB1" w14:textId="77777777" w:rsidR="000358E7" w:rsidRPr="005F2B49" w:rsidRDefault="000358E7" w:rsidP="007C1FC0">
      <w:pPr>
        <w:pStyle w:val="21"/>
        <w:numPr>
          <w:ilvl w:val="1"/>
          <w:numId w:val="9"/>
        </w:numPr>
        <w:rPr>
          <w:color w:val="auto"/>
        </w:rPr>
      </w:pPr>
      <w:bookmarkStart w:id="12" w:name="_Toc206400346"/>
      <w:bookmarkStart w:id="13" w:name="_Toc206402258"/>
      <w:bookmarkStart w:id="14" w:name="_Toc206402358"/>
      <w:bookmarkStart w:id="15" w:name="_Toc206403991"/>
      <w:bookmarkStart w:id="16" w:name="_Toc206404310"/>
      <w:bookmarkStart w:id="17" w:name="_Toc239949024"/>
      <w:r w:rsidRPr="005F2B49">
        <w:rPr>
          <w:color w:val="auto"/>
        </w:rPr>
        <w:t>系統網址</w:t>
      </w:r>
      <w:bookmarkEnd w:id="12"/>
      <w:bookmarkEnd w:id="13"/>
      <w:bookmarkEnd w:id="14"/>
      <w:bookmarkEnd w:id="15"/>
      <w:bookmarkEnd w:id="16"/>
      <w:bookmarkEnd w:id="17"/>
    </w:p>
    <w:p w14:paraId="44FE873C" w14:textId="77777777" w:rsidR="000358E7" w:rsidRPr="005F2B49" w:rsidRDefault="00E10A08" w:rsidP="000358E7">
      <w:pPr>
        <w:jc w:val="both"/>
        <w:rPr>
          <w:rFonts w:ascii="Times New Roman" w:hAnsi="Times New Roman" w:cs="Times New Roman"/>
          <w:szCs w:val="32"/>
          <w:lang w:eastAsia="zh-TW"/>
        </w:rPr>
      </w:pPr>
      <w:r w:rsidRPr="005F2B49">
        <w:rPr>
          <w:rFonts w:ascii="Times New Roman" w:hAnsi="Times New Roman" w:cs="Times New Roman"/>
          <w:szCs w:val="32"/>
          <w:lang w:eastAsia="zh-TW"/>
        </w:rPr>
        <w:t>https://aintcu.ntcu.edu.tw/</w:t>
      </w:r>
    </w:p>
    <w:p w14:paraId="7396E5B5" w14:textId="77777777" w:rsidR="000358E7" w:rsidRPr="005F2B49" w:rsidRDefault="000358E7" w:rsidP="003C53DE">
      <w:pPr>
        <w:ind w:firstLine="720"/>
        <w:jc w:val="both"/>
        <w:rPr>
          <w:rFonts w:ascii="Times New Roman" w:hAnsi="Times New Roman" w:cs="Times New Roman"/>
          <w:szCs w:val="32"/>
          <w:lang w:eastAsia="zh-TW"/>
        </w:rPr>
      </w:pPr>
      <w:r w:rsidRPr="005F2B49">
        <w:rPr>
          <w:rFonts w:ascii="Times New Roman" w:hAnsi="Times New Roman" w:cs="Times New Roman"/>
          <w:szCs w:val="32"/>
          <w:lang w:eastAsia="zh-TW"/>
        </w:rPr>
        <w:br w:type="page"/>
      </w:r>
    </w:p>
    <w:p w14:paraId="7EF73395" w14:textId="77777777" w:rsidR="008E319E" w:rsidRPr="005F2B49" w:rsidRDefault="00A622C5" w:rsidP="001B52D6">
      <w:pPr>
        <w:pStyle w:val="1"/>
        <w:rPr>
          <w:color w:val="auto"/>
        </w:rPr>
      </w:pPr>
      <w:bookmarkStart w:id="18" w:name="_Toc239949025"/>
      <w:r w:rsidRPr="005F2B49">
        <w:rPr>
          <w:color w:val="auto"/>
        </w:rPr>
        <w:lastRenderedPageBreak/>
        <w:t>第</w:t>
      </w:r>
      <w:r w:rsidRPr="005F2B49">
        <w:rPr>
          <w:color w:val="auto"/>
        </w:rPr>
        <w:t xml:space="preserve"> 2 </w:t>
      </w:r>
      <w:r w:rsidRPr="005F2B49">
        <w:rPr>
          <w:color w:val="auto"/>
        </w:rPr>
        <w:t>章</w:t>
      </w:r>
      <w:r w:rsidRPr="005F2B49">
        <w:rPr>
          <w:color w:val="auto"/>
        </w:rPr>
        <w:t xml:space="preserve"> </w:t>
      </w:r>
      <w:r w:rsidR="00C61E32" w:rsidRPr="005F2B49">
        <w:rPr>
          <w:color w:val="auto"/>
        </w:rPr>
        <w:t>前台系統操作說明</w:t>
      </w:r>
      <w:bookmarkEnd w:id="6"/>
      <w:bookmarkEnd w:id="7"/>
      <w:bookmarkEnd w:id="8"/>
      <w:bookmarkEnd w:id="9"/>
      <w:bookmarkEnd w:id="10"/>
      <w:bookmarkEnd w:id="11"/>
      <w:bookmarkEnd w:id="18"/>
    </w:p>
    <w:p w14:paraId="6C82CB72" w14:textId="77777777" w:rsidR="007A14A6" w:rsidRPr="005F2B49" w:rsidRDefault="00A622C5" w:rsidP="001B52D6">
      <w:pPr>
        <w:pStyle w:val="21"/>
        <w:rPr>
          <w:rStyle w:val="40"/>
          <w:rFonts w:ascii="Times New Roman" w:hAnsi="Times New Roman" w:cs="Times New Roman"/>
          <w:b/>
          <w:bCs/>
          <w:iCs w:val="0"/>
          <w:color w:val="auto"/>
        </w:rPr>
      </w:pPr>
      <w:bookmarkStart w:id="19" w:name="_Toc206396953"/>
      <w:bookmarkStart w:id="20" w:name="_Toc206400337"/>
      <w:bookmarkStart w:id="21" w:name="_Toc206402249"/>
      <w:bookmarkStart w:id="22" w:name="_Toc206402349"/>
      <w:bookmarkStart w:id="23" w:name="_Toc206403981"/>
      <w:bookmarkStart w:id="24" w:name="_Toc206404300"/>
      <w:bookmarkStart w:id="25" w:name="_Toc239949026"/>
      <w:r w:rsidRPr="005F2B49">
        <w:rPr>
          <w:rStyle w:val="22"/>
          <w:b/>
          <w:bCs/>
          <w:color w:val="auto"/>
        </w:rPr>
        <w:t>2.</w:t>
      </w:r>
      <w:r w:rsidRPr="005F2B49">
        <w:rPr>
          <w:rStyle w:val="40"/>
          <w:rFonts w:ascii="Times New Roman" w:hAnsi="Times New Roman" w:cs="Times New Roman"/>
          <w:b/>
          <w:bCs/>
          <w:iCs w:val="0"/>
          <w:color w:val="auto"/>
        </w:rPr>
        <w:t xml:space="preserve">1 </w:t>
      </w:r>
      <w:r w:rsidR="00C61E32" w:rsidRPr="005F2B49">
        <w:rPr>
          <w:rStyle w:val="40"/>
          <w:rFonts w:ascii="Times New Roman" w:hAnsi="Times New Roman" w:cs="Times New Roman"/>
          <w:b/>
          <w:bCs/>
          <w:iCs w:val="0"/>
          <w:color w:val="auto"/>
        </w:rPr>
        <w:t>前台</w:t>
      </w:r>
      <w:r w:rsidR="0069795A" w:rsidRPr="005F2B49">
        <w:rPr>
          <w:rStyle w:val="40"/>
          <w:rFonts w:ascii="Times New Roman" w:hAnsi="Times New Roman" w:cs="Times New Roman"/>
          <w:b/>
          <w:bCs/>
          <w:iCs w:val="0"/>
          <w:color w:val="auto"/>
        </w:rPr>
        <w:t>登</w:t>
      </w:r>
      <w:r w:rsidR="00C61E32" w:rsidRPr="005F2B49">
        <w:rPr>
          <w:rStyle w:val="40"/>
          <w:rFonts w:ascii="Times New Roman" w:hAnsi="Times New Roman" w:cs="Times New Roman"/>
          <w:b/>
          <w:bCs/>
          <w:iCs w:val="0"/>
          <w:color w:val="auto"/>
        </w:rPr>
        <w:t>入介面</w:t>
      </w:r>
      <w:bookmarkEnd w:id="19"/>
      <w:bookmarkEnd w:id="20"/>
      <w:bookmarkEnd w:id="21"/>
      <w:bookmarkEnd w:id="22"/>
      <w:bookmarkEnd w:id="23"/>
      <w:bookmarkEnd w:id="24"/>
      <w:bookmarkEnd w:id="25"/>
    </w:p>
    <w:p w14:paraId="70C3B90A" w14:textId="77777777" w:rsidR="008E319E" w:rsidRPr="005F2B49" w:rsidRDefault="00E10A08" w:rsidP="00466B4C">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143C4311" wp14:editId="398D3808">
            <wp:extent cx="3864601" cy="5612072"/>
            <wp:effectExtent l="0" t="0" r="3175" b="8255"/>
            <wp:docPr id="138742400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24009" name=""/>
                    <pic:cNvPicPr/>
                  </pic:nvPicPr>
                  <pic:blipFill>
                    <a:blip r:embed="rId20"/>
                    <a:stretch>
                      <a:fillRect/>
                    </a:stretch>
                  </pic:blipFill>
                  <pic:spPr>
                    <a:xfrm>
                      <a:off x="0" y="0"/>
                      <a:ext cx="3867630" cy="5616471"/>
                    </a:xfrm>
                    <a:prstGeom prst="rect">
                      <a:avLst/>
                    </a:prstGeom>
                  </pic:spPr>
                </pic:pic>
              </a:graphicData>
            </a:graphic>
          </wp:inline>
        </w:drawing>
      </w:r>
    </w:p>
    <w:p w14:paraId="1F9EB2BD" w14:textId="5AE2E744" w:rsidR="00EC06BF" w:rsidRPr="005F2B49" w:rsidRDefault="00EC06BF" w:rsidP="00466B4C">
      <w:pPr>
        <w:pStyle w:val="af7"/>
        <w:jc w:val="center"/>
        <w:rPr>
          <w:rFonts w:ascii="Times New Roman" w:hAnsi="Times New Roman" w:cs="Times New Roman"/>
          <w:color w:val="auto"/>
          <w:sz w:val="32"/>
          <w:szCs w:val="32"/>
          <w:lang w:eastAsia="zh-TW"/>
        </w:rPr>
      </w:pPr>
      <w:bookmarkStart w:id="26" w:name="_Ref206077963"/>
      <w:bookmarkStart w:id="27" w:name="_Toc206143761"/>
      <w:bookmarkStart w:id="28" w:name="_Toc206144194"/>
      <w:bookmarkStart w:id="29" w:name="_Toc239949056"/>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1</w:t>
      </w:r>
      <w:r w:rsidR="00617749" w:rsidRPr="005F2B49">
        <w:rPr>
          <w:rFonts w:ascii="Times New Roman" w:hAnsi="Times New Roman" w:cs="Times New Roman"/>
          <w:color w:val="auto"/>
          <w:sz w:val="32"/>
          <w:szCs w:val="32"/>
          <w:lang w:eastAsia="zh-TW"/>
        </w:rPr>
        <w:fldChar w:fldCharType="end"/>
      </w:r>
      <w:bookmarkEnd w:id="26"/>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前台登入畫面</w:t>
      </w:r>
      <w:bookmarkEnd w:id="27"/>
      <w:bookmarkEnd w:id="28"/>
      <w:bookmarkEnd w:id="29"/>
    </w:p>
    <w:p w14:paraId="263BCB1D" w14:textId="77777777" w:rsidR="001127EB" w:rsidRPr="005F2B49" w:rsidRDefault="007F07F6" w:rsidP="00561F99">
      <w:pPr>
        <w:jc w:val="both"/>
        <w:rPr>
          <w:rFonts w:ascii="Times New Roman" w:hAnsi="Times New Roman" w:cs="Times New Roman"/>
          <w:szCs w:val="32"/>
          <w:lang w:eastAsia="zh-TW"/>
        </w:rPr>
      </w:pPr>
      <w:r w:rsidRPr="005F2B49">
        <w:rPr>
          <w:rFonts w:ascii="Times New Roman" w:hAnsi="Times New Roman" w:cs="Times New Roman"/>
          <w:szCs w:val="32"/>
          <w:lang w:eastAsia="zh-TW"/>
        </w:rPr>
        <w:br w:type="page"/>
      </w:r>
    </w:p>
    <w:p w14:paraId="5EEBD1D4" w14:textId="77777777" w:rsidR="00046F63" w:rsidRPr="005F2B49" w:rsidRDefault="00046F63" w:rsidP="00561F99">
      <w:pPr>
        <w:jc w:val="both"/>
        <w:rPr>
          <w:rFonts w:ascii="Times New Roman" w:hAnsi="Times New Roman" w:cs="Times New Roman"/>
          <w:szCs w:val="32"/>
          <w:lang w:eastAsia="zh-TW"/>
        </w:rPr>
      </w:pPr>
    </w:p>
    <w:p w14:paraId="17DD97FF" w14:textId="77777777" w:rsidR="00046F63" w:rsidRPr="005F2B49" w:rsidRDefault="00781C0E" w:rsidP="00303F17">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1206F8C3" wp14:editId="6D616B67">
            <wp:extent cx="2940097" cy="2989216"/>
            <wp:effectExtent l="0" t="0" r="0" b="1905"/>
            <wp:docPr id="41181960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19609" name=""/>
                    <pic:cNvPicPr/>
                  </pic:nvPicPr>
                  <pic:blipFill>
                    <a:blip r:embed="rId21"/>
                    <a:stretch>
                      <a:fillRect/>
                    </a:stretch>
                  </pic:blipFill>
                  <pic:spPr>
                    <a:xfrm>
                      <a:off x="0" y="0"/>
                      <a:ext cx="2950313" cy="2999603"/>
                    </a:xfrm>
                    <a:prstGeom prst="rect">
                      <a:avLst/>
                    </a:prstGeom>
                  </pic:spPr>
                </pic:pic>
              </a:graphicData>
            </a:graphic>
          </wp:inline>
        </w:drawing>
      </w:r>
    </w:p>
    <w:p w14:paraId="2B1CCD48" w14:textId="61354574" w:rsidR="00046F63" w:rsidRPr="005F2B49" w:rsidRDefault="00303F17" w:rsidP="00303F17">
      <w:pPr>
        <w:pStyle w:val="af7"/>
        <w:jc w:val="center"/>
        <w:rPr>
          <w:rFonts w:ascii="Times New Roman" w:hAnsi="Times New Roman" w:cs="Times New Roman"/>
          <w:color w:val="auto"/>
          <w:sz w:val="32"/>
          <w:szCs w:val="32"/>
          <w:lang w:eastAsia="zh-TW"/>
        </w:rPr>
      </w:pPr>
      <w:bookmarkStart w:id="30" w:name="_Toc239949057"/>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2</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忘記密碼</w:t>
      </w:r>
      <w:bookmarkEnd w:id="30"/>
    </w:p>
    <w:p w14:paraId="0AFC0D1D" w14:textId="77777777" w:rsidR="006563EA" w:rsidRPr="005F2B49" w:rsidRDefault="006563EA" w:rsidP="006563EA">
      <w:pPr>
        <w:jc w:val="both"/>
        <w:rPr>
          <w:rFonts w:ascii="Times New Roman" w:hAnsi="Times New Roman" w:cs="Times New Roman"/>
          <w:szCs w:val="32"/>
          <w:lang w:eastAsia="zh-TW"/>
        </w:rPr>
      </w:pPr>
      <w:r w:rsidRPr="005F2B49">
        <w:rPr>
          <w:rFonts w:ascii="Times New Roman" w:hAnsi="Times New Roman" w:cs="Times New Roman"/>
          <w:szCs w:val="32"/>
          <w:lang w:eastAsia="zh-TW"/>
        </w:rPr>
        <w:t>進入網址後，系統會顯示登入畫面。</w:t>
      </w:r>
    </w:p>
    <w:p w14:paraId="028FCFBB" w14:textId="77777777" w:rsidR="006563EA" w:rsidRPr="005F2B49" w:rsidRDefault="006563EA" w:rsidP="006563EA">
      <w:pPr>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忘記密碼：</w:t>
      </w:r>
      <w:r w:rsidRPr="005F2B49">
        <w:rPr>
          <w:rFonts w:ascii="Times New Roman" w:hAnsi="Times New Roman" w:cs="Times New Roman" w:hint="eastAsia"/>
          <w:szCs w:val="32"/>
          <w:lang w:eastAsia="zh-TW"/>
        </w:rPr>
        <w:t>使用者可以點擊忘記密碼來修改密碼。</w:t>
      </w:r>
    </w:p>
    <w:p w14:paraId="6220E344" w14:textId="77777777" w:rsidR="006563EA" w:rsidRPr="005F2B49" w:rsidRDefault="006563EA" w:rsidP="007C1FC0">
      <w:pPr>
        <w:pStyle w:val="ae"/>
        <w:numPr>
          <w:ilvl w:val="0"/>
          <w:numId w:val="20"/>
        </w:numPr>
        <w:jc w:val="both"/>
        <w:rPr>
          <w:rFonts w:ascii="Times New Roman" w:hAnsi="Times New Roman" w:cs="Times New Roman"/>
          <w:szCs w:val="32"/>
          <w:lang w:eastAsia="zh-TW"/>
        </w:rPr>
      </w:pPr>
      <w:r w:rsidRPr="005F2B49">
        <w:rPr>
          <w:rFonts w:ascii="Times New Roman" w:hAnsi="Times New Roman" w:cs="Times New Roman"/>
          <w:szCs w:val="32"/>
          <w:lang w:eastAsia="zh-TW"/>
        </w:rPr>
        <w:t>輸入帳號與密碼</w:t>
      </w:r>
      <w:r w:rsidRPr="005F2B49">
        <w:rPr>
          <w:rFonts w:ascii="Times New Roman" w:hAnsi="Times New Roman" w:cs="Times New Roman" w:hint="eastAsia"/>
          <w:szCs w:val="32"/>
          <w:lang w:eastAsia="zh-TW"/>
        </w:rPr>
        <w:t>。</w:t>
      </w:r>
    </w:p>
    <w:p w14:paraId="22BB9999" w14:textId="77777777" w:rsidR="006563EA" w:rsidRPr="005F2B49" w:rsidRDefault="006563EA" w:rsidP="007C1FC0">
      <w:pPr>
        <w:pStyle w:val="ae"/>
        <w:numPr>
          <w:ilvl w:val="0"/>
          <w:numId w:val="20"/>
        </w:numPr>
        <w:jc w:val="both"/>
        <w:rPr>
          <w:rFonts w:ascii="Times New Roman" w:hAnsi="Times New Roman" w:cs="Times New Roman"/>
          <w:szCs w:val="32"/>
          <w:lang w:eastAsia="zh-TW"/>
        </w:rPr>
      </w:pPr>
      <w:r w:rsidRPr="005F2B49">
        <w:rPr>
          <w:rFonts w:ascii="Times New Roman" w:hAnsi="Times New Roman" w:cs="Times New Roman"/>
          <w:szCs w:val="32"/>
          <w:lang w:eastAsia="zh-TW"/>
        </w:rPr>
        <w:t>按下「登入」按鈕</w:t>
      </w:r>
      <w:r w:rsidRPr="005F2B49">
        <w:rPr>
          <w:rFonts w:ascii="Times New Roman" w:hAnsi="Times New Roman" w:cs="Times New Roman" w:hint="eastAsia"/>
          <w:szCs w:val="32"/>
          <w:lang w:eastAsia="zh-TW"/>
        </w:rPr>
        <w:t>。</w:t>
      </w:r>
    </w:p>
    <w:p w14:paraId="120050A9" w14:textId="77777777" w:rsidR="006563EA" w:rsidRPr="005F2B49" w:rsidRDefault="006563EA" w:rsidP="007C1FC0">
      <w:pPr>
        <w:pStyle w:val="ae"/>
        <w:numPr>
          <w:ilvl w:val="0"/>
          <w:numId w:val="20"/>
        </w:numPr>
        <w:jc w:val="both"/>
        <w:rPr>
          <w:rFonts w:ascii="Times New Roman" w:hAnsi="Times New Roman" w:cs="Times New Roman"/>
          <w:szCs w:val="32"/>
          <w:lang w:eastAsia="zh-TW"/>
        </w:rPr>
      </w:pPr>
      <w:r w:rsidRPr="005F2B49">
        <w:rPr>
          <w:rFonts w:ascii="Times New Roman" w:hAnsi="Times New Roman" w:cs="Times New Roman"/>
          <w:szCs w:val="32"/>
          <w:lang w:eastAsia="zh-TW"/>
        </w:rPr>
        <w:t>使用</w:t>
      </w:r>
      <w:r w:rsidR="00C03F70" w:rsidRPr="005F2B49">
        <w:rPr>
          <w:rFonts w:ascii="Times New Roman" w:hAnsi="Times New Roman" w:cs="Times New Roman" w:hint="eastAsia"/>
          <w:szCs w:val="32"/>
          <w:lang w:eastAsia="zh-TW"/>
        </w:rPr>
        <w:t>已</w:t>
      </w:r>
      <w:r w:rsidRPr="005F2B49">
        <w:rPr>
          <w:rFonts w:ascii="Times New Roman" w:hAnsi="Times New Roman" w:cs="Times New Roman"/>
          <w:szCs w:val="32"/>
          <w:lang w:eastAsia="zh-TW"/>
        </w:rPr>
        <w:t>綁定的</w:t>
      </w:r>
      <w:r w:rsidRPr="005F2B49">
        <w:rPr>
          <w:rFonts w:ascii="Times New Roman" w:hAnsi="Times New Roman" w:cs="Times New Roman"/>
          <w:szCs w:val="32"/>
          <w:lang w:eastAsia="zh-TW"/>
        </w:rPr>
        <w:t>Google</w:t>
      </w:r>
      <w:r w:rsidRPr="005F2B49">
        <w:rPr>
          <w:rFonts w:ascii="Times New Roman" w:hAnsi="Times New Roman" w:cs="Times New Roman"/>
          <w:szCs w:val="32"/>
          <w:lang w:eastAsia="zh-TW"/>
        </w:rPr>
        <w:t>登入</w:t>
      </w:r>
      <w:r w:rsidRPr="005F2B49">
        <w:rPr>
          <w:rFonts w:ascii="Times New Roman" w:hAnsi="Times New Roman" w:cs="Times New Roman" w:hint="eastAsia"/>
          <w:szCs w:val="32"/>
          <w:lang w:eastAsia="zh-TW"/>
        </w:rPr>
        <w:t>。</w:t>
      </w:r>
      <w:r w:rsidR="00C03F70" w:rsidRPr="005F2B49">
        <w:rPr>
          <w:rFonts w:ascii="Times New Roman" w:hAnsi="Times New Roman" w:cs="Times New Roman" w:hint="eastAsia"/>
          <w:szCs w:val="32"/>
          <w:lang w:eastAsia="zh-TW"/>
        </w:rPr>
        <w:t>若未綁定就使用</w:t>
      </w:r>
      <w:r w:rsidR="00C03F70" w:rsidRPr="005F2B49">
        <w:rPr>
          <w:rFonts w:ascii="Times New Roman" w:hAnsi="Times New Roman" w:cs="Times New Roman" w:hint="eastAsia"/>
          <w:szCs w:val="32"/>
          <w:lang w:eastAsia="zh-TW"/>
        </w:rPr>
        <w:t>Google</w:t>
      </w:r>
      <w:r w:rsidR="00C03F70" w:rsidRPr="005F2B49">
        <w:rPr>
          <w:rFonts w:ascii="Times New Roman" w:hAnsi="Times New Roman" w:cs="Times New Roman" w:hint="eastAsia"/>
          <w:szCs w:val="32"/>
          <w:lang w:eastAsia="zh-TW"/>
        </w:rPr>
        <w:t>登入會登入失敗。</w:t>
      </w:r>
    </w:p>
    <w:p w14:paraId="31232136" w14:textId="77777777" w:rsidR="00303F17" w:rsidRPr="005F2B49" w:rsidRDefault="00303F17" w:rsidP="00561F99">
      <w:pPr>
        <w:jc w:val="both"/>
        <w:rPr>
          <w:rFonts w:ascii="Times New Roman" w:hAnsi="Times New Roman" w:cs="Times New Roman"/>
          <w:szCs w:val="32"/>
          <w:lang w:eastAsia="zh-TW"/>
        </w:rPr>
      </w:pPr>
    </w:p>
    <w:p w14:paraId="2BBDE8D7" w14:textId="77777777" w:rsidR="006E245F" w:rsidRPr="005F2B49" w:rsidRDefault="00C61E32" w:rsidP="001B52D6">
      <w:pPr>
        <w:pStyle w:val="21"/>
        <w:rPr>
          <w:rStyle w:val="40"/>
          <w:rFonts w:ascii="Times New Roman" w:hAnsi="Times New Roman" w:cs="Times New Roman"/>
          <w:b/>
          <w:bCs/>
          <w:iCs w:val="0"/>
          <w:color w:val="auto"/>
        </w:rPr>
      </w:pPr>
      <w:bookmarkStart w:id="31" w:name="_Toc206396954"/>
      <w:bookmarkStart w:id="32" w:name="_Toc206400338"/>
      <w:bookmarkStart w:id="33" w:name="_Toc206402250"/>
      <w:bookmarkStart w:id="34" w:name="_Toc206402350"/>
      <w:bookmarkStart w:id="35" w:name="_Toc206403982"/>
      <w:bookmarkStart w:id="36" w:name="_Toc206404301"/>
      <w:bookmarkStart w:id="37" w:name="_Toc239949027"/>
      <w:r w:rsidRPr="005F2B49">
        <w:rPr>
          <w:rStyle w:val="40"/>
          <w:rFonts w:ascii="Times New Roman" w:hAnsi="Times New Roman" w:cs="Times New Roman"/>
          <w:b/>
          <w:bCs/>
          <w:iCs w:val="0"/>
          <w:color w:val="auto"/>
        </w:rPr>
        <w:lastRenderedPageBreak/>
        <w:t>2.</w:t>
      </w:r>
      <w:r w:rsidR="00461851" w:rsidRPr="005F2B49">
        <w:rPr>
          <w:rStyle w:val="40"/>
          <w:rFonts w:ascii="Times New Roman" w:hAnsi="Times New Roman" w:cs="Times New Roman" w:hint="eastAsia"/>
          <w:b/>
          <w:bCs/>
          <w:iCs w:val="0"/>
          <w:color w:val="auto"/>
        </w:rPr>
        <w:t>2</w:t>
      </w:r>
      <w:r w:rsidRPr="005F2B49">
        <w:rPr>
          <w:rStyle w:val="40"/>
          <w:rFonts w:ascii="Times New Roman" w:hAnsi="Times New Roman" w:cs="Times New Roman"/>
          <w:b/>
          <w:bCs/>
          <w:iCs w:val="0"/>
          <w:color w:val="auto"/>
        </w:rPr>
        <w:t xml:space="preserve"> </w:t>
      </w:r>
      <w:r w:rsidR="006E245F" w:rsidRPr="005F2B49">
        <w:rPr>
          <w:rStyle w:val="40"/>
          <w:rFonts w:ascii="Times New Roman" w:hAnsi="Times New Roman" w:cs="Times New Roman"/>
          <w:b/>
          <w:bCs/>
          <w:iCs w:val="0"/>
          <w:color w:val="auto"/>
        </w:rPr>
        <w:t xml:space="preserve"> </w:t>
      </w:r>
      <w:r w:rsidR="006E245F" w:rsidRPr="005F2B49">
        <w:rPr>
          <w:rStyle w:val="40"/>
          <w:rFonts w:ascii="Times New Roman" w:hAnsi="Times New Roman" w:cs="Times New Roman"/>
          <w:b/>
          <w:bCs/>
          <w:iCs w:val="0"/>
          <w:color w:val="auto"/>
        </w:rPr>
        <w:t>前台</w:t>
      </w:r>
      <w:r w:rsidR="00F0202C" w:rsidRPr="005F2B49">
        <w:rPr>
          <w:rStyle w:val="40"/>
          <w:rFonts w:ascii="Times New Roman" w:hAnsi="Times New Roman" w:cs="Times New Roman"/>
          <w:b/>
          <w:bCs/>
          <w:iCs w:val="0"/>
          <w:color w:val="auto"/>
        </w:rPr>
        <w:t>主頁</w:t>
      </w:r>
      <w:r w:rsidR="006E245F" w:rsidRPr="005F2B49">
        <w:rPr>
          <w:rStyle w:val="40"/>
          <w:rFonts w:ascii="Times New Roman" w:hAnsi="Times New Roman" w:cs="Times New Roman"/>
          <w:b/>
          <w:bCs/>
          <w:iCs w:val="0"/>
          <w:color w:val="auto"/>
        </w:rPr>
        <w:t>介面介紹</w:t>
      </w:r>
      <w:bookmarkEnd w:id="31"/>
      <w:bookmarkEnd w:id="32"/>
      <w:bookmarkEnd w:id="33"/>
      <w:bookmarkEnd w:id="34"/>
      <w:bookmarkEnd w:id="35"/>
      <w:bookmarkEnd w:id="36"/>
      <w:bookmarkEnd w:id="37"/>
      <w:r w:rsidR="005E5ED9" w:rsidRPr="005F2B49">
        <w:rPr>
          <w:rStyle w:val="40"/>
          <w:rFonts w:ascii="Times New Roman" w:hAnsi="Times New Roman" w:cs="Times New Roman"/>
          <w:b/>
          <w:bCs/>
          <w:iCs w:val="0"/>
          <w:color w:val="auto"/>
        </w:rPr>
        <w:t xml:space="preserve"> </w:t>
      </w:r>
    </w:p>
    <w:p w14:paraId="2F9A39E0" w14:textId="77777777" w:rsidR="00C61E32" w:rsidRPr="005F2B49" w:rsidRDefault="00572D7B" w:rsidP="00466B4C">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58CA2917" wp14:editId="692EEBB3">
            <wp:extent cx="5138382" cy="4885031"/>
            <wp:effectExtent l="0" t="0" r="5715" b="0"/>
            <wp:docPr id="73441543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15437" name=""/>
                    <pic:cNvPicPr/>
                  </pic:nvPicPr>
                  <pic:blipFill>
                    <a:blip r:embed="rId22"/>
                    <a:stretch>
                      <a:fillRect/>
                    </a:stretch>
                  </pic:blipFill>
                  <pic:spPr>
                    <a:xfrm>
                      <a:off x="0" y="0"/>
                      <a:ext cx="5141637" cy="4888125"/>
                    </a:xfrm>
                    <a:prstGeom prst="rect">
                      <a:avLst/>
                    </a:prstGeom>
                  </pic:spPr>
                </pic:pic>
              </a:graphicData>
            </a:graphic>
          </wp:inline>
        </w:drawing>
      </w:r>
    </w:p>
    <w:p w14:paraId="4AAB21F0" w14:textId="6B899146" w:rsidR="00C61E32" w:rsidRPr="005F2B49" w:rsidRDefault="00C61E32" w:rsidP="00466B4C">
      <w:pPr>
        <w:pStyle w:val="af7"/>
        <w:jc w:val="center"/>
        <w:rPr>
          <w:rFonts w:ascii="Times New Roman" w:hAnsi="Times New Roman" w:cs="Times New Roman"/>
          <w:color w:val="auto"/>
          <w:sz w:val="32"/>
          <w:szCs w:val="32"/>
          <w:lang w:eastAsia="zh-TW"/>
        </w:rPr>
      </w:pPr>
      <w:bookmarkStart w:id="38" w:name="_Ref206078038"/>
      <w:bookmarkStart w:id="39" w:name="_Toc206143762"/>
      <w:bookmarkStart w:id="40" w:name="_Toc206144195"/>
      <w:bookmarkStart w:id="41" w:name="_Toc239949058"/>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3</w:t>
      </w:r>
      <w:r w:rsidR="00617749" w:rsidRPr="005F2B49">
        <w:rPr>
          <w:rFonts w:ascii="Times New Roman" w:hAnsi="Times New Roman" w:cs="Times New Roman"/>
          <w:color w:val="auto"/>
          <w:sz w:val="32"/>
          <w:szCs w:val="32"/>
          <w:lang w:eastAsia="zh-TW"/>
        </w:rPr>
        <w:fldChar w:fldCharType="end"/>
      </w:r>
      <w:bookmarkEnd w:id="38"/>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前台主頁界面</w:t>
      </w:r>
      <w:bookmarkEnd w:id="39"/>
      <w:bookmarkEnd w:id="40"/>
      <w:bookmarkEnd w:id="41"/>
    </w:p>
    <w:p w14:paraId="2241CCAE" w14:textId="77777777" w:rsidR="00C35621" w:rsidRPr="005F2B49" w:rsidRDefault="00781C0E" w:rsidP="00C35621">
      <w:pPr>
        <w:jc w:val="center"/>
        <w:rPr>
          <w:lang w:eastAsia="zh-TW"/>
        </w:rPr>
      </w:pPr>
      <w:r w:rsidRPr="005F2B49">
        <w:rPr>
          <w:noProof/>
          <w:lang w:eastAsia="zh-TW"/>
        </w:rPr>
        <w:lastRenderedPageBreak/>
        <w:drawing>
          <wp:inline distT="0" distB="0" distL="0" distR="0" wp14:anchorId="210D5C63" wp14:editId="2E1EEAB0">
            <wp:extent cx="4260393" cy="3596185"/>
            <wp:effectExtent l="0" t="0" r="6985" b="4445"/>
            <wp:docPr id="107487043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70439" name=""/>
                    <pic:cNvPicPr/>
                  </pic:nvPicPr>
                  <pic:blipFill>
                    <a:blip r:embed="rId23"/>
                    <a:stretch>
                      <a:fillRect/>
                    </a:stretch>
                  </pic:blipFill>
                  <pic:spPr>
                    <a:xfrm>
                      <a:off x="0" y="0"/>
                      <a:ext cx="4272487" cy="3606394"/>
                    </a:xfrm>
                    <a:prstGeom prst="rect">
                      <a:avLst/>
                    </a:prstGeom>
                  </pic:spPr>
                </pic:pic>
              </a:graphicData>
            </a:graphic>
          </wp:inline>
        </w:drawing>
      </w:r>
    </w:p>
    <w:p w14:paraId="5155F68B" w14:textId="7F8E54EE" w:rsidR="00C35621" w:rsidRPr="005F2B49" w:rsidRDefault="00C35621" w:rsidP="00C35621">
      <w:pPr>
        <w:pStyle w:val="af7"/>
        <w:jc w:val="center"/>
        <w:rPr>
          <w:rFonts w:ascii="Times New Roman" w:hAnsi="Times New Roman" w:cs="Times New Roman"/>
          <w:color w:val="auto"/>
          <w:sz w:val="32"/>
          <w:szCs w:val="32"/>
          <w:lang w:eastAsia="zh-TW"/>
        </w:rPr>
      </w:pPr>
      <w:bookmarkStart w:id="42" w:name="_Toc239949059"/>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4</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使用者隱私權聲明</w:t>
      </w:r>
      <w:bookmarkEnd w:id="42"/>
    </w:p>
    <w:p w14:paraId="69E00956" w14:textId="77777777" w:rsidR="006563EA" w:rsidRPr="005F2B49" w:rsidRDefault="006563EA" w:rsidP="006563EA">
      <w:pPr>
        <w:jc w:val="both"/>
        <w:rPr>
          <w:rFonts w:ascii="Times New Roman" w:hAnsi="Times New Roman" w:cs="Times New Roman"/>
          <w:szCs w:val="32"/>
          <w:lang w:eastAsia="zh-TW"/>
        </w:rPr>
      </w:pPr>
      <w:r w:rsidRPr="005F2B49">
        <w:rPr>
          <w:rFonts w:ascii="Times New Roman" w:hAnsi="Times New Roman" w:cs="Times New Roman"/>
          <w:szCs w:val="32"/>
          <w:lang w:eastAsia="zh-TW"/>
        </w:rPr>
        <w:t>登入成功後，系統會顯示</w:t>
      </w:r>
      <w:r w:rsidR="00C35621" w:rsidRPr="005F2B49">
        <w:rPr>
          <w:rFonts w:ascii="Times New Roman" w:hAnsi="Times New Roman" w:cs="Times New Roman" w:hint="eastAsia"/>
          <w:szCs w:val="32"/>
          <w:lang w:eastAsia="zh-TW"/>
        </w:rPr>
        <w:t>使用者隱私權，點選同意後會進入到系統的前台</w:t>
      </w:r>
      <w:r w:rsidRPr="005F2B49">
        <w:rPr>
          <w:rFonts w:ascii="Times New Roman" w:hAnsi="Times New Roman" w:cs="Times New Roman"/>
          <w:szCs w:val="32"/>
          <w:lang w:eastAsia="zh-TW"/>
        </w:rPr>
        <w:t>，主要功能如下：</w:t>
      </w:r>
    </w:p>
    <w:p w14:paraId="52D31616" w14:textId="77777777" w:rsidR="0016296E" w:rsidRPr="005F2B49" w:rsidRDefault="00DF0BC1" w:rsidP="00ED3F40">
      <w:pPr>
        <w:jc w:val="center"/>
        <w:rPr>
          <w:rFonts w:ascii="Times New Roman" w:hAnsi="Times New Roman" w:cs="Times New Roman"/>
          <w:szCs w:val="32"/>
          <w:lang w:eastAsia="zh-TW"/>
        </w:rPr>
      </w:pPr>
      <w:r w:rsidRPr="005F2B49">
        <w:rPr>
          <w:noProof/>
        </w:rPr>
        <w:lastRenderedPageBreak/>
        <w:drawing>
          <wp:inline distT="0" distB="0" distL="0" distR="0" wp14:anchorId="62A23054" wp14:editId="75A4FE17">
            <wp:extent cx="3955312" cy="4567378"/>
            <wp:effectExtent l="0" t="0" r="7620" b="508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965252" cy="4578857"/>
                    </a:xfrm>
                    <a:prstGeom prst="rect">
                      <a:avLst/>
                    </a:prstGeom>
                  </pic:spPr>
                </pic:pic>
              </a:graphicData>
            </a:graphic>
          </wp:inline>
        </w:drawing>
      </w:r>
    </w:p>
    <w:p w14:paraId="07032EC6" w14:textId="14F127EE" w:rsidR="0016296E" w:rsidRPr="005F2B49" w:rsidRDefault="0016296E" w:rsidP="00DF0BC1">
      <w:pPr>
        <w:pStyle w:val="af7"/>
        <w:jc w:val="center"/>
        <w:rPr>
          <w:rFonts w:ascii="Times New Roman" w:hAnsi="Times New Roman" w:cs="Times New Roman"/>
          <w:color w:val="auto"/>
          <w:sz w:val="32"/>
          <w:szCs w:val="32"/>
          <w:lang w:eastAsia="zh-TW"/>
        </w:rPr>
      </w:pPr>
      <w:bookmarkStart w:id="43" w:name="_Toc239949060"/>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5</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color w:val="auto"/>
          <w:sz w:val="32"/>
          <w:szCs w:val="32"/>
          <w:lang w:eastAsia="zh-TW"/>
        </w:rPr>
        <w:t>與指定</w:t>
      </w:r>
      <w:r w:rsidRPr="005F2B49">
        <w:rPr>
          <w:rFonts w:ascii="Times New Roman" w:hAnsi="Times New Roman" w:cs="Times New Roman"/>
          <w:color w:val="auto"/>
          <w:sz w:val="32"/>
          <w:szCs w:val="32"/>
          <w:lang w:eastAsia="zh-TW"/>
        </w:rPr>
        <w:t xml:space="preserve"> Chatbot </w:t>
      </w:r>
      <w:r w:rsidRPr="005F2B49">
        <w:rPr>
          <w:rFonts w:ascii="Times New Roman" w:hAnsi="Times New Roman" w:cs="Times New Roman"/>
          <w:color w:val="auto"/>
          <w:sz w:val="32"/>
          <w:szCs w:val="32"/>
          <w:lang w:eastAsia="zh-TW"/>
        </w:rPr>
        <w:t>對話</w:t>
      </w:r>
      <w:bookmarkEnd w:id="43"/>
    </w:p>
    <w:p w14:paraId="2026212C" w14:textId="77777777" w:rsidR="006563EA" w:rsidRPr="005F2B49" w:rsidRDefault="006563EA" w:rsidP="007C1FC0">
      <w:pPr>
        <w:pStyle w:val="ae"/>
        <w:numPr>
          <w:ilvl w:val="0"/>
          <w:numId w:val="19"/>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選擇要使用的語言模型</w:t>
      </w:r>
      <w:r w:rsidRPr="005F2B49">
        <w:rPr>
          <w:rFonts w:ascii="Times New Roman" w:hAnsi="Times New Roman" w:cs="Times New Roman" w:hint="eastAsia"/>
          <w:b/>
          <w:bCs/>
          <w:szCs w:val="32"/>
          <w:lang w:eastAsia="zh-TW"/>
        </w:rPr>
        <w:t>：</w:t>
      </w:r>
      <w:r w:rsidRPr="005F2B49">
        <w:rPr>
          <w:rFonts w:ascii="Times New Roman" w:hAnsi="Times New Roman" w:cs="Times New Roman" w:hint="eastAsia"/>
          <w:szCs w:val="32"/>
          <w:lang w:eastAsia="zh-TW"/>
        </w:rPr>
        <w:t>可以依照需求選擇自己想要的語言模型。也可以看到目前的聊天室是使用甚麼</w:t>
      </w:r>
      <w:r w:rsidRPr="005F2B49">
        <w:rPr>
          <w:rFonts w:ascii="Times New Roman" w:hAnsi="Times New Roman" w:cs="Times New Roman" w:hint="eastAsia"/>
          <w:szCs w:val="32"/>
          <w:lang w:eastAsia="zh-TW"/>
        </w:rPr>
        <w:t>Chatbot</w:t>
      </w:r>
      <w:r w:rsidRPr="005F2B49">
        <w:rPr>
          <w:rFonts w:ascii="Times New Roman" w:hAnsi="Times New Roman" w:cs="Times New Roman" w:hint="eastAsia"/>
          <w:szCs w:val="32"/>
          <w:lang w:eastAsia="zh-TW"/>
        </w:rPr>
        <w:t>。</w:t>
      </w:r>
    </w:p>
    <w:p w14:paraId="71D35425" w14:textId="77777777" w:rsidR="00D91FBB" w:rsidRPr="005F2B49" w:rsidRDefault="00D91FBB" w:rsidP="007C1FC0">
      <w:pPr>
        <w:pStyle w:val="ae"/>
        <w:numPr>
          <w:ilvl w:val="0"/>
          <w:numId w:val="19"/>
        </w:numPr>
        <w:jc w:val="both"/>
        <w:rPr>
          <w:rFonts w:ascii="Times New Roman" w:hAnsi="Times New Roman" w:cs="Times New Roman"/>
          <w:b/>
          <w:szCs w:val="32"/>
          <w:lang w:eastAsia="zh-TW"/>
        </w:rPr>
      </w:pPr>
      <w:r w:rsidRPr="005F2B49">
        <w:rPr>
          <w:rFonts w:ascii="Times New Roman" w:hAnsi="Times New Roman" w:cs="Times New Roman" w:hint="eastAsia"/>
          <w:b/>
          <w:szCs w:val="32"/>
          <w:lang w:eastAsia="zh-TW"/>
        </w:rPr>
        <w:t>聊天紀錄：</w:t>
      </w:r>
      <w:r w:rsidRPr="005F2B49">
        <w:rPr>
          <w:rFonts w:ascii="Times New Roman" w:hAnsi="Times New Roman" w:cs="Times New Roman" w:hint="eastAsia"/>
          <w:bCs/>
          <w:szCs w:val="32"/>
          <w:lang w:eastAsia="zh-TW"/>
        </w:rPr>
        <w:t>系統會自動將使用者與聊天機器人的對話保存，顯示於畫面左側。</w:t>
      </w:r>
    </w:p>
    <w:p w14:paraId="5350145D" w14:textId="77777777" w:rsidR="00E501B1" w:rsidRPr="005F2B49" w:rsidRDefault="006563EA" w:rsidP="007C1FC0">
      <w:pPr>
        <w:pStyle w:val="ae"/>
        <w:numPr>
          <w:ilvl w:val="0"/>
          <w:numId w:val="19"/>
        </w:numPr>
        <w:jc w:val="both"/>
        <w:rPr>
          <w:rFonts w:ascii="Times New Roman" w:hAnsi="Times New Roman" w:cs="Times New Roman"/>
          <w:szCs w:val="32"/>
          <w:lang w:eastAsia="zh-TW"/>
        </w:rPr>
      </w:pPr>
      <w:r w:rsidRPr="005F2B49">
        <w:rPr>
          <w:rFonts w:ascii="Times New Roman" w:hAnsi="Times New Roman" w:cs="Times New Roman"/>
          <w:b/>
          <w:bCs/>
          <w:szCs w:val="32"/>
          <w:lang w:eastAsia="zh-TW"/>
        </w:rPr>
        <w:t>聊天區域：</w:t>
      </w:r>
      <w:r w:rsidRPr="005F2B49">
        <w:rPr>
          <w:rFonts w:ascii="Times New Roman" w:hAnsi="Times New Roman" w:cs="Times New Roman"/>
          <w:szCs w:val="32"/>
          <w:lang w:eastAsia="zh-TW"/>
        </w:rPr>
        <w:t>可以在輸入框中輸入要對話的內容，也可以選擇教師預設好的問題來詢問</w:t>
      </w:r>
      <w:r w:rsidRPr="005F2B49">
        <w:rPr>
          <w:rFonts w:ascii="Times New Roman" w:hAnsi="Times New Roman" w:cs="Times New Roman"/>
          <w:szCs w:val="32"/>
          <w:lang w:eastAsia="zh-TW"/>
        </w:rPr>
        <w:t>Chatbot</w:t>
      </w:r>
      <w:r w:rsidRPr="005F2B49">
        <w:rPr>
          <w:rFonts w:ascii="Times New Roman" w:hAnsi="Times New Roman" w:cs="Times New Roman"/>
          <w:szCs w:val="32"/>
          <w:lang w:eastAsia="zh-TW"/>
        </w:rPr>
        <w:t>。</w:t>
      </w:r>
      <w:bookmarkStart w:id="44" w:name="_Toc206403983"/>
      <w:bookmarkStart w:id="45" w:name="_Toc206404302"/>
    </w:p>
    <w:p w14:paraId="422A169E" w14:textId="77777777" w:rsidR="00053CE8" w:rsidRPr="005F2B49" w:rsidRDefault="00053CE8" w:rsidP="007C1FC0">
      <w:pPr>
        <w:pStyle w:val="ae"/>
        <w:numPr>
          <w:ilvl w:val="0"/>
          <w:numId w:val="19"/>
        </w:numPr>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搜尋對話：</w:t>
      </w:r>
      <w:r w:rsidRPr="005F2B49">
        <w:rPr>
          <w:rFonts w:ascii="Times New Roman" w:hAnsi="Times New Roman" w:cs="Times New Roman" w:hint="eastAsia"/>
          <w:szCs w:val="32"/>
          <w:lang w:eastAsia="zh-TW"/>
        </w:rPr>
        <w:t>可以點選搜尋對話，依照聊天室名稱來搜尋聊天室。</w:t>
      </w:r>
    </w:p>
    <w:p w14:paraId="63B27547" w14:textId="77777777" w:rsidR="00053CE8" w:rsidRPr="005F2B49" w:rsidRDefault="00053CE8" w:rsidP="007C1FC0">
      <w:pPr>
        <w:pStyle w:val="ae"/>
        <w:numPr>
          <w:ilvl w:val="0"/>
          <w:numId w:val="19"/>
        </w:numPr>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編輯聊天室：</w:t>
      </w:r>
      <w:r w:rsidRPr="005F2B49">
        <w:rPr>
          <w:rFonts w:ascii="Times New Roman" w:hAnsi="Times New Roman" w:cs="Times New Roman" w:hint="eastAsia"/>
          <w:szCs w:val="32"/>
          <w:lang w:eastAsia="zh-TW"/>
        </w:rPr>
        <w:t>點擊聊天室名稱右側的「</w:t>
      </w:r>
      <w:r w:rsidRPr="005F2B49">
        <w:rPr>
          <w:rFonts w:ascii="MS Gothic" w:eastAsia="MS Gothic" w:hAnsi="MS Gothic" w:cs="MS Gothic" w:hint="eastAsia"/>
          <w:szCs w:val="32"/>
          <w:lang w:eastAsia="zh-TW"/>
        </w:rPr>
        <w:t>⋯</w:t>
      </w:r>
      <w:r w:rsidRPr="005F2B49">
        <w:rPr>
          <w:rFonts w:ascii="Times New Roman" w:hAnsi="Times New Roman" w:cs="Times New Roman" w:hint="eastAsia"/>
          <w:szCs w:val="32"/>
          <w:lang w:eastAsia="zh-TW"/>
        </w:rPr>
        <w:t>」按鈕後，將顯示功能選單，可</w:t>
      </w:r>
      <w:r w:rsidR="00A06386" w:rsidRPr="005F2B49">
        <w:rPr>
          <w:rFonts w:ascii="Times New Roman" w:hAnsi="Times New Roman" w:cs="Times New Roman" w:hint="eastAsia"/>
          <w:szCs w:val="32"/>
          <w:lang w:eastAsia="zh-TW"/>
        </w:rPr>
        <w:t>命名</w:t>
      </w:r>
      <w:r w:rsidRPr="005F2B49">
        <w:rPr>
          <w:rFonts w:ascii="Times New Roman" w:hAnsi="Times New Roman" w:cs="Times New Roman"/>
          <w:szCs w:val="32"/>
          <w:lang w:eastAsia="zh-TW"/>
        </w:rPr>
        <w:t>聊天室名稱</w:t>
      </w:r>
      <w:r w:rsidRPr="005F2B49">
        <w:rPr>
          <w:rFonts w:ascii="Times New Roman" w:hAnsi="Times New Roman" w:cs="Times New Roman" w:hint="eastAsia"/>
          <w:szCs w:val="32"/>
          <w:lang w:eastAsia="zh-TW"/>
        </w:rPr>
        <w:t>以及</w:t>
      </w:r>
      <w:r w:rsidRPr="005F2B49">
        <w:rPr>
          <w:rFonts w:ascii="Times New Roman" w:hAnsi="Times New Roman" w:cs="Times New Roman"/>
          <w:szCs w:val="32"/>
          <w:lang w:eastAsia="zh-TW"/>
        </w:rPr>
        <w:t>刪除聊天室</w:t>
      </w:r>
      <w:r w:rsidRPr="005F2B49">
        <w:rPr>
          <w:rFonts w:ascii="Times New Roman" w:hAnsi="Times New Roman" w:cs="Times New Roman" w:hint="eastAsia"/>
          <w:szCs w:val="32"/>
          <w:lang w:eastAsia="zh-TW"/>
        </w:rPr>
        <w:t>。</w:t>
      </w:r>
    </w:p>
    <w:p w14:paraId="504A0261" w14:textId="77777777" w:rsidR="00E501B1" w:rsidRPr="005F2B49" w:rsidRDefault="00572D7B" w:rsidP="00E501B1">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411C3DCA" wp14:editId="37CF79CD">
            <wp:extent cx="3944203" cy="5159419"/>
            <wp:effectExtent l="0" t="0" r="0" b="3175"/>
            <wp:docPr id="66566347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63474" name=""/>
                    <pic:cNvPicPr/>
                  </pic:nvPicPr>
                  <pic:blipFill>
                    <a:blip r:embed="rId25"/>
                    <a:stretch>
                      <a:fillRect/>
                    </a:stretch>
                  </pic:blipFill>
                  <pic:spPr>
                    <a:xfrm>
                      <a:off x="0" y="0"/>
                      <a:ext cx="3953605" cy="5171717"/>
                    </a:xfrm>
                    <a:prstGeom prst="rect">
                      <a:avLst/>
                    </a:prstGeom>
                  </pic:spPr>
                </pic:pic>
              </a:graphicData>
            </a:graphic>
          </wp:inline>
        </w:drawing>
      </w:r>
    </w:p>
    <w:p w14:paraId="424A180F" w14:textId="3E39F65A" w:rsidR="00E501B1" w:rsidRPr="005F2B49" w:rsidRDefault="00E501B1" w:rsidP="00A32783">
      <w:pPr>
        <w:pStyle w:val="af7"/>
        <w:jc w:val="center"/>
        <w:rPr>
          <w:rFonts w:ascii="Times New Roman" w:hAnsi="Times New Roman" w:cs="Times New Roman"/>
          <w:color w:val="auto"/>
          <w:sz w:val="32"/>
          <w:szCs w:val="32"/>
          <w:lang w:eastAsia="zh-TW"/>
        </w:rPr>
      </w:pPr>
      <w:bookmarkStart w:id="46" w:name="_Toc239949061"/>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6</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前台</w:t>
      </w:r>
      <w:r w:rsidRPr="005F2B49">
        <w:rPr>
          <w:rFonts w:ascii="Times New Roman" w:hAnsi="Times New Roman" w:cs="Times New Roman" w:hint="eastAsia"/>
          <w:color w:val="auto"/>
          <w:sz w:val="32"/>
          <w:szCs w:val="32"/>
          <w:lang w:eastAsia="zh-TW"/>
        </w:rPr>
        <w:t>Chatbot</w:t>
      </w:r>
      <w:r w:rsidRPr="005F2B49">
        <w:rPr>
          <w:rFonts w:ascii="Times New Roman" w:hAnsi="Times New Roman" w:cs="Times New Roman" w:hint="eastAsia"/>
          <w:color w:val="auto"/>
          <w:sz w:val="32"/>
          <w:szCs w:val="32"/>
          <w:lang w:eastAsia="zh-TW"/>
        </w:rPr>
        <w:t>問候語顯示位置</w:t>
      </w:r>
      <w:bookmarkEnd w:id="46"/>
    </w:p>
    <w:p w14:paraId="2F89C29B" w14:textId="77777777" w:rsidR="00D4667B" w:rsidRPr="005F2B49" w:rsidRDefault="00E501B1" w:rsidP="007C1FC0">
      <w:pPr>
        <w:pStyle w:val="ae"/>
        <w:numPr>
          <w:ilvl w:val="0"/>
          <w:numId w:val="19"/>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Chatbot</w:t>
      </w:r>
      <w:r w:rsidRPr="005F2B49">
        <w:rPr>
          <w:rFonts w:ascii="Times New Roman" w:hAnsi="Times New Roman" w:cs="Times New Roman" w:hint="eastAsia"/>
          <w:b/>
          <w:bCs/>
          <w:szCs w:val="32"/>
          <w:lang w:eastAsia="zh-TW"/>
        </w:rPr>
        <w:t>問候語：</w:t>
      </w:r>
      <w:r w:rsidR="00B6298D" w:rsidRPr="005F2B49">
        <w:rPr>
          <w:rFonts w:ascii="Times New Roman" w:hAnsi="Times New Roman" w:cs="Times New Roman" w:hint="eastAsia"/>
          <w:szCs w:val="32"/>
          <w:lang w:eastAsia="zh-TW"/>
        </w:rPr>
        <w:t>設定後</w:t>
      </w:r>
      <w:r w:rsidR="002E23A4" w:rsidRPr="005F2B49">
        <w:rPr>
          <w:rFonts w:ascii="Times New Roman" w:hAnsi="Times New Roman" w:cs="Times New Roman" w:hint="eastAsia"/>
          <w:szCs w:val="32"/>
          <w:lang w:eastAsia="zh-TW"/>
        </w:rPr>
        <w:t>或預設</w:t>
      </w:r>
      <w:r w:rsidR="00B6298D" w:rsidRPr="005F2B49">
        <w:rPr>
          <w:rFonts w:ascii="Times New Roman" w:hAnsi="Times New Roman" w:cs="Times New Roman" w:hint="eastAsia"/>
          <w:szCs w:val="32"/>
          <w:lang w:eastAsia="zh-TW"/>
        </w:rPr>
        <w:t>的問候語，會在進入聊天室時顯示於聊天室正中央。</w:t>
      </w:r>
    </w:p>
    <w:p w14:paraId="52FB6EE7" w14:textId="77777777" w:rsidR="00A32783" w:rsidRPr="005F2B49" w:rsidRDefault="00572D7B" w:rsidP="00B6298D">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5398E6DB" wp14:editId="57279CB4">
            <wp:extent cx="3719015" cy="4751214"/>
            <wp:effectExtent l="0" t="0" r="0" b="0"/>
            <wp:docPr id="46969460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94601" name=""/>
                    <pic:cNvPicPr/>
                  </pic:nvPicPr>
                  <pic:blipFill>
                    <a:blip r:embed="rId26"/>
                    <a:stretch>
                      <a:fillRect/>
                    </a:stretch>
                  </pic:blipFill>
                  <pic:spPr>
                    <a:xfrm>
                      <a:off x="0" y="0"/>
                      <a:ext cx="3723720" cy="4757224"/>
                    </a:xfrm>
                    <a:prstGeom prst="rect">
                      <a:avLst/>
                    </a:prstGeom>
                  </pic:spPr>
                </pic:pic>
              </a:graphicData>
            </a:graphic>
          </wp:inline>
        </w:drawing>
      </w:r>
    </w:p>
    <w:p w14:paraId="12DA6F69" w14:textId="7FD0A9D4" w:rsidR="00A32783" w:rsidRPr="005F2B49" w:rsidRDefault="00B6298D" w:rsidP="00B6298D">
      <w:pPr>
        <w:pStyle w:val="af7"/>
        <w:jc w:val="center"/>
        <w:rPr>
          <w:rFonts w:ascii="Times New Roman" w:hAnsi="Times New Roman" w:cs="Times New Roman"/>
          <w:color w:val="auto"/>
          <w:sz w:val="32"/>
          <w:szCs w:val="32"/>
          <w:lang w:eastAsia="zh-TW"/>
        </w:rPr>
      </w:pPr>
      <w:bookmarkStart w:id="47" w:name="_Toc239949062"/>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7</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建議訊息位置</w:t>
      </w:r>
      <w:bookmarkEnd w:id="47"/>
    </w:p>
    <w:p w14:paraId="60F0BA4D" w14:textId="77777777" w:rsidR="00A32783" w:rsidRPr="005F2B49" w:rsidRDefault="00B6298D" w:rsidP="007C1FC0">
      <w:pPr>
        <w:pStyle w:val="ae"/>
        <w:numPr>
          <w:ilvl w:val="0"/>
          <w:numId w:val="19"/>
        </w:numPr>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建議訊息：</w:t>
      </w:r>
      <w:r w:rsidRPr="005F2B49">
        <w:rPr>
          <w:rFonts w:ascii="Times New Roman" w:hAnsi="Times New Roman" w:cs="Times New Roman" w:hint="eastAsia"/>
          <w:szCs w:val="32"/>
          <w:lang w:eastAsia="zh-TW"/>
        </w:rPr>
        <w:t>設定後的建議訊息，會顯示在聊天室輸入框的上方，供使用者點選使用。</w:t>
      </w:r>
    </w:p>
    <w:p w14:paraId="0E280DCB" w14:textId="77777777" w:rsidR="005B6F58" w:rsidRPr="005F2B49" w:rsidRDefault="005B6F58" w:rsidP="007C1FC0">
      <w:pPr>
        <w:pStyle w:val="ae"/>
        <w:numPr>
          <w:ilvl w:val="0"/>
          <w:numId w:val="19"/>
        </w:numPr>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 xml:space="preserve">AI </w:t>
      </w:r>
      <w:r w:rsidRPr="005F2B49">
        <w:rPr>
          <w:rFonts w:ascii="Times New Roman" w:hAnsi="Times New Roman" w:cs="Times New Roman" w:hint="eastAsia"/>
          <w:b/>
          <w:bCs/>
          <w:szCs w:val="32"/>
          <w:lang w:eastAsia="zh-TW"/>
        </w:rPr>
        <w:t>對話功能：</w:t>
      </w:r>
      <w:r w:rsidRPr="005F2B49">
        <w:rPr>
          <w:rFonts w:ascii="Times New Roman" w:hAnsi="Times New Roman" w:cs="Times New Roman" w:hint="eastAsia"/>
          <w:szCs w:val="32"/>
          <w:lang w:eastAsia="zh-TW"/>
        </w:rPr>
        <w:t>可使用</w:t>
      </w:r>
      <w:r w:rsidRPr="005F2B49">
        <w:rPr>
          <w:rFonts w:ascii="Times New Roman" w:hAnsi="Times New Roman" w:cs="Times New Roman" w:hint="eastAsia"/>
          <w:szCs w:val="32"/>
          <w:lang w:eastAsia="zh-TW"/>
        </w:rPr>
        <w:t xml:space="preserve"> OpenAI</w:t>
      </w:r>
      <w:r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Google Gemini</w:t>
      </w:r>
      <w:r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 xml:space="preserve">Claude </w:t>
      </w:r>
      <w:r w:rsidRPr="005F2B49">
        <w:rPr>
          <w:rFonts w:ascii="Times New Roman" w:hAnsi="Times New Roman" w:cs="Times New Roman" w:hint="eastAsia"/>
          <w:szCs w:val="32"/>
          <w:lang w:eastAsia="zh-TW"/>
        </w:rPr>
        <w:t>等模型進行對話，支援</w:t>
      </w:r>
      <w:r w:rsidR="00233231" w:rsidRPr="005F2B49">
        <w:rPr>
          <w:rFonts w:ascii="Times New Roman" w:hAnsi="Times New Roman" w:cs="Times New Roman"/>
          <w:szCs w:val="32"/>
          <w:lang w:eastAsia="zh-TW"/>
        </w:rPr>
        <w:t>語音輸入</w:t>
      </w:r>
      <w:r w:rsidR="00233231" w:rsidRPr="005F2B49">
        <w:rPr>
          <w:rFonts w:ascii="Times New Roman" w:hAnsi="Times New Roman" w:cs="Times New Roman" w:hint="eastAsia"/>
          <w:szCs w:val="32"/>
          <w:lang w:eastAsia="zh-TW"/>
        </w:rPr>
        <w:t>、</w:t>
      </w:r>
      <w:r w:rsidR="00233231" w:rsidRPr="005F2B49">
        <w:rPr>
          <w:rFonts w:ascii="Times New Roman" w:hAnsi="Times New Roman" w:cs="Times New Roman"/>
          <w:szCs w:val="32"/>
          <w:lang w:eastAsia="zh-TW"/>
        </w:rPr>
        <w:t>語音朗讀</w:t>
      </w:r>
      <w:r w:rsidR="00233231" w:rsidRPr="005F2B49">
        <w:rPr>
          <w:rFonts w:ascii="Times New Roman" w:hAnsi="Times New Roman" w:cs="Times New Roman" w:hint="eastAsia"/>
          <w:szCs w:val="32"/>
          <w:lang w:eastAsia="zh-TW"/>
        </w:rPr>
        <w:t>、</w:t>
      </w:r>
      <w:r w:rsidR="00FD09E1" w:rsidRPr="005F2B49">
        <w:rPr>
          <w:rFonts w:ascii="Times New Roman" w:hAnsi="Times New Roman" w:cs="Times New Roman" w:hint="eastAsia"/>
          <w:szCs w:val="32"/>
          <w:lang w:eastAsia="zh-TW"/>
        </w:rPr>
        <w:t>網路搜尋、</w:t>
      </w:r>
      <w:r w:rsidRPr="005F2B49">
        <w:rPr>
          <w:rFonts w:ascii="Times New Roman" w:hAnsi="Times New Roman" w:cs="Times New Roman" w:hint="eastAsia"/>
          <w:szCs w:val="32"/>
          <w:lang w:eastAsia="zh-TW"/>
        </w:rPr>
        <w:t>文字問答、圖片生成、圖片上傳分析、語音上傳辨識與分析</w:t>
      </w:r>
      <w:r w:rsidR="00233231" w:rsidRPr="005F2B49">
        <w:rPr>
          <w:rFonts w:ascii="Times New Roman" w:hAnsi="Times New Roman" w:cs="Times New Roman" w:hint="eastAsia"/>
          <w:szCs w:val="32"/>
          <w:lang w:eastAsia="zh-TW"/>
        </w:rPr>
        <w:t>、</w:t>
      </w:r>
      <w:r w:rsidR="00233231" w:rsidRPr="005F2B49">
        <w:rPr>
          <w:rFonts w:ascii="Times New Roman" w:hAnsi="Times New Roman" w:cs="Times New Roman"/>
          <w:szCs w:val="32"/>
          <w:lang w:eastAsia="zh-TW"/>
        </w:rPr>
        <w:t>Youtube</w:t>
      </w:r>
      <w:r w:rsidR="00233231" w:rsidRPr="005F2B49">
        <w:rPr>
          <w:rFonts w:ascii="Times New Roman" w:hAnsi="Times New Roman" w:cs="Times New Roman" w:hint="eastAsia"/>
          <w:szCs w:val="32"/>
          <w:lang w:eastAsia="zh-TW"/>
        </w:rPr>
        <w:t>影片</w:t>
      </w:r>
      <w:r w:rsidR="00233231" w:rsidRPr="005F2B49">
        <w:rPr>
          <w:rFonts w:ascii="Times New Roman" w:hAnsi="Times New Roman" w:cs="Times New Roman"/>
          <w:szCs w:val="32"/>
          <w:lang w:eastAsia="zh-TW"/>
        </w:rPr>
        <w:t>分析</w:t>
      </w:r>
      <w:r w:rsidR="00233231"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生成統計圖表</w:t>
      </w:r>
      <w:r w:rsidR="00233231" w:rsidRPr="005F2B49">
        <w:rPr>
          <w:rFonts w:ascii="Times New Roman" w:hAnsi="Times New Roman" w:cs="Times New Roman" w:hint="eastAsia"/>
          <w:szCs w:val="32"/>
          <w:lang w:eastAsia="zh-TW"/>
        </w:rPr>
        <w:t>、</w:t>
      </w:r>
      <w:r w:rsidR="00233231" w:rsidRPr="005F2B49">
        <w:rPr>
          <w:rFonts w:ascii="Times New Roman" w:hAnsi="Times New Roman" w:cs="Times New Roman"/>
          <w:szCs w:val="32"/>
          <w:lang w:eastAsia="zh-TW"/>
        </w:rPr>
        <w:t>LaTeX</w:t>
      </w:r>
      <w:r w:rsidR="00233231" w:rsidRPr="005F2B49">
        <w:rPr>
          <w:rFonts w:ascii="Times New Roman" w:hAnsi="Times New Roman" w:cs="Times New Roman"/>
          <w:szCs w:val="32"/>
          <w:lang w:eastAsia="zh-TW"/>
        </w:rPr>
        <w:t>方程式</w:t>
      </w:r>
      <w:r w:rsidR="00233231" w:rsidRPr="005F2B49">
        <w:rPr>
          <w:rFonts w:ascii="Times New Roman" w:hAnsi="Times New Roman" w:cs="Times New Roman" w:hint="eastAsia"/>
          <w:szCs w:val="32"/>
          <w:lang w:eastAsia="zh-TW"/>
        </w:rPr>
        <w:t>輸入以及</w:t>
      </w:r>
      <w:r w:rsidR="00233231" w:rsidRPr="005F2B49">
        <w:rPr>
          <w:rFonts w:ascii="Times New Roman" w:hAnsi="Times New Roman" w:cs="Times New Roman"/>
          <w:szCs w:val="32"/>
          <w:lang w:eastAsia="zh-TW"/>
        </w:rPr>
        <w:t>Canvas</w:t>
      </w:r>
      <w:r w:rsidR="00233231" w:rsidRPr="005F2B49">
        <w:rPr>
          <w:rFonts w:ascii="Times New Roman" w:hAnsi="Times New Roman" w:cs="Times New Roman"/>
          <w:szCs w:val="32"/>
          <w:lang w:eastAsia="zh-TW"/>
        </w:rPr>
        <w:t>功能</w:t>
      </w:r>
      <w:r w:rsidRPr="005F2B49">
        <w:rPr>
          <w:rFonts w:ascii="Times New Roman" w:hAnsi="Times New Roman" w:cs="Times New Roman" w:hint="eastAsia"/>
          <w:szCs w:val="32"/>
          <w:lang w:eastAsia="zh-TW"/>
        </w:rPr>
        <w:t>。統計圖表共有</w:t>
      </w:r>
      <w:r w:rsidRPr="005F2B49">
        <w:rPr>
          <w:rFonts w:ascii="Times New Roman" w:hAnsi="Times New Roman" w:cs="Times New Roman" w:hint="eastAsia"/>
          <w:szCs w:val="32"/>
          <w:lang w:eastAsia="zh-TW"/>
        </w:rPr>
        <w:t xml:space="preserve"> 12 </w:t>
      </w:r>
      <w:r w:rsidRPr="005F2B49">
        <w:rPr>
          <w:rFonts w:ascii="Times New Roman" w:hAnsi="Times New Roman" w:cs="Times New Roman" w:hint="eastAsia"/>
          <w:szCs w:val="32"/>
          <w:lang w:eastAsia="zh-TW"/>
        </w:rPr>
        <w:t>種圖表類型：</w:t>
      </w:r>
    </w:p>
    <w:p w14:paraId="31A5D4DA" w14:textId="77777777" w:rsidR="005B6F58" w:rsidRPr="005F2B49" w:rsidRDefault="005B6F58" w:rsidP="005B6F58">
      <w:pPr>
        <w:jc w:val="center"/>
        <w:rPr>
          <w:rFonts w:ascii="Times New Roman" w:hAnsi="Times New Roman" w:cs="Times New Roman"/>
          <w:szCs w:val="32"/>
          <w:lang w:eastAsia="zh-TW"/>
        </w:rPr>
      </w:pPr>
      <w:r w:rsidRPr="005F2B49">
        <w:rPr>
          <w:noProof/>
          <w:lang w:eastAsia="zh-TW"/>
        </w:rPr>
        <w:lastRenderedPageBreak/>
        <w:drawing>
          <wp:inline distT="0" distB="0" distL="0" distR="0" wp14:anchorId="78749CBB" wp14:editId="59C55C83">
            <wp:extent cx="4082895" cy="3713356"/>
            <wp:effectExtent l="0" t="0" r="0" b="1905"/>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98694" cy="3727725"/>
                    </a:xfrm>
                    <a:prstGeom prst="rect">
                      <a:avLst/>
                    </a:prstGeom>
                  </pic:spPr>
                </pic:pic>
              </a:graphicData>
            </a:graphic>
          </wp:inline>
        </w:drawing>
      </w:r>
    </w:p>
    <w:p w14:paraId="41E37A33" w14:textId="7DCBB0D6" w:rsidR="005B6F58" w:rsidRPr="005F2B49" w:rsidRDefault="001F73AE" w:rsidP="001F73AE">
      <w:pPr>
        <w:pStyle w:val="af7"/>
        <w:jc w:val="center"/>
        <w:rPr>
          <w:rFonts w:ascii="Times New Roman" w:hAnsi="Times New Roman" w:cs="Times New Roman"/>
          <w:color w:val="auto"/>
          <w:szCs w:val="32"/>
          <w:lang w:eastAsia="zh-TW"/>
        </w:rPr>
      </w:pPr>
      <w:bookmarkStart w:id="48" w:name="_Toc239949063"/>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8</w:t>
      </w:r>
      <w:r w:rsidR="00617749" w:rsidRPr="005F2B49">
        <w:rPr>
          <w:rFonts w:ascii="Times New Roman" w:hAnsi="Times New Roman" w:cs="Times New Roman"/>
          <w:color w:val="auto"/>
          <w:sz w:val="32"/>
          <w:szCs w:val="32"/>
          <w:lang w:eastAsia="zh-TW"/>
        </w:rPr>
        <w:fldChar w:fldCharType="end"/>
      </w:r>
      <w:r w:rsidR="005B6F58" w:rsidRPr="005F2B49">
        <w:rPr>
          <w:rFonts w:ascii="Times New Roman" w:hAnsi="Times New Roman" w:cs="Times New Roman" w:hint="eastAsia"/>
          <w:color w:val="auto"/>
          <w:sz w:val="32"/>
          <w:szCs w:val="32"/>
          <w:lang w:eastAsia="zh-TW"/>
        </w:rPr>
        <w:t>互動式圖表</w:t>
      </w:r>
      <w:bookmarkEnd w:id="48"/>
    </w:p>
    <w:p w14:paraId="4ED3C98C" w14:textId="77777777" w:rsidR="005B6F58" w:rsidRPr="005F2B49" w:rsidRDefault="005B6F58" w:rsidP="007C1FC0">
      <w:pPr>
        <w:pStyle w:val="ae"/>
        <w:numPr>
          <w:ilvl w:val="1"/>
          <w:numId w:val="19"/>
        </w:numPr>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互動式圖表（</w:t>
      </w:r>
      <w:r w:rsidRPr="005F2B49">
        <w:rPr>
          <w:rFonts w:ascii="Times New Roman" w:hAnsi="Times New Roman" w:cs="Times New Roman" w:hint="eastAsia"/>
          <w:b/>
          <w:bCs/>
          <w:szCs w:val="32"/>
          <w:lang w:eastAsia="zh-TW"/>
        </w:rPr>
        <w:t>9</w:t>
      </w:r>
      <w:r w:rsidRPr="005F2B49">
        <w:rPr>
          <w:rFonts w:ascii="Times New Roman" w:hAnsi="Times New Roman" w:cs="Times New Roman" w:hint="eastAsia"/>
          <w:b/>
          <w:bCs/>
          <w:szCs w:val="32"/>
          <w:lang w:eastAsia="zh-TW"/>
        </w:rPr>
        <w:t>種）：</w:t>
      </w:r>
      <w:r w:rsidRPr="005F2B49">
        <w:rPr>
          <w:rFonts w:ascii="Times New Roman" w:hAnsi="Times New Roman" w:cs="Times New Roman" w:hint="eastAsia"/>
          <w:szCs w:val="32"/>
          <w:lang w:eastAsia="zh-TW"/>
        </w:rPr>
        <w:t>條形圖、餅圖、散點圖、折線圖、面積圖、雷達圖、樹狀圖、氣泡圖、直方圖。</w:t>
      </w:r>
    </w:p>
    <w:p w14:paraId="2DE7E397" w14:textId="77777777" w:rsidR="005B6F58" w:rsidRPr="005F2B49" w:rsidRDefault="005B6F58" w:rsidP="005B6F58">
      <w:pPr>
        <w:ind w:left="480"/>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3ED2AD58" wp14:editId="05335975">
            <wp:extent cx="4014439" cy="6736647"/>
            <wp:effectExtent l="0" t="0" r="5715" b="762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34892" cy="6770969"/>
                    </a:xfrm>
                    <a:prstGeom prst="rect">
                      <a:avLst/>
                    </a:prstGeom>
                  </pic:spPr>
                </pic:pic>
              </a:graphicData>
            </a:graphic>
          </wp:inline>
        </w:drawing>
      </w:r>
    </w:p>
    <w:p w14:paraId="3412E8A1" w14:textId="1D9323B8" w:rsidR="005B6F58" w:rsidRPr="005F2B49" w:rsidRDefault="001F73AE" w:rsidP="0004272C">
      <w:pPr>
        <w:pStyle w:val="af7"/>
        <w:jc w:val="center"/>
        <w:rPr>
          <w:rFonts w:ascii="Times New Roman" w:hAnsi="Times New Roman" w:cs="Times New Roman"/>
          <w:color w:val="auto"/>
          <w:sz w:val="32"/>
          <w:szCs w:val="32"/>
          <w:lang w:eastAsia="zh-TW"/>
        </w:rPr>
      </w:pPr>
      <w:bookmarkStart w:id="49" w:name="_Toc239949064"/>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9</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005B6F58" w:rsidRPr="005F2B49">
        <w:rPr>
          <w:rFonts w:ascii="Times New Roman" w:hAnsi="Times New Roman" w:cs="Times New Roman" w:hint="eastAsia"/>
          <w:color w:val="auto"/>
          <w:sz w:val="32"/>
          <w:szCs w:val="32"/>
          <w:lang w:eastAsia="zh-TW"/>
        </w:rPr>
        <w:t>HTML</w:t>
      </w:r>
      <w:r w:rsidR="005B6F58" w:rsidRPr="005F2B49">
        <w:rPr>
          <w:rFonts w:ascii="Times New Roman" w:hAnsi="Times New Roman" w:cs="Times New Roman" w:hint="eastAsia"/>
          <w:color w:val="auto"/>
          <w:sz w:val="32"/>
          <w:szCs w:val="32"/>
          <w:lang w:eastAsia="zh-TW"/>
        </w:rPr>
        <w:t>程式碼的互動式圖表</w:t>
      </w:r>
      <w:bookmarkEnd w:id="49"/>
    </w:p>
    <w:p w14:paraId="54733AFC" w14:textId="77777777" w:rsidR="005B6F58" w:rsidRPr="005F2B49" w:rsidRDefault="005B6F58" w:rsidP="007C1FC0">
      <w:pPr>
        <w:pStyle w:val="ae"/>
        <w:numPr>
          <w:ilvl w:val="1"/>
          <w:numId w:val="19"/>
        </w:numPr>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HTML</w:t>
      </w:r>
      <w:r w:rsidRPr="005F2B49">
        <w:rPr>
          <w:rFonts w:ascii="Times New Roman" w:hAnsi="Times New Roman" w:cs="Times New Roman" w:hint="eastAsia"/>
          <w:b/>
          <w:bCs/>
          <w:szCs w:val="32"/>
          <w:lang w:eastAsia="zh-TW"/>
        </w:rPr>
        <w:t>程式碼的互動式圖表（</w:t>
      </w:r>
      <w:r w:rsidRPr="005F2B49">
        <w:rPr>
          <w:rFonts w:ascii="Times New Roman" w:hAnsi="Times New Roman" w:cs="Times New Roman" w:hint="eastAsia"/>
          <w:b/>
          <w:bCs/>
          <w:szCs w:val="32"/>
          <w:lang w:eastAsia="zh-TW"/>
        </w:rPr>
        <w:t>3</w:t>
      </w:r>
      <w:r w:rsidRPr="005F2B49">
        <w:rPr>
          <w:rFonts w:ascii="Times New Roman" w:hAnsi="Times New Roman" w:cs="Times New Roman" w:hint="eastAsia"/>
          <w:b/>
          <w:bCs/>
          <w:szCs w:val="32"/>
          <w:lang w:eastAsia="zh-TW"/>
        </w:rPr>
        <w:t>種）：</w:t>
      </w:r>
      <w:r w:rsidRPr="005F2B49">
        <w:rPr>
          <w:rFonts w:ascii="Times New Roman" w:hAnsi="Times New Roman" w:cs="Times New Roman" w:hint="eastAsia"/>
          <w:szCs w:val="32"/>
          <w:lang w:eastAsia="zh-TW"/>
        </w:rPr>
        <w:t>箱形圖、熱圖、瀑布圖。</w:t>
      </w:r>
    </w:p>
    <w:p w14:paraId="63AAAEDC" w14:textId="77777777" w:rsidR="00BA1A7A" w:rsidRPr="005F2B49" w:rsidRDefault="00BA1A7A" w:rsidP="00BA1A7A">
      <w:pPr>
        <w:pStyle w:val="ae"/>
        <w:ind w:left="480"/>
        <w:jc w:val="both"/>
        <w:rPr>
          <w:rFonts w:ascii="Times New Roman" w:hAnsi="Times New Roman" w:cs="Times New Roman"/>
          <w:szCs w:val="32"/>
          <w:lang w:eastAsia="zh-TW"/>
        </w:rPr>
      </w:pPr>
    </w:p>
    <w:p w14:paraId="26031B8B" w14:textId="77777777" w:rsidR="00BA1A7A" w:rsidRPr="005F2B49" w:rsidRDefault="007A2B9E" w:rsidP="00BA1A7A">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1451CD96" wp14:editId="3B6C958B">
            <wp:extent cx="5486400" cy="754380"/>
            <wp:effectExtent l="0" t="0" r="0" b="7620"/>
            <wp:docPr id="58127736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277363" name=""/>
                    <pic:cNvPicPr/>
                  </pic:nvPicPr>
                  <pic:blipFill>
                    <a:blip r:embed="rId29"/>
                    <a:stretch>
                      <a:fillRect/>
                    </a:stretch>
                  </pic:blipFill>
                  <pic:spPr>
                    <a:xfrm>
                      <a:off x="0" y="0"/>
                      <a:ext cx="5486400" cy="754380"/>
                    </a:xfrm>
                    <a:prstGeom prst="rect">
                      <a:avLst/>
                    </a:prstGeom>
                  </pic:spPr>
                </pic:pic>
              </a:graphicData>
            </a:graphic>
          </wp:inline>
        </w:drawing>
      </w:r>
    </w:p>
    <w:p w14:paraId="6044735E" w14:textId="23E05A93" w:rsidR="00BA1A7A" w:rsidRPr="005F2B49" w:rsidRDefault="00BA1A7A" w:rsidP="00BA1A7A">
      <w:pPr>
        <w:pStyle w:val="af7"/>
        <w:jc w:val="center"/>
        <w:rPr>
          <w:rFonts w:ascii="Times New Roman" w:hAnsi="Times New Roman" w:cs="Times New Roman"/>
          <w:color w:val="auto"/>
          <w:sz w:val="32"/>
          <w:szCs w:val="32"/>
          <w:lang w:eastAsia="zh-TW"/>
        </w:rPr>
      </w:pPr>
      <w:bookmarkStart w:id="50" w:name="_Toc239949065"/>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10</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LaTeX</w:t>
      </w:r>
      <w:r w:rsidRPr="005F2B49">
        <w:rPr>
          <w:rFonts w:ascii="Times New Roman" w:hAnsi="Times New Roman" w:cs="Times New Roman" w:hint="eastAsia"/>
          <w:color w:val="auto"/>
          <w:sz w:val="32"/>
          <w:szCs w:val="32"/>
          <w:lang w:eastAsia="zh-TW"/>
        </w:rPr>
        <w:t>方程式位置</w:t>
      </w:r>
      <w:bookmarkEnd w:id="50"/>
    </w:p>
    <w:p w14:paraId="3D0ACF1D" w14:textId="77777777" w:rsidR="00BA1A7A" w:rsidRPr="005F2B49" w:rsidRDefault="00BA1A7A" w:rsidP="00BA1A7A">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546AC944" wp14:editId="1FB80DAC">
            <wp:extent cx="4051005" cy="2867586"/>
            <wp:effectExtent l="0" t="0" r="6985" b="952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61543" cy="2875045"/>
                    </a:xfrm>
                    <a:prstGeom prst="rect">
                      <a:avLst/>
                    </a:prstGeom>
                  </pic:spPr>
                </pic:pic>
              </a:graphicData>
            </a:graphic>
          </wp:inline>
        </w:drawing>
      </w:r>
    </w:p>
    <w:p w14:paraId="62B86FF0" w14:textId="19C15751" w:rsidR="00BA1A7A" w:rsidRPr="005F2B49" w:rsidRDefault="00BA1A7A" w:rsidP="00BA1A7A">
      <w:pPr>
        <w:pStyle w:val="af7"/>
        <w:jc w:val="center"/>
        <w:rPr>
          <w:rFonts w:ascii="Times New Roman" w:hAnsi="Times New Roman" w:cs="Times New Roman"/>
          <w:color w:val="auto"/>
          <w:sz w:val="32"/>
          <w:szCs w:val="32"/>
          <w:lang w:eastAsia="zh-TW"/>
        </w:rPr>
      </w:pPr>
      <w:bookmarkStart w:id="51" w:name="_Toc239949066"/>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11</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LaTeX</w:t>
      </w:r>
      <w:r w:rsidRPr="005F2B49">
        <w:rPr>
          <w:rFonts w:ascii="Times New Roman" w:hAnsi="Times New Roman" w:cs="Times New Roman" w:hint="eastAsia"/>
          <w:color w:val="auto"/>
          <w:sz w:val="32"/>
          <w:szCs w:val="32"/>
          <w:lang w:eastAsia="zh-TW"/>
        </w:rPr>
        <w:t>方程式介面</w:t>
      </w:r>
      <w:bookmarkEnd w:id="51"/>
    </w:p>
    <w:p w14:paraId="58AB3350" w14:textId="77777777" w:rsidR="00BA1A7A" w:rsidRPr="005F2B49" w:rsidRDefault="00BA1A7A" w:rsidP="007C1FC0">
      <w:pPr>
        <w:pStyle w:val="ae"/>
        <w:numPr>
          <w:ilvl w:val="0"/>
          <w:numId w:val="19"/>
        </w:numPr>
        <w:rPr>
          <w:lang w:eastAsia="zh-TW"/>
        </w:rPr>
      </w:pPr>
      <w:r w:rsidRPr="005F2B49">
        <w:rPr>
          <w:rFonts w:ascii="Times New Roman" w:hAnsi="Times New Roman" w:cs="Times New Roman" w:hint="eastAsia"/>
          <w:b/>
          <w:bCs/>
          <w:szCs w:val="32"/>
          <w:lang w:eastAsia="zh-TW"/>
        </w:rPr>
        <w:t>LaTeX</w:t>
      </w:r>
      <w:r w:rsidRPr="005F2B49">
        <w:rPr>
          <w:rFonts w:ascii="Times New Roman" w:hAnsi="Times New Roman" w:cs="Times New Roman" w:hint="eastAsia"/>
          <w:b/>
          <w:bCs/>
          <w:szCs w:val="32"/>
          <w:lang w:eastAsia="zh-TW"/>
        </w:rPr>
        <w:t>方程式輸入：</w:t>
      </w:r>
      <w:r w:rsidRPr="005F2B49">
        <w:rPr>
          <w:rFonts w:ascii="Times New Roman" w:hAnsi="Times New Roman" w:cs="Times New Roman"/>
          <w:szCs w:val="32"/>
          <w:lang w:eastAsia="zh-TW"/>
        </w:rPr>
        <w:br/>
      </w:r>
      <w:r w:rsidRPr="005F2B49">
        <w:rPr>
          <w:rFonts w:ascii="Times New Roman" w:hAnsi="Times New Roman" w:cs="Times New Roman" w:hint="eastAsia"/>
          <w:szCs w:val="32"/>
          <w:lang w:eastAsia="zh-TW"/>
        </w:rPr>
        <w:t>對話框內以</w:t>
      </w:r>
      <w:r w:rsidRPr="005F2B49">
        <w:rPr>
          <w:rFonts w:ascii="Times New Roman" w:hAnsi="Times New Roman" w:cs="Times New Roman" w:hint="eastAsia"/>
          <w:szCs w:val="32"/>
          <w:lang w:eastAsia="zh-TW"/>
        </w:rPr>
        <w:t>LaTeX</w:t>
      </w:r>
      <w:r w:rsidRPr="005F2B49">
        <w:rPr>
          <w:rFonts w:ascii="Times New Roman" w:hAnsi="Times New Roman" w:cs="Times New Roman" w:hint="eastAsia"/>
          <w:szCs w:val="32"/>
          <w:lang w:eastAsia="zh-TW"/>
        </w:rPr>
        <w:t>語法輸入數學方程式與科學符號，系統即時呈現為標準數學排版，</w:t>
      </w:r>
      <w:r w:rsidRPr="005F2B49">
        <w:rPr>
          <w:rFonts w:ascii="Times New Roman" w:hAnsi="Times New Roman" w:cs="Times New Roman" w:hint="eastAsia"/>
          <w:szCs w:val="32"/>
          <w:lang w:eastAsia="zh-TW"/>
        </w:rPr>
        <w:t>AI</w:t>
      </w:r>
      <w:r w:rsidRPr="005F2B49">
        <w:rPr>
          <w:rFonts w:ascii="Times New Roman" w:hAnsi="Times New Roman" w:cs="Times New Roman" w:hint="eastAsia"/>
          <w:szCs w:val="32"/>
          <w:lang w:eastAsia="zh-TW"/>
        </w:rPr>
        <w:t>可正確理解與回應。</w:t>
      </w:r>
    </w:p>
    <w:p w14:paraId="3ADC57D5" w14:textId="77777777" w:rsidR="00BA1A7A" w:rsidRPr="005F2B49" w:rsidRDefault="00BA1A7A" w:rsidP="00BA1A7A">
      <w:pPr>
        <w:pStyle w:val="ae"/>
        <w:ind w:left="480"/>
        <w:jc w:val="both"/>
        <w:rPr>
          <w:rFonts w:ascii="Times New Roman" w:hAnsi="Times New Roman" w:cs="Times New Roman"/>
          <w:szCs w:val="32"/>
          <w:lang w:eastAsia="zh-TW"/>
        </w:rPr>
      </w:pPr>
    </w:p>
    <w:p w14:paraId="32226311" w14:textId="77777777" w:rsidR="00BA1A7A" w:rsidRPr="005F2B49" w:rsidRDefault="007A2B9E" w:rsidP="00BA1A7A">
      <w:pPr>
        <w:pStyle w:val="ae"/>
        <w:ind w:left="480"/>
        <w:jc w:val="both"/>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2251AE53" wp14:editId="11D5EA62">
            <wp:extent cx="5486400" cy="824230"/>
            <wp:effectExtent l="0" t="0" r="0" b="0"/>
            <wp:docPr id="11642368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3687" name=""/>
                    <pic:cNvPicPr/>
                  </pic:nvPicPr>
                  <pic:blipFill>
                    <a:blip r:embed="rId31"/>
                    <a:stretch>
                      <a:fillRect/>
                    </a:stretch>
                  </pic:blipFill>
                  <pic:spPr>
                    <a:xfrm>
                      <a:off x="0" y="0"/>
                      <a:ext cx="5486400" cy="824230"/>
                    </a:xfrm>
                    <a:prstGeom prst="rect">
                      <a:avLst/>
                    </a:prstGeom>
                  </pic:spPr>
                </pic:pic>
              </a:graphicData>
            </a:graphic>
          </wp:inline>
        </w:drawing>
      </w:r>
    </w:p>
    <w:p w14:paraId="6C3F5119" w14:textId="2F6E4977" w:rsidR="007A2B9E" w:rsidRPr="005F2B49" w:rsidRDefault="00034499" w:rsidP="00034499">
      <w:pPr>
        <w:pStyle w:val="af7"/>
        <w:jc w:val="center"/>
        <w:rPr>
          <w:rFonts w:ascii="Times New Roman" w:hAnsi="Times New Roman" w:cs="Times New Roman"/>
          <w:color w:val="auto"/>
          <w:sz w:val="32"/>
          <w:szCs w:val="32"/>
          <w:lang w:eastAsia="zh-TW"/>
        </w:rPr>
      </w:pPr>
      <w:bookmarkStart w:id="52" w:name="_Toc239949067"/>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12</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007A2B9E" w:rsidRPr="005F2B49">
        <w:rPr>
          <w:rFonts w:ascii="Times New Roman" w:hAnsi="Times New Roman" w:cs="Times New Roman" w:hint="eastAsia"/>
          <w:color w:val="auto"/>
          <w:sz w:val="32"/>
          <w:szCs w:val="32"/>
          <w:lang w:eastAsia="zh-TW"/>
        </w:rPr>
        <w:t>Canvas</w:t>
      </w:r>
      <w:r w:rsidR="007A2B9E" w:rsidRPr="005F2B49">
        <w:rPr>
          <w:rFonts w:ascii="Times New Roman" w:hAnsi="Times New Roman" w:cs="Times New Roman" w:hint="eastAsia"/>
          <w:color w:val="auto"/>
          <w:sz w:val="32"/>
          <w:szCs w:val="32"/>
          <w:lang w:eastAsia="zh-TW"/>
        </w:rPr>
        <w:t>功能位置</w:t>
      </w:r>
      <w:bookmarkEnd w:id="52"/>
    </w:p>
    <w:p w14:paraId="541728B0" w14:textId="77777777" w:rsidR="00034499" w:rsidRPr="005F2B49" w:rsidRDefault="00034499" w:rsidP="007C1FC0">
      <w:pPr>
        <w:pStyle w:val="ae"/>
        <w:numPr>
          <w:ilvl w:val="0"/>
          <w:numId w:val="19"/>
        </w:numPr>
        <w:rPr>
          <w:lang w:eastAsia="zh-TW"/>
        </w:rPr>
      </w:pPr>
      <w:r w:rsidRPr="005F2B49">
        <w:rPr>
          <w:rFonts w:ascii="Times New Roman" w:hAnsi="Times New Roman" w:cs="Times New Roman" w:hint="eastAsia"/>
          <w:b/>
          <w:bCs/>
          <w:szCs w:val="32"/>
          <w:lang w:eastAsia="zh-TW"/>
        </w:rPr>
        <w:t>Canvas</w:t>
      </w:r>
      <w:r w:rsidRPr="005F2B49">
        <w:rPr>
          <w:rFonts w:ascii="Times New Roman" w:hAnsi="Times New Roman" w:cs="Times New Roman" w:hint="eastAsia"/>
          <w:b/>
          <w:bCs/>
          <w:szCs w:val="32"/>
          <w:lang w:eastAsia="zh-TW"/>
        </w:rPr>
        <w:t>功能：</w:t>
      </w:r>
      <w:r w:rsidRPr="005F2B49">
        <w:rPr>
          <w:rFonts w:ascii="Times New Roman" w:hAnsi="Times New Roman" w:cs="Times New Roman"/>
          <w:szCs w:val="32"/>
          <w:lang w:eastAsia="zh-TW"/>
        </w:rPr>
        <w:br/>
      </w:r>
      <w:r w:rsidRPr="005F2B49">
        <w:rPr>
          <w:rFonts w:ascii="Times New Roman" w:hAnsi="Times New Roman" w:cs="Times New Roman"/>
          <w:szCs w:val="32"/>
          <w:lang w:eastAsia="zh-TW"/>
        </w:rPr>
        <w:t>點選「</w:t>
      </w:r>
      <w:r w:rsidRPr="005F2B49">
        <w:rPr>
          <w:rFonts w:ascii="Times New Roman" w:hAnsi="Times New Roman" w:cs="Times New Roman"/>
          <w:szCs w:val="32"/>
          <w:lang w:eastAsia="zh-TW"/>
        </w:rPr>
        <w:t>Canvas</w:t>
      </w:r>
      <w:r w:rsidRPr="005F2B49">
        <w:rPr>
          <w:rFonts w:ascii="Times New Roman" w:hAnsi="Times New Roman" w:cs="Times New Roman"/>
          <w:szCs w:val="32"/>
          <w:lang w:eastAsia="zh-TW"/>
        </w:rPr>
        <w:t>」按鈕即可開啟</w:t>
      </w:r>
      <w:r w:rsidRPr="005F2B49">
        <w:rPr>
          <w:rFonts w:ascii="Times New Roman" w:hAnsi="Times New Roman" w:cs="Times New Roman"/>
          <w:szCs w:val="32"/>
          <w:lang w:eastAsia="zh-TW"/>
        </w:rPr>
        <w:t xml:space="preserve"> Canvas </w:t>
      </w:r>
      <w:r w:rsidRPr="005F2B49">
        <w:rPr>
          <w:rFonts w:ascii="Times New Roman" w:hAnsi="Times New Roman" w:cs="Times New Roman"/>
          <w:szCs w:val="32"/>
          <w:lang w:eastAsia="zh-TW"/>
        </w:rPr>
        <w:t>功能，使用者可在</w:t>
      </w:r>
      <w:r w:rsidRPr="005F2B49">
        <w:rPr>
          <w:rFonts w:ascii="Times New Roman" w:hAnsi="Times New Roman" w:cs="Times New Roman"/>
          <w:szCs w:val="32"/>
          <w:lang w:eastAsia="zh-TW"/>
        </w:rPr>
        <w:t xml:space="preserve"> AI </w:t>
      </w:r>
      <w:r w:rsidRPr="005F2B49">
        <w:rPr>
          <w:rFonts w:ascii="Times New Roman" w:hAnsi="Times New Roman" w:cs="Times New Roman"/>
          <w:szCs w:val="32"/>
          <w:lang w:eastAsia="zh-TW"/>
        </w:rPr>
        <w:t>對話過程中，透過自然語言描述需求，請</w:t>
      </w:r>
      <w:r w:rsidRPr="005F2B49">
        <w:rPr>
          <w:rFonts w:ascii="Times New Roman" w:hAnsi="Times New Roman" w:cs="Times New Roman"/>
          <w:szCs w:val="32"/>
          <w:lang w:eastAsia="zh-TW"/>
        </w:rPr>
        <w:t xml:space="preserve"> AI </w:t>
      </w:r>
      <w:r w:rsidRPr="005F2B49">
        <w:rPr>
          <w:rFonts w:ascii="Times New Roman" w:hAnsi="Times New Roman" w:cs="Times New Roman"/>
          <w:szCs w:val="32"/>
          <w:lang w:eastAsia="zh-TW"/>
        </w:rPr>
        <w:t>協助產</w:t>
      </w:r>
      <w:r w:rsidRPr="005F2B49">
        <w:rPr>
          <w:rFonts w:ascii="Times New Roman" w:hAnsi="Times New Roman" w:cs="Times New Roman"/>
          <w:szCs w:val="32"/>
          <w:lang w:eastAsia="zh-TW"/>
        </w:rPr>
        <w:lastRenderedPageBreak/>
        <w:t>生、編輯及修改網頁、程式碼、互動式內容與圖表等內容，並可於</w:t>
      </w:r>
      <w:r w:rsidRPr="005F2B49">
        <w:rPr>
          <w:rFonts w:ascii="Times New Roman" w:hAnsi="Times New Roman" w:cs="Times New Roman"/>
          <w:szCs w:val="32"/>
          <w:lang w:eastAsia="zh-TW"/>
        </w:rPr>
        <w:t xml:space="preserve"> Canvas </w:t>
      </w:r>
      <w:r w:rsidRPr="005F2B49">
        <w:rPr>
          <w:rFonts w:ascii="Times New Roman" w:hAnsi="Times New Roman" w:cs="Times New Roman"/>
          <w:szCs w:val="32"/>
          <w:lang w:eastAsia="zh-TW"/>
        </w:rPr>
        <w:t>工作區中即時預覽成果。</w:t>
      </w:r>
    </w:p>
    <w:p w14:paraId="1780C47A" w14:textId="77777777" w:rsidR="00ED3F40" w:rsidRPr="005F2B49" w:rsidRDefault="00ED3F40" w:rsidP="007C1FC0">
      <w:pPr>
        <w:pStyle w:val="ae"/>
        <w:numPr>
          <w:ilvl w:val="0"/>
          <w:numId w:val="19"/>
        </w:numPr>
        <w:jc w:val="both"/>
        <w:rPr>
          <w:rFonts w:ascii="Times New Roman" w:hAnsi="Times New Roman" w:cs="Times New Roman"/>
          <w:szCs w:val="32"/>
          <w:lang w:eastAsia="zh-TW"/>
        </w:rPr>
      </w:pPr>
      <w:r w:rsidRPr="005F2B49">
        <w:rPr>
          <w:rFonts w:eastAsia="新細明體"/>
          <w:lang w:eastAsia="zh-TW"/>
        </w:rPr>
        <w:br w:type="page"/>
      </w:r>
    </w:p>
    <w:p w14:paraId="41FE3C4F" w14:textId="77777777" w:rsidR="00ED3F40" w:rsidRPr="005F2B49" w:rsidRDefault="00ED3F40" w:rsidP="001B52D6">
      <w:pPr>
        <w:pStyle w:val="21"/>
        <w:rPr>
          <w:color w:val="auto"/>
        </w:rPr>
      </w:pPr>
      <w:bookmarkStart w:id="53" w:name="_Toc239949028"/>
      <w:r w:rsidRPr="005F2B49">
        <w:rPr>
          <w:rFonts w:hint="eastAsia"/>
          <w:color w:val="auto"/>
        </w:rPr>
        <w:lastRenderedPageBreak/>
        <w:t xml:space="preserve">2.3 Chatbot </w:t>
      </w:r>
      <w:r w:rsidRPr="005F2B49">
        <w:rPr>
          <w:rFonts w:hint="eastAsia"/>
          <w:color w:val="auto"/>
        </w:rPr>
        <w:t>使用情境</w:t>
      </w:r>
      <w:bookmarkEnd w:id="53"/>
    </w:p>
    <w:p w14:paraId="515C812F" w14:textId="77777777" w:rsidR="00ED3F40" w:rsidRPr="005F2B49" w:rsidRDefault="00410702" w:rsidP="00ED3F40">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3C659726" wp14:editId="3AA429A8">
            <wp:extent cx="4284921" cy="5107685"/>
            <wp:effectExtent l="0" t="0" r="1905" b="0"/>
            <wp:docPr id="81" name="圖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292496" cy="5116715"/>
                    </a:xfrm>
                    <a:prstGeom prst="rect">
                      <a:avLst/>
                    </a:prstGeom>
                  </pic:spPr>
                </pic:pic>
              </a:graphicData>
            </a:graphic>
          </wp:inline>
        </w:drawing>
      </w:r>
    </w:p>
    <w:p w14:paraId="64D4C3C9" w14:textId="7034D3FC" w:rsidR="00ED3F40" w:rsidRPr="005F2B49" w:rsidRDefault="00ED3F40" w:rsidP="00ED3F40">
      <w:pPr>
        <w:pStyle w:val="af7"/>
        <w:jc w:val="center"/>
        <w:rPr>
          <w:rFonts w:ascii="Times New Roman" w:hAnsi="Times New Roman" w:cs="Times New Roman"/>
          <w:color w:val="auto"/>
          <w:sz w:val="32"/>
          <w:szCs w:val="32"/>
          <w:lang w:eastAsia="zh-TW"/>
        </w:rPr>
      </w:pPr>
      <w:bookmarkStart w:id="54" w:name="_Toc239949068"/>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13</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選擇</w:t>
      </w:r>
      <w:r w:rsidRPr="005F2B49">
        <w:rPr>
          <w:rFonts w:ascii="Times New Roman" w:hAnsi="Times New Roman" w:cs="Times New Roman" w:hint="eastAsia"/>
          <w:color w:val="auto"/>
          <w:sz w:val="32"/>
          <w:szCs w:val="32"/>
          <w:lang w:eastAsia="zh-TW"/>
        </w:rPr>
        <w:t xml:space="preserve">Chatbot </w:t>
      </w:r>
      <w:r w:rsidRPr="005F2B49">
        <w:rPr>
          <w:rFonts w:ascii="Times New Roman" w:hAnsi="Times New Roman" w:cs="Times New Roman" w:hint="eastAsia"/>
          <w:color w:val="auto"/>
          <w:sz w:val="32"/>
          <w:szCs w:val="32"/>
          <w:lang w:eastAsia="zh-TW"/>
        </w:rPr>
        <w:t>介面</w:t>
      </w:r>
      <w:bookmarkEnd w:id="54"/>
    </w:p>
    <w:p w14:paraId="5167DC72" w14:textId="77777777" w:rsidR="001F10CA" w:rsidRPr="005F2B49" w:rsidRDefault="001F10CA" w:rsidP="001F10CA">
      <w:pPr>
        <w:jc w:val="both"/>
        <w:rPr>
          <w:rFonts w:ascii="Times New Roman" w:hAnsi="Times New Roman" w:cs="Times New Roman"/>
          <w:szCs w:val="32"/>
          <w:lang w:eastAsia="zh-TW"/>
        </w:rPr>
      </w:pPr>
      <w:r w:rsidRPr="005F2B49">
        <w:rPr>
          <w:rFonts w:ascii="Times New Roman" w:hAnsi="Times New Roman" w:cs="Times New Roman"/>
          <w:szCs w:val="32"/>
          <w:lang w:eastAsia="zh-TW"/>
        </w:rPr>
        <w:t>選擇建立（或被指派）的</w:t>
      </w:r>
      <w:r w:rsidRPr="005F2B49">
        <w:rPr>
          <w:rFonts w:ascii="Times New Roman" w:hAnsi="Times New Roman" w:cs="Times New Roman"/>
          <w:szCs w:val="32"/>
          <w:lang w:eastAsia="zh-TW"/>
        </w:rPr>
        <w:t>Chatbot</w:t>
      </w:r>
      <w:r w:rsidRPr="005F2B49">
        <w:rPr>
          <w:rFonts w:ascii="Times New Roman" w:hAnsi="Times New Roman" w:cs="Times New Roman"/>
          <w:szCs w:val="32"/>
          <w:lang w:eastAsia="zh-TW"/>
        </w:rPr>
        <w:t>進行聊天</w:t>
      </w:r>
      <w:r w:rsidRPr="005F2B49">
        <w:rPr>
          <w:rFonts w:ascii="Times New Roman" w:hAnsi="Times New Roman" w:cs="Times New Roman" w:hint="eastAsia"/>
          <w:szCs w:val="32"/>
          <w:lang w:eastAsia="zh-TW"/>
        </w:rPr>
        <w:t>。</w:t>
      </w:r>
    </w:p>
    <w:p w14:paraId="1880E6DF" w14:textId="77777777" w:rsidR="001F10CA" w:rsidRPr="005F2B49" w:rsidRDefault="001F10CA" w:rsidP="001F10CA">
      <w:pPr>
        <w:rPr>
          <w:rFonts w:ascii="Times New Roman" w:hAnsi="Times New Roman" w:cs="Times New Roman"/>
          <w:b/>
          <w:bCs/>
          <w:szCs w:val="32"/>
          <w:lang w:eastAsia="zh-TW"/>
        </w:rPr>
      </w:pPr>
      <w:r w:rsidRPr="005F2B49">
        <w:rPr>
          <w:rFonts w:ascii="Times New Roman" w:hAnsi="Times New Roman" w:cs="Times New Roman"/>
          <w:b/>
          <w:bCs/>
          <w:szCs w:val="32"/>
          <w:lang w:eastAsia="zh-TW"/>
        </w:rPr>
        <w:t>Chatbot</w:t>
      </w:r>
      <w:r w:rsidRPr="005F2B49">
        <w:rPr>
          <w:rFonts w:ascii="Times New Roman" w:hAnsi="Times New Roman" w:cs="Times New Roman" w:hint="eastAsia"/>
          <w:b/>
          <w:bCs/>
          <w:szCs w:val="32"/>
          <w:lang w:eastAsia="zh-TW"/>
        </w:rPr>
        <w:t>的使用權限會有以下情境：</w:t>
      </w:r>
    </w:p>
    <w:p w14:paraId="2425AA3E" w14:textId="77777777" w:rsidR="001F10CA" w:rsidRPr="005F2B49" w:rsidRDefault="001F10CA" w:rsidP="007C1FC0">
      <w:pPr>
        <w:pStyle w:val="ae"/>
        <w:numPr>
          <w:ilvl w:val="0"/>
          <w:numId w:val="23"/>
        </w:numPr>
        <w:rPr>
          <w:rFonts w:ascii="Times New Roman" w:hAnsi="Times New Roman" w:cs="Times New Roman"/>
          <w:szCs w:val="32"/>
          <w:lang w:eastAsia="zh-TW"/>
        </w:rPr>
      </w:pPr>
      <w:r w:rsidRPr="005F2B49">
        <w:rPr>
          <w:rFonts w:ascii="Times New Roman" w:hAnsi="Times New Roman" w:cs="Times New Roman" w:hint="eastAsia"/>
          <w:szCs w:val="32"/>
          <w:lang w:eastAsia="zh-TW"/>
        </w:rPr>
        <w:t>由教師自行建立的。</w:t>
      </w:r>
    </w:p>
    <w:p w14:paraId="5400CCF6" w14:textId="77777777" w:rsidR="001F10CA" w:rsidRPr="005F2B49" w:rsidRDefault="001F10CA" w:rsidP="007C1FC0">
      <w:pPr>
        <w:pStyle w:val="ae"/>
        <w:numPr>
          <w:ilvl w:val="0"/>
          <w:numId w:val="23"/>
        </w:numPr>
        <w:rPr>
          <w:rFonts w:ascii="Times New Roman" w:hAnsi="Times New Roman" w:cs="Times New Roman"/>
          <w:szCs w:val="32"/>
          <w:lang w:eastAsia="zh-TW"/>
        </w:rPr>
      </w:pPr>
      <w:r w:rsidRPr="005F2B49">
        <w:rPr>
          <w:rFonts w:ascii="Times New Roman" w:hAnsi="Times New Roman" w:cs="Times New Roman" w:hint="eastAsia"/>
          <w:szCs w:val="32"/>
          <w:lang w:eastAsia="zh-TW"/>
        </w:rPr>
        <w:t>學生所屬班級被指派，且指派期限未過期。</w:t>
      </w:r>
    </w:p>
    <w:p w14:paraId="3DC3DB4D" w14:textId="77777777" w:rsidR="001F10CA" w:rsidRPr="005F2B49" w:rsidRDefault="001F10CA" w:rsidP="007C1FC0">
      <w:pPr>
        <w:pStyle w:val="ae"/>
        <w:numPr>
          <w:ilvl w:val="0"/>
          <w:numId w:val="23"/>
        </w:numPr>
        <w:rPr>
          <w:rFonts w:ascii="Times New Roman" w:hAnsi="Times New Roman" w:cs="Times New Roman"/>
          <w:szCs w:val="32"/>
          <w:lang w:eastAsia="zh-TW"/>
        </w:rPr>
      </w:pPr>
      <w:r w:rsidRPr="005F2B49">
        <w:rPr>
          <w:rFonts w:ascii="Times New Roman" w:hAnsi="Times New Roman" w:cs="Times New Roman" w:hint="eastAsia"/>
          <w:szCs w:val="32"/>
          <w:lang w:eastAsia="zh-TW"/>
        </w:rPr>
        <w:t>學生個人被指派</w:t>
      </w:r>
      <w:r w:rsidR="00EA586E" w:rsidRPr="005F2B49">
        <w:rPr>
          <w:rFonts w:ascii="Times New Roman" w:hAnsi="Times New Roman" w:cs="Times New Roman" w:hint="eastAsia"/>
          <w:szCs w:val="32"/>
          <w:lang w:eastAsia="zh-TW"/>
        </w:rPr>
        <w:t>，學生個人被指派，且指派期限未過期。</w:t>
      </w:r>
    </w:p>
    <w:p w14:paraId="1DC0DBF6" w14:textId="77777777" w:rsidR="001F10CA" w:rsidRPr="005F2B49" w:rsidRDefault="001F10CA" w:rsidP="007C1FC0">
      <w:pPr>
        <w:pStyle w:val="ae"/>
        <w:numPr>
          <w:ilvl w:val="0"/>
          <w:numId w:val="23"/>
        </w:numPr>
        <w:rPr>
          <w:rFonts w:ascii="Times New Roman" w:hAnsi="Times New Roman" w:cs="Times New Roman"/>
          <w:szCs w:val="32"/>
          <w:lang w:eastAsia="zh-TW"/>
        </w:rPr>
      </w:pPr>
      <w:r w:rsidRPr="005F2B49">
        <w:rPr>
          <w:rFonts w:ascii="Times New Roman" w:hAnsi="Times New Roman" w:cs="Times New Roman" w:hint="eastAsia"/>
          <w:szCs w:val="32"/>
          <w:lang w:eastAsia="zh-TW"/>
        </w:rPr>
        <w:t>教師取得分享使用。</w:t>
      </w:r>
    </w:p>
    <w:p w14:paraId="0AC32EAF" w14:textId="77777777" w:rsidR="00ED3F40" w:rsidRPr="005F2B49" w:rsidRDefault="000A060C" w:rsidP="007C1FC0">
      <w:pPr>
        <w:pStyle w:val="ae"/>
        <w:numPr>
          <w:ilvl w:val="0"/>
          <w:numId w:val="23"/>
        </w:numPr>
        <w:rPr>
          <w:rFonts w:ascii="Times New Roman" w:hAnsi="Times New Roman" w:cs="Times New Roman"/>
          <w:szCs w:val="32"/>
          <w:lang w:eastAsia="zh-TW"/>
        </w:rPr>
      </w:pPr>
      <w:r w:rsidRPr="005F2B49">
        <w:rPr>
          <w:rFonts w:ascii="Times New Roman" w:hAnsi="Times New Roman" w:cs="Times New Roman" w:hint="eastAsia"/>
          <w:szCs w:val="32"/>
          <w:lang w:eastAsia="zh-TW"/>
        </w:rPr>
        <w:lastRenderedPageBreak/>
        <w:t>若是</w:t>
      </w:r>
      <w:r w:rsidR="001F10CA" w:rsidRPr="005F2B49">
        <w:rPr>
          <w:rFonts w:ascii="Times New Roman" w:hAnsi="Times New Roman" w:cs="Times New Roman" w:hint="eastAsia"/>
          <w:szCs w:val="32"/>
          <w:lang w:eastAsia="zh-TW"/>
        </w:rPr>
        <w:t>學校管理者</w:t>
      </w:r>
      <w:r w:rsidRPr="005F2B49">
        <w:rPr>
          <w:rFonts w:ascii="Times New Roman" w:hAnsi="Times New Roman" w:cs="Times New Roman" w:hint="eastAsia"/>
          <w:szCs w:val="32"/>
          <w:lang w:eastAsia="zh-TW"/>
        </w:rPr>
        <w:t>或</w:t>
      </w:r>
      <w:r w:rsidR="001F10CA" w:rsidRPr="005F2B49">
        <w:rPr>
          <w:rFonts w:ascii="Times New Roman" w:hAnsi="Times New Roman" w:cs="Times New Roman" w:hint="eastAsia"/>
          <w:szCs w:val="32"/>
          <w:lang w:eastAsia="zh-TW"/>
        </w:rPr>
        <w:t>系統管理者可使用全校的</w:t>
      </w:r>
      <w:r w:rsidR="001F10CA" w:rsidRPr="005F2B49">
        <w:rPr>
          <w:rFonts w:ascii="Times New Roman" w:hAnsi="Times New Roman" w:cs="Times New Roman" w:hint="eastAsia"/>
          <w:szCs w:val="32"/>
          <w:lang w:eastAsia="zh-TW"/>
        </w:rPr>
        <w:t xml:space="preserve"> chatbot</w:t>
      </w:r>
      <w:r w:rsidR="001F10CA" w:rsidRPr="005F2B49">
        <w:rPr>
          <w:rFonts w:ascii="Times New Roman" w:hAnsi="Times New Roman" w:cs="Times New Roman" w:hint="eastAsia"/>
          <w:szCs w:val="32"/>
          <w:lang w:eastAsia="zh-TW"/>
        </w:rPr>
        <w:t>。</w:t>
      </w:r>
    </w:p>
    <w:p w14:paraId="7CE29988" w14:textId="77777777" w:rsidR="00ED3F40" w:rsidRPr="005F2B49" w:rsidRDefault="00ED3F40" w:rsidP="00ED3F40">
      <w:pPr>
        <w:rPr>
          <w:rFonts w:ascii="Times New Roman" w:hAnsi="Times New Roman" w:cs="Times New Roman"/>
          <w:b/>
          <w:bCs/>
          <w:szCs w:val="32"/>
          <w:lang w:eastAsia="zh-TW"/>
        </w:rPr>
      </w:pPr>
    </w:p>
    <w:p w14:paraId="1C28EBD2" w14:textId="77777777" w:rsidR="003A01B2" w:rsidRPr="005F2B49" w:rsidRDefault="003A01B2" w:rsidP="001B52D6">
      <w:pPr>
        <w:pStyle w:val="21"/>
        <w:rPr>
          <w:color w:val="auto"/>
        </w:rPr>
      </w:pPr>
      <w:bookmarkStart w:id="55" w:name="_Toc239949029"/>
      <w:r w:rsidRPr="005F2B49">
        <w:rPr>
          <w:rFonts w:hint="eastAsia"/>
          <w:color w:val="auto"/>
        </w:rPr>
        <w:t>2.</w:t>
      </w:r>
      <w:r w:rsidR="00ED3F40" w:rsidRPr="005F2B49">
        <w:rPr>
          <w:rFonts w:hint="eastAsia"/>
          <w:color w:val="auto"/>
        </w:rPr>
        <w:t>4</w:t>
      </w:r>
      <w:r w:rsidRPr="005F2B49">
        <w:rPr>
          <w:rFonts w:hint="eastAsia"/>
          <w:color w:val="auto"/>
        </w:rPr>
        <w:t xml:space="preserve"> </w:t>
      </w:r>
      <w:r w:rsidRPr="005F2B49">
        <w:rPr>
          <w:rFonts w:hint="eastAsia"/>
          <w:color w:val="auto"/>
        </w:rPr>
        <w:t>個人設定</w:t>
      </w:r>
      <w:bookmarkEnd w:id="44"/>
      <w:bookmarkEnd w:id="45"/>
      <w:bookmarkEnd w:id="55"/>
    </w:p>
    <w:p w14:paraId="68EBA30A" w14:textId="77777777" w:rsidR="003A01B2" w:rsidRPr="005F2B49" w:rsidRDefault="00410702" w:rsidP="000424FA">
      <w:pPr>
        <w:jc w:val="center"/>
        <w:rPr>
          <w:rFonts w:eastAsia="新細明體"/>
          <w:lang w:eastAsia="zh-TW"/>
        </w:rPr>
      </w:pPr>
      <w:r w:rsidRPr="005F2B49">
        <w:rPr>
          <w:rFonts w:eastAsia="新細明體"/>
          <w:noProof/>
          <w:lang w:eastAsia="zh-TW"/>
        </w:rPr>
        <w:drawing>
          <wp:inline distT="0" distB="0" distL="0" distR="0" wp14:anchorId="7440547A" wp14:editId="4ED680A2">
            <wp:extent cx="4922875" cy="3284196"/>
            <wp:effectExtent l="0" t="0" r="0" b="0"/>
            <wp:docPr id="85" name="圖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928523" cy="3287964"/>
                    </a:xfrm>
                    <a:prstGeom prst="rect">
                      <a:avLst/>
                    </a:prstGeom>
                  </pic:spPr>
                </pic:pic>
              </a:graphicData>
            </a:graphic>
          </wp:inline>
        </w:drawing>
      </w:r>
    </w:p>
    <w:p w14:paraId="32DAA8F9" w14:textId="6CD2266B" w:rsidR="006563EA" w:rsidRPr="005F2B49" w:rsidRDefault="003A01B2" w:rsidP="006563EA">
      <w:pPr>
        <w:pStyle w:val="af7"/>
        <w:jc w:val="center"/>
        <w:rPr>
          <w:rFonts w:ascii="Times New Roman" w:hAnsi="Times New Roman" w:cs="Times New Roman"/>
          <w:color w:val="auto"/>
          <w:sz w:val="32"/>
          <w:szCs w:val="32"/>
          <w:lang w:eastAsia="zh-TW"/>
        </w:rPr>
      </w:pPr>
      <w:bookmarkStart w:id="56" w:name="_Toc239949069"/>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14</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前台個人設定</w:t>
      </w:r>
      <w:bookmarkEnd w:id="56"/>
    </w:p>
    <w:p w14:paraId="09913958" w14:textId="77777777" w:rsidR="006563EA" w:rsidRPr="005F2B49" w:rsidRDefault="006563EA" w:rsidP="006563EA">
      <w:pPr>
        <w:jc w:val="both"/>
        <w:rPr>
          <w:rFonts w:ascii="Times New Roman" w:hAnsi="Times New Roman" w:cs="Times New Roman"/>
          <w:szCs w:val="32"/>
          <w:lang w:eastAsia="zh-TW"/>
        </w:rPr>
      </w:pPr>
      <w:r w:rsidRPr="005F2B49">
        <w:rPr>
          <w:rFonts w:ascii="Times New Roman" w:hAnsi="Times New Roman" w:cs="Times New Roman" w:hint="eastAsia"/>
          <w:szCs w:val="32"/>
          <w:lang w:eastAsia="zh-TW"/>
        </w:rPr>
        <w:t>使用者可透過「個人資料」頁面查看與管理自己的帳號資訊。</w:t>
      </w:r>
    </w:p>
    <w:p w14:paraId="23519320" w14:textId="77777777" w:rsidR="006563EA" w:rsidRPr="005F2B49" w:rsidRDefault="006563EA" w:rsidP="007C1FC0">
      <w:pPr>
        <w:pStyle w:val="ae"/>
        <w:numPr>
          <w:ilvl w:val="0"/>
          <w:numId w:val="21"/>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個人資料：</w:t>
      </w:r>
      <w:r w:rsidRPr="005F2B49">
        <w:rPr>
          <w:rFonts w:ascii="Times New Roman" w:hAnsi="Times New Roman" w:cs="Times New Roman" w:hint="eastAsia"/>
          <w:szCs w:val="32"/>
          <w:lang w:eastAsia="zh-TW"/>
        </w:rPr>
        <w:t>查看個人姓名與</w:t>
      </w:r>
      <w:r w:rsidRPr="005F2B49">
        <w:rPr>
          <w:rFonts w:ascii="Times New Roman" w:hAnsi="Times New Roman" w:cs="Times New Roman"/>
          <w:szCs w:val="32"/>
          <w:lang w:eastAsia="zh-TW"/>
        </w:rPr>
        <w:t xml:space="preserve"> Email </w:t>
      </w:r>
      <w:r w:rsidRPr="005F2B49">
        <w:rPr>
          <w:rFonts w:ascii="Times New Roman" w:hAnsi="Times New Roman" w:cs="Times New Roman" w:hint="eastAsia"/>
          <w:szCs w:val="32"/>
          <w:lang w:eastAsia="zh-TW"/>
        </w:rPr>
        <w:t>等資訊。</w:t>
      </w:r>
    </w:p>
    <w:p w14:paraId="0B860846" w14:textId="77777777" w:rsidR="006324AE" w:rsidRPr="005F2B49" w:rsidRDefault="00410702" w:rsidP="00410702">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75BF4477" wp14:editId="70EFE7F2">
            <wp:extent cx="4646428" cy="4840567"/>
            <wp:effectExtent l="0" t="0" r="1905" b="0"/>
            <wp:docPr id="86" name="圖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650042" cy="4844332"/>
                    </a:xfrm>
                    <a:prstGeom prst="rect">
                      <a:avLst/>
                    </a:prstGeom>
                  </pic:spPr>
                </pic:pic>
              </a:graphicData>
            </a:graphic>
          </wp:inline>
        </w:drawing>
      </w:r>
    </w:p>
    <w:p w14:paraId="2FF80A25" w14:textId="324B123C" w:rsidR="006324AE" w:rsidRPr="005F2B49" w:rsidRDefault="006324AE" w:rsidP="006324AE">
      <w:pPr>
        <w:pStyle w:val="af7"/>
        <w:jc w:val="center"/>
        <w:rPr>
          <w:rFonts w:ascii="Times New Roman" w:hAnsi="Times New Roman" w:cs="Times New Roman"/>
          <w:color w:val="auto"/>
          <w:sz w:val="32"/>
          <w:szCs w:val="32"/>
          <w:lang w:eastAsia="zh-TW"/>
        </w:rPr>
      </w:pPr>
      <w:bookmarkStart w:id="57" w:name="_Toc239949070"/>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15</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個人密碼設定介面</w:t>
      </w:r>
      <w:bookmarkEnd w:id="57"/>
    </w:p>
    <w:p w14:paraId="59AA076E" w14:textId="77777777" w:rsidR="006563EA" w:rsidRPr="005F2B49" w:rsidRDefault="006563EA" w:rsidP="007C1FC0">
      <w:pPr>
        <w:pStyle w:val="ae"/>
        <w:numPr>
          <w:ilvl w:val="0"/>
          <w:numId w:val="21"/>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密碼設定：</w:t>
      </w:r>
      <w:r w:rsidRPr="005F2B49">
        <w:rPr>
          <w:rFonts w:ascii="Times New Roman" w:hAnsi="Times New Roman" w:cs="Times New Roman" w:hint="eastAsia"/>
          <w:szCs w:val="32"/>
          <w:lang w:eastAsia="zh-TW"/>
        </w:rPr>
        <w:t>前往「安全設定」頁面修改登入密碼。</w:t>
      </w:r>
    </w:p>
    <w:p w14:paraId="6AEBE691" w14:textId="77777777" w:rsidR="006324AE" w:rsidRPr="005F2B49" w:rsidRDefault="00410702" w:rsidP="006324AE">
      <w:pPr>
        <w:ind w:left="480"/>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579BBC21" wp14:editId="4F2532FA">
            <wp:extent cx="5114260" cy="3547426"/>
            <wp:effectExtent l="0" t="0" r="0" b="0"/>
            <wp:docPr id="87" name="圖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118075" cy="3550073"/>
                    </a:xfrm>
                    <a:prstGeom prst="rect">
                      <a:avLst/>
                    </a:prstGeom>
                  </pic:spPr>
                </pic:pic>
              </a:graphicData>
            </a:graphic>
          </wp:inline>
        </w:drawing>
      </w:r>
    </w:p>
    <w:p w14:paraId="76F9402F" w14:textId="2E16B209" w:rsidR="006324AE" w:rsidRPr="005F2B49" w:rsidRDefault="006324AE" w:rsidP="006324AE">
      <w:pPr>
        <w:pStyle w:val="af7"/>
        <w:jc w:val="center"/>
        <w:rPr>
          <w:rFonts w:ascii="Times New Roman" w:hAnsi="Times New Roman" w:cs="Times New Roman"/>
          <w:color w:val="auto"/>
          <w:sz w:val="32"/>
          <w:szCs w:val="32"/>
          <w:lang w:eastAsia="zh-TW"/>
        </w:rPr>
      </w:pPr>
      <w:bookmarkStart w:id="58" w:name="_Toc239949071"/>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16</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個人帳號管理介面</w:t>
      </w:r>
      <w:bookmarkEnd w:id="58"/>
    </w:p>
    <w:p w14:paraId="5320407C" w14:textId="77777777" w:rsidR="006A2870" w:rsidRPr="005F2B49" w:rsidRDefault="006563EA" w:rsidP="007C1FC0">
      <w:pPr>
        <w:pStyle w:val="ae"/>
        <w:numPr>
          <w:ilvl w:val="0"/>
          <w:numId w:val="21"/>
        </w:numPr>
        <w:rPr>
          <w:lang w:eastAsia="zh-TW"/>
        </w:rPr>
      </w:pPr>
      <w:r w:rsidRPr="005F2B49">
        <w:rPr>
          <w:rFonts w:ascii="Times New Roman" w:hAnsi="Times New Roman" w:cs="Times New Roman" w:hint="eastAsia"/>
          <w:b/>
          <w:bCs/>
          <w:szCs w:val="32"/>
          <w:lang w:eastAsia="zh-TW"/>
        </w:rPr>
        <w:t>帳號管理：</w:t>
      </w:r>
      <w:r w:rsidRPr="005F2B49">
        <w:rPr>
          <w:rFonts w:ascii="Times New Roman" w:hAnsi="Times New Roman" w:cs="Times New Roman"/>
          <w:szCs w:val="32"/>
          <w:lang w:eastAsia="zh-TW"/>
        </w:rPr>
        <w:t xml:space="preserve"> </w:t>
      </w:r>
      <w:r w:rsidRPr="005F2B49">
        <w:rPr>
          <w:rFonts w:ascii="Times New Roman" w:hAnsi="Times New Roman" w:cs="Times New Roman" w:hint="eastAsia"/>
          <w:szCs w:val="32"/>
          <w:lang w:eastAsia="zh-TW"/>
        </w:rPr>
        <w:t>前往「</w:t>
      </w:r>
      <w:r w:rsidR="0006486C" w:rsidRPr="005F2B49">
        <w:rPr>
          <w:rFonts w:ascii="Times New Roman" w:hAnsi="Times New Roman" w:cs="Times New Roman" w:hint="eastAsia"/>
          <w:szCs w:val="32"/>
          <w:lang w:eastAsia="zh-TW"/>
        </w:rPr>
        <w:t>帳號管理</w:t>
      </w:r>
      <w:r w:rsidRPr="005F2B49">
        <w:rPr>
          <w:rFonts w:ascii="Times New Roman" w:hAnsi="Times New Roman" w:cs="Times New Roman" w:hint="eastAsia"/>
          <w:szCs w:val="32"/>
          <w:lang w:eastAsia="zh-TW"/>
        </w:rPr>
        <w:t>」頁面來綁定自己的</w:t>
      </w:r>
      <w:r w:rsidRPr="005F2B49">
        <w:rPr>
          <w:rFonts w:ascii="Times New Roman" w:hAnsi="Times New Roman" w:cs="Times New Roman" w:hint="eastAsia"/>
          <w:szCs w:val="32"/>
          <w:lang w:eastAsia="zh-TW"/>
        </w:rPr>
        <w:t>Google</w:t>
      </w:r>
      <w:r w:rsidRPr="005F2B49">
        <w:rPr>
          <w:rFonts w:ascii="Times New Roman" w:hAnsi="Times New Roman" w:cs="Times New Roman" w:hint="eastAsia"/>
          <w:szCs w:val="32"/>
          <w:lang w:eastAsia="zh-TW"/>
        </w:rPr>
        <w:t>帳號。</w:t>
      </w:r>
      <w:bookmarkStart w:id="59" w:name="_Toc206396955"/>
      <w:bookmarkStart w:id="60" w:name="_Toc206400339"/>
      <w:bookmarkStart w:id="61" w:name="_Toc206402251"/>
      <w:bookmarkStart w:id="62" w:name="_Toc206402351"/>
      <w:bookmarkStart w:id="63" w:name="_Toc206403984"/>
      <w:bookmarkStart w:id="64" w:name="_Toc206404303"/>
    </w:p>
    <w:p w14:paraId="1756C72A" w14:textId="77777777" w:rsidR="00C81AE1" w:rsidRPr="005F2B49" w:rsidRDefault="00C81AE1" w:rsidP="006B4069">
      <w:pPr>
        <w:jc w:val="center"/>
        <w:rPr>
          <w:lang w:eastAsia="zh-TW"/>
        </w:rPr>
      </w:pPr>
      <w:r w:rsidRPr="005F2B49">
        <w:rPr>
          <w:noProof/>
          <w:lang w:eastAsia="zh-TW"/>
        </w:rPr>
        <w:lastRenderedPageBreak/>
        <w:drawing>
          <wp:inline distT="0" distB="0" distL="0" distR="0" wp14:anchorId="42E7CE8E" wp14:editId="3DFBA48B">
            <wp:extent cx="5783364" cy="3495675"/>
            <wp:effectExtent l="0" t="0" r="8255"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91771" cy="3500756"/>
                    </a:xfrm>
                    <a:prstGeom prst="rect">
                      <a:avLst/>
                    </a:prstGeom>
                  </pic:spPr>
                </pic:pic>
              </a:graphicData>
            </a:graphic>
          </wp:inline>
        </w:drawing>
      </w:r>
    </w:p>
    <w:p w14:paraId="7723623B" w14:textId="3A65B38B" w:rsidR="00C81AE1" w:rsidRPr="005F2B49" w:rsidRDefault="00C81AE1" w:rsidP="00C81AE1">
      <w:pPr>
        <w:pStyle w:val="af7"/>
        <w:jc w:val="center"/>
        <w:rPr>
          <w:rFonts w:ascii="Times New Roman" w:hAnsi="Times New Roman" w:cs="Times New Roman"/>
          <w:color w:val="auto"/>
          <w:sz w:val="32"/>
          <w:szCs w:val="32"/>
          <w:lang w:eastAsia="zh-TW"/>
        </w:rPr>
      </w:pPr>
      <w:bookmarkStart w:id="65" w:name="_Toc239949072"/>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17</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身分切換介面</w:t>
      </w:r>
      <w:bookmarkEnd w:id="65"/>
    </w:p>
    <w:p w14:paraId="237C78AE" w14:textId="77777777" w:rsidR="0081194C" w:rsidRPr="005F2B49" w:rsidRDefault="00C81AE1" w:rsidP="007C1FC0">
      <w:pPr>
        <w:pStyle w:val="ae"/>
        <w:numPr>
          <w:ilvl w:val="0"/>
          <w:numId w:val="25"/>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身分切換：</w:t>
      </w:r>
      <w:r w:rsidR="00EA5191" w:rsidRPr="005F2B49">
        <w:rPr>
          <w:rFonts w:ascii="Times New Roman" w:hAnsi="Times New Roman" w:cs="Times New Roman" w:hint="eastAsia"/>
          <w:szCs w:val="32"/>
          <w:lang w:eastAsia="zh-TW"/>
        </w:rPr>
        <w:t>「允許切換身份」欄位</w:t>
      </w:r>
      <w:r w:rsidR="00BA1A7A" w:rsidRPr="005F2B49">
        <w:rPr>
          <w:rFonts w:ascii="Times New Roman" w:hAnsi="Times New Roman" w:cs="Times New Roman" w:hint="eastAsia"/>
          <w:szCs w:val="32"/>
          <w:lang w:eastAsia="zh-TW"/>
        </w:rPr>
        <w:t>（</w:t>
      </w:r>
      <w:r w:rsidR="00EA5191" w:rsidRPr="005F2B49">
        <w:rPr>
          <w:rFonts w:ascii="Times New Roman" w:hAnsi="Times New Roman" w:cs="Times New Roman" w:hint="eastAsia"/>
          <w:szCs w:val="32"/>
          <w:lang w:eastAsia="zh-TW"/>
        </w:rPr>
        <w:t>教師和學生</w:t>
      </w:r>
      <w:r w:rsidR="00BA1A7A" w:rsidRPr="005F2B49">
        <w:rPr>
          <w:rFonts w:ascii="Times New Roman" w:hAnsi="Times New Roman" w:cs="Times New Roman" w:hint="eastAsia"/>
          <w:szCs w:val="32"/>
          <w:lang w:eastAsia="zh-TW"/>
        </w:rPr>
        <w:t>）</w:t>
      </w:r>
      <w:r w:rsidR="00EA5191" w:rsidRPr="005F2B49">
        <w:rPr>
          <w:rFonts w:ascii="Times New Roman" w:hAnsi="Times New Roman" w:cs="Times New Roman" w:hint="eastAsia"/>
          <w:szCs w:val="32"/>
          <w:lang w:eastAsia="zh-TW"/>
        </w:rPr>
        <w:t>。開啟</w:t>
      </w:r>
      <w:r w:rsidR="0081194C" w:rsidRPr="005F2B49">
        <w:rPr>
          <w:rFonts w:ascii="Times New Roman" w:hAnsi="Times New Roman" w:cs="Times New Roman" w:hint="eastAsia"/>
          <w:szCs w:val="32"/>
          <w:lang w:eastAsia="zh-TW"/>
        </w:rPr>
        <w:t>「身分切換」權限的帳號，可於個人設定中的「身分切換」頁面進行帳號身分切換</w:t>
      </w:r>
      <w:r w:rsidR="00B87FD0" w:rsidRPr="005F2B49">
        <w:rPr>
          <w:rFonts w:hint="eastAsia"/>
          <w:lang w:eastAsia="zh-TW"/>
        </w:rPr>
        <w:t>，後台管理者也可</w:t>
      </w:r>
      <w:bookmarkStart w:id="66" w:name="_Hlk235611411"/>
      <w:r w:rsidR="004B5FB7" w:rsidRPr="005F2B49">
        <w:rPr>
          <w:rFonts w:hint="eastAsia"/>
          <w:lang w:eastAsia="zh-TW"/>
        </w:rPr>
        <w:t>幫忙</w:t>
      </w:r>
      <w:bookmarkEnd w:id="66"/>
      <w:r w:rsidR="00B87FD0" w:rsidRPr="005F2B49">
        <w:rPr>
          <w:rFonts w:hint="eastAsia"/>
          <w:lang w:eastAsia="zh-TW"/>
        </w:rPr>
        <w:t>切換身分</w:t>
      </w:r>
      <w:r w:rsidR="0081194C" w:rsidRPr="005F2B49">
        <w:rPr>
          <w:rFonts w:ascii="Times New Roman" w:hAnsi="Times New Roman" w:cs="Times New Roman" w:hint="eastAsia"/>
          <w:szCs w:val="32"/>
          <w:lang w:eastAsia="zh-TW"/>
        </w:rPr>
        <w:t>。</w:t>
      </w:r>
      <w:r w:rsidR="00EA5191" w:rsidRPr="005F2B49">
        <w:rPr>
          <w:rFonts w:ascii="Times New Roman" w:hAnsi="Times New Roman" w:cs="Times New Roman" w:hint="eastAsia"/>
          <w:szCs w:val="32"/>
          <w:lang w:eastAsia="zh-TW"/>
        </w:rPr>
        <w:t>建立或匯入帳號時，教師帳號預設開啟此功能，學生帳號預設不開啟。帳號需先開啟此功能後，才可進行教師／學生身份切換。</w:t>
      </w:r>
    </w:p>
    <w:p w14:paraId="792E7FCD" w14:textId="77777777" w:rsidR="0081194C" w:rsidRPr="005F2B49" w:rsidRDefault="0081194C" w:rsidP="007C1FC0">
      <w:pPr>
        <w:pStyle w:val="ae"/>
        <w:numPr>
          <w:ilvl w:val="0"/>
          <w:numId w:val="25"/>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學生身分切換為教師身分：</w:t>
      </w:r>
      <w:r w:rsidRPr="005F2B49">
        <w:rPr>
          <w:rFonts w:ascii="Times New Roman" w:hAnsi="Times New Roman" w:cs="Times New Roman" w:hint="eastAsia"/>
          <w:szCs w:val="32"/>
          <w:lang w:eastAsia="zh-TW"/>
        </w:rPr>
        <w:t>切換後即可使用教師功能，包含進入後台管理介面、建立</w:t>
      </w:r>
      <w:r w:rsidRPr="005F2B49">
        <w:rPr>
          <w:rFonts w:ascii="Times New Roman" w:hAnsi="Times New Roman" w:cs="Times New Roman" w:hint="eastAsia"/>
          <w:szCs w:val="32"/>
          <w:lang w:eastAsia="zh-TW"/>
        </w:rPr>
        <w:t xml:space="preserve"> Chatbot</w:t>
      </w:r>
      <w:r w:rsidRPr="005F2B49">
        <w:rPr>
          <w:rFonts w:ascii="Times New Roman" w:hAnsi="Times New Roman" w:cs="Times New Roman" w:hint="eastAsia"/>
          <w:szCs w:val="32"/>
          <w:lang w:eastAsia="zh-TW"/>
        </w:rPr>
        <w:t>、指派班級、查看對話紀錄等教師相關功能</w:t>
      </w:r>
      <w:r w:rsidR="00EA5191" w:rsidRPr="005F2B49">
        <w:rPr>
          <w:rFonts w:ascii="Times New Roman" w:hAnsi="Times New Roman" w:cs="Times New Roman" w:hint="eastAsia"/>
          <w:szCs w:val="32"/>
          <w:lang w:eastAsia="zh-TW"/>
        </w:rPr>
        <w:t>，助教可應用此功能協助教師管理課堂。</w:t>
      </w:r>
    </w:p>
    <w:p w14:paraId="07E9DE73" w14:textId="77777777" w:rsidR="0081194C" w:rsidRPr="005F2B49" w:rsidRDefault="0081194C" w:rsidP="007C1FC0">
      <w:pPr>
        <w:pStyle w:val="ae"/>
        <w:numPr>
          <w:ilvl w:val="0"/>
          <w:numId w:val="25"/>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教師身分切換為學生身分：</w:t>
      </w:r>
      <w:r w:rsidRPr="005F2B49">
        <w:rPr>
          <w:rFonts w:ascii="Times New Roman" w:hAnsi="Times New Roman" w:cs="Times New Roman" w:hint="eastAsia"/>
          <w:szCs w:val="32"/>
          <w:lang w:eastAsia="zh-TW"/>
        </w:rPr>
        <w:t>切換後無法進入到後台，只能在前台進行對話使用</w:t>
      </w:r>
      <w:r w:rsidR="00EA5191" w:rsidRPr="005F2B49">
        <w:rPr>
          <w:rFonts w:ascii="Times New Roman" w:hAnsi="Times New Roman" w:cs="Times New Roman" w:hint="eastAsia"/>
          <w:szCs w:val="32"/>
          <w:lang w:eastAsia="zh-TW"/>
        </w:rPr>
        <w:t>，作為教師模擬學生端介面。</w:t>
      </w:r>
      <w:r w:rsidRPr="005F2B49">
        <w:rPr>
          <w:rFonts w:ascii="Times New Roman" w:hAnsi="Times New Roman" w:cs="Times New Roman" w:hint="eastAsia"/>
          <w:szCs w:val="32"/>
          <w:lang w:eastAsia="zh-TW"/>
        </w:rPr>
        <w:t>當帳號由學生身分切換為教師身分並建立</w:t>
      </w:r>
      <w:r w:rsidRPr="005F2B49">
        <w:rPr>
          <w:rFonts w:ascii="Times New Roman" w:hAnsi="Times New Roman" w:cs="Times New Roman" w:hint="eastAsia"/>
          <w:szCs w:val="32"/>
          <w:lang w:eastAsia="zh-TW"/>
        </w:rPr>
        <w:t xml:space="preserve"> Chatbot</w:t>
      </w:r>
      <w:r w:rsidRPr="005F2B49">
        <w:rPr>
          <w:rFonts w:ascii="Times New Roman" w:hAnsi="Times New Roman" w:cs="Times New Roman" w:hint="eastAsia"/>
          <w:szCs w:val="32"/>
          <w:lang w:eastAsia="zh-TW"/>
        </w:rPr>
        <w:t>，且將</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lastRenderedPageBreak/>
        <w:t>指派至班級後，即使後續切換回學生身分，原先指派至班級的</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仍可正常提供學生使用。教師切換為學生身分後亦同理。但切換成學生身分後，將無法進入後台編輯或管理</w:t>
      </w:r>
      <w:r w:rsidRPr="005F2B49">
        <w:rPr>
          <w:rFonts w:ascii="Times New Roman" w:hAnsi="Times New Roman" w:cs="Times New Roman" w:hint="eastAsia"/>
          <w:szCs w:val="32"/>
          <w:lang w:eastAsia="zh-TW"/>
        </w:rPr>
        <w:t xml:space="preserve"> Chatbot</w:t>
      </w:r>
      <w:r w:rsidRPr="005F2B49">
        <w:rPr>
          <w:rFonts w:ascii="Times New Roman" w:hAnsi="Times New Roman" w:cs="Times New Roman" w:hint="eastAsia"/>
          <w:szCs w:val="32"/>
          <w:lang w:eastAsia="zh-TW"/>
        </w:rPr>
        <w:t>。如需修改</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設定、管理指派對象等教師功能，需再次切換回教師身分後進行操作。</w:t>
      </w:r>
    </w:p>
    <w:p w14:paraId="3207A8BC" w14:textId="77777777" w:rsidR="006B4069" w:rsidRPr="005F2B49" w:rsidRDefault="006B4069">
      <w:pPr>
        <w:rPr>
          <w:rFonts w:eastAsia="新細明體"/>
          <w:lang w:eastAsia="zh-TW"/>
        </w:rPr>
      </w:pPr>
      <w:r w:rsidRPr="005F2B49">
        <w:rPr>
          <w:rFonts w:eastAsia="新細明體"/>
          <w:lang w:eastAsia="zh-TW"/>
        </w:rPr>
        <w:br w:type="page"/>
      </w:r>
    </w:p>
    <w:p w14:paraId="6AE10EA8" w14:textId="77777777" w:rsidR="00C61E32" w:rsidRPr="005F2B49" w:rsidRDefault="00C61E32" w:rsidP="001B52D6">
      <w:pPr>
        <w:pStyle w:val="1"/>
        <w:rPr>
          <w:color w:val="auto"/>
        </w:rPr>
      </w:pPr>
      <w:bookmarkStart w:id="67" w:name="_Toc239949030"/>
      <w:r w:rsidRPr="005F2B49">
        <w:rPr>
          <w:color w:val="auto"/>
        </w:rPr>
        <w:lastRenderedPageBreak/>
        <w:t>第</w:t>
      </w:r>
      <w:r w:rsidRPr="005F2B49">
        <w:rPr>
          <w:color w:val="auto"/>
        </w:rPr>
        <w:t xml:space="preserve"> 3 </w:t>
      </w:r>
      <w:r w:rsidRPr="005F2B49">
        <w:rPr>
          <w:color w:val="auto"/>
        </w:rPr>
        <w:t>章</w:t>
      </w:r>
      <w:r w:rsidRPr="005F2B49">
        <w:rPr>
          <w:color w:val="auto"/>
        </w:rPr>
        <w:t xml:space="preserve"> </w:t>
      </w:r>
      <w:r w:rsidRPr="005F2B49">
        <w:rPr>
          <w:color w:val="auto"/>
        </w:rPr>
        <w:t>後台系統操作說明</w:t>
      </w:r>
      <w:bookmarkEnd w:id="59"/>
      <w:bookmarkEnd w:id="60"/>
      <w:bookmarkEnd w:id="61"/>
      <w:bookmarkEnd w:id="62"/>
      <w:bookmarkEnd w:id="63"/>
      <w:bookmarkEnd w:id="64"/>
      <w:bookmarkEnd w:id="67"/>
    </w:p>
    <w:p w14:paraId="56FC457B" w14:textId="77777777" w:rsidR="00C61E32" w:rsidRPr="005F2B49" w:rsidRDefault="00C61E32" w:rsidP="001B52D6">
      <w:pPr>
        <w:pStyle w:val="21"/>
        <w:rPr>
          <w:color w:val="auto"/>
        </w:rPr>
      </w:pPr>
      <w:bookmarkStart w:id="68" w:name="_Toc206396957"/>
      <w:bookmarkStart w:id="69" w:name="_Toc206400341"/>
      <w:bookmarkStart w:id="70" w:name="_Toc206402253"/>
      <w:bookmarkStart w:id="71" w:name="_Toc206402353"/>
      <w:bookmarkStart w:id="72" w:name="_Toc206403986"/>
      <w:bookmarkStart w:id="73" w:name="_Toc206404305"/>
      <w:bookmarkStart w:id="74" w:name="_Toc239949031"/>
      <w:r w:rsidRPr="005F2B49">
        <w:rPr>
          <w:color w:val="auto"/>
        </w:rPr>
        <w:t>3.</w:t>
      </w:r>
      <w:r w:rsidR="00D31137" w:rsidRPr="005F2B49">
        <w:rPr>
          <w:rFonts w:hint="eastAsia"/>
          <w:color w:val="auto"/>
        </w:rPr>
        <w:t>1</w:t>
      </w:r>
      <w:r w:rsidR="003253A4" w:rsidRPr="005F2B49">
        <w:rPr>
          <w:rFonts w:hint="eastAsia"/>
          <w:color w:val="auto"/>
        </w:rPr>
        <w:t xml:space="preserve"> </w:t>
      </w:r>
      <w:r w:rsidR="004C2D20" w:rsidRPr="005F2B49">
        <w:rPr>
          <w:color w:val="auto"/>
        </w:rPr>
        <w:t xml:space="preserve"> </w:t>
      </w:r>
      <w:r w:rsidRPr="005F2B49">
        <w:rPr>
          <w:color w:val="auto"/>
        </w:rPr>
        <w:t>後台主頁介面介紹</w:t>
      </w:r>
      <w:bookmarkEnd w:id="68"/>
      <w:bookmarkEnd w:id="69"/>
      <w:bookmarkEnd w:id="70"/>
      <w:bookmarkEnd w:id="71"/>
      <w:bookmarkEnd w:id="72"/>
      <w:bookmarkEnd w:id="73"/>
      <w:bookmarkEnd w:id="74"/>
    </w:p>
    <w:p w14:paraId="270262AA" w14:textId="77777777" w:rsidR="00D26601" w:rsidRPr="005F2B49" w:rsidRDefault="004E46B3" w:rsidP="004E46B3">
      <w:pPr>
        <w:jc w:val="center"/>
      </w:pPr>
      <w:r w:rsidRPr="005F2B49">
        <w:rPr>
          <w:noProof/>
        </w:rPr>
        <w:drawing>
          <wp:inline distT="0" distB="0" distL="0" distR="0" wp14:anchorId="408D3C76" wp14:editId="3EF192BF">
            <wp:extent cx="4783540" cy="4541041"/>
            <wp:effectExtent l="0" t="0" r="0" b="0"/>
            <wp:docPr id="77456987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69873" name=""/>
                    <pic:cNvPicPr/>
                  </pic:nvPicPr>
                  <pic:blipFill>
                    <a:blip r:embed="rId37"/>
                    <a:stretch>
                      <a:fillRect/>
                    </a:stretch>
                  </pic:blipFill>
                  <pic:spPr>
                    <a:xfrm>
                      <a:off x="0" y="0"/>
                      <a:ext cx="4789942" cy="4547118"/>
                    </a:xfrm>
                    <a:prstGeom prst="rect">
                      <a:avLst/>
                    </a:prstGeom>
                  </pic:spPr>
                </pic:pic>
              </a:graphicData>
            </a:graphic>
          </wp:inline>
        </w:drawing>
      </w:r>
    </w:p>
    <w:p w14:paraId="218FEB93" w14:textId="131BC1C5" w:rsidR="007077BA" w:rsidRPr="005F2B49" w:rsidRDefault="00D26601" w:rsidP="00A96D38">
      <w:pPr>
        <w:pStyle w:val="af7"/>
        <w:jc w:val="center"/>
        <w:rPr>
          <w:rFonts w:ascii="Times New Roman" w:hAnsi="Times New Roman" w:cs="Times New Roman"/>
          <w:color w:val="auto"/>
          <w:sz w:val="32"/>
          <w:szCs w:val="32"/>
          <w:lang w:eastAsia="zh-TW"/>
        </w:rPr>
      </w:pPr>
      <w:bookmarkStart w:id="75" w:name="_Ref206079182"/>
      <w:bookmarkStart w:id="76" w:name="_Toc206143764"/>
      <w:bookmarkStart w:id="77" w:name="_Toc206144197"/>
      <w:bookmarkStart w:id="78" w:name="_Toc239949073"/>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18</w:t>
      </w:r>
      <w:r w:rsidR="00617749" w:rsidRPr="005F2B49">
        <w:rPr>
          <w:rFonts w:ascii="Times New Roman" w:hAnsi="Times New Roman" w:cs="Times New Roman"/>
          <w:color w:val="auto"/>
          <w:sz w:val="32"/>
          <w:szCs w:val="32"/>
          <w:lang w:eastAsia="zh-TW"/>
        </w:rPr>
        <w:fldChar w:fldCharType="end"/>
      </w:r>
      <w:bookmarkEnd w:id="75"/>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後台主頁介面</w:t>
      </w:r>
      <w:bookmarkEnd w:id="76"/>
      <w:bookmarkEnd w:id="77"/>
      <w:bookmarkEnd w:id="78"/>
    </w:p>
    <w:p w14:paraId="294D3BBF" w14:textId="77777777" w:rsidR="007077BA" w:rsidRPr="005F2B49" w:rsidRDefault="00D31137" w:rsidP="00A96D38">
      <w:pPr>
        <w:rPr>
          <w:rFonts w:ascii="Times New Roman" w:hAnsi="Times New Roman" w:cs="Times New Roman"/>
          <w:szCs w:val="32"/>
          <w:lang w:eastAsia="zh-TW"/>
        </w:rPr>
      </w:pPr>
      <w:r w:rsidRPr="005F2B49">
        <w:rPr>
          <w:rFonts w:ascii="Times New Roman" w:hAnsi="Times New Roman" w:cs="Times New Roman" w:hint="eastAsia"/>
          <w:szCs w:val="32"/>
          <w:lang w:eastAsia="zh-TW"/>
        </w:rPr>
        <w:t>教師，學校管理者以及系統管理者權限的帳號進入前台頁面後，點選左下角自己的帳號，點選“進入後台”可以進入到系統的後台</w:t>
      </w:r>
      <w:r w:rsidRPr="005F2B49">
        <w:rPr>
          <w:rFonts w:ascii="Times New Roman" w:hAnsi="Times New Roman" w:cs="Times New Roman" w:hint="eastAsia"/>
          <w:szCs w:val="32"/>
          <w:lang w:eastAsia="zh-TW"/>
        </w:rPr>
        <w:t xml:space="preserve"> </w:t>
      </w:r>
      <w:r w:rsidRPr="005F2B49">
        <w:rPr>
          <w:rFonts w:ascii="Times New Roman" w:hAnsi="Times New Roman" w:cs="Times New Roman" w:hint="eastAsia"/>
          <w:szCs w:val="32"/>
          <w:lang w:eastAsia="zh-TW"/>
        </w:rPr>
        <w:t>。</w:t>
      </w:r>
      <w:r w:rsidR="00295AC3" w:rsidRPr="005F2B49">
        <w:rPr>
          <w:rFonts w:ascii="Times New Roman" w:hAnsi="Times New Roman" w:cs="Times New Roman" w:hint="eastAsia"/>
          <w:szCs w:val="32"/>
          <w:lang w:eastAsia="zh-TW"/>
        </w:rPr>
        <w:t>在後台</w:t>
      </w:r>
      <w:r w:rsidR="00D15BFE" w:rsidRPr="005F2B49">
        <w:rPr>
          <w:rFonts w:ascii="Times New Roman" w:hAnsi="Times New Roman" w:cs="Times New Roman" w:hint="eastAsia"/>
          <w:szCs w:val="32"/>
          <w:lang w:eastAsia="zh-TW"/>
        </w:rPr>
        <w:t>可以點選右上角自己姓名的按鈕，點選後可以點選“前往前台”回到前台的頁面，</w:t>
      </w:r>
      <w:r w:rsidR="007077BA" w:rsidRPr="005F2B49">
        <w:rPr>
          <w:rFonts w:ascii="Times New Roman" w:hAnsi="Times New Roman" w:cs="Times New Roman"/>
          <w:szCs w:val="32"/>
          <w:lang w:eastAsia="zh-TW"/>
        </w:rPr>
        <w:t>後台登入畫面，功能如下：</w:t>
      </w:r>
    </w:p>
    <w:p w14:paraId="12F9E3F5" w14:textId="77777777" w:rsidR="00280B34" w:rsidRPr="005F2B49" w:rsidRDefault="00C61E32" w:rsidP="001B52D6">
      <w:pPr>
        <w:pStyle w:val="31"/>
        <w:rPr>
          <w:color w:val="auto"/>
        </w:rPr>
      </w:pPr>
      <w:bookmarkStart w:id="79" w:name="_Toc206396958"/>
      <w:bookmarkStart w:id="80" w:name="_Toc206400342"/>
      <w:bookmarkStart w:id="81" w:name="_Toc206402254"/>
      <w:bookmarkStart w:id="82" w:name="_Toc206402354"/>
      <w:bookmarkStart w:id="83" w:name="_Toc206403987"/>
      <w:bookmarkStart w:id="84" w:name="_Toc206404306"/>
      <w:bookmarkStart w:id="85" w:name="_Toc239949032"/>
      <w:r w:rsidRPr="005F2B49">
        <w:rPr>
          <w:color w:val="auto"/>
        </w:rPr>
        <w:lastRenderedPageBreak/>
        <w:t>3</w:t>
      </w:r>
      <w:r w:rsidR="003253A4" w:rsidRPr="005F2B49">
        <w:rPr>
          <w:rFonts w:hint="eastAsia"/>
          <w:color w:val="auto"/>
        </w:rPr>
        <w:t>.1.1</w:t>
      </w:r>
      <w:r w:rsidR="002E454C" w:rsidRPr="005F2B49">
        <w:rPr>
          <w:color w:val="auto"/>
        </w:rPr>
        <w:t xml:space="preserve"> </w:t>
      </w:r>
      <w:r w:rsidR="009C1D60" w:rsidRPr="005F2B49">
        <w:rPr>
          <w:color w:val="auto"/>
        </w:rPr>
        <w:t xml:space="preserve"> </w:t>
      </w:r>
      <w:r w:rsidR="002E454C" w:rsidRPr="005F2B49">
        <w:rPr>
          <w:color w:val="auto"/>
        </w:rPr>
        <w:t>教師選單</w:t>
      </w:r>
      <w:bookmarkEnd w:id="79"/>
      <w:bookmarkEnd w:id="80"/>
      <w:bookmarkEnd w:id="81"/>
      <w:bookmarkEnd w:id="82"/>
      <w:bookmarkEnd w:id="83"/>
      <w:bookmarkEnd w:id="84"/>
      <w:bookmarkEnd w:id="85"/>
    </w:p>
    <w:p w14:paraId="17AAF21E" w14:textId="77777777" w:rsidR="00FF2714" w:rsidRPr="005F2B49" w:rsidRDefault="004E46B3" w:rsidP="00FF2714">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6DF80C11" wp14:editId="6A1B90C7">
            <wp:extent cx="5486400" cy="5226050"/>
            <wp:effectExtent l="0" t="0" r="0" b="0"/>
            <wp:docPr id="9258353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3535" name=""/>
                    <pic:cNvPicPr/>
                  </pic:nvPicPr>
                  <pic:blipFill>
                    <a:blip r:embed="rId38"/>
                    <a:stretch>
                      <a:fillRect/>
                    </a:stretch>
                  </pic:blipFill>
                  <pic:spPr>
                    <a:xfrm>
                      <a:off x="0" y="0"/>
                      <a:ext cx="5486400" cy="5226050"/>
                    </a:xfrm>
                    <a:prstGeom prst="rect">
                      <a:avLst/>
                    </a:prstGeom>
                  </pic:spPr>
                </pic:pic>
              </a:graphicData>
            </a:graphic>
          </wp:inline>
        </w:drawing>
      </w:r>
    </w:p>
    <w:p w14:paraId="141720A6" w14:textId="7FA30D2B" w:rsidR="00FF2714" w:rsidRPr="005F2B49" w:rsidRDefault="00FF2714" w:rsidP="00FF2714">
      <w:pPr>
        <w:pStyle w:val="af7"/>
        <w:jc w:val="center"/>
        <w:rPr>
          <w:rFonts w:ascii="Times New Roman" w:hAnsi="Times New Roman" w:cs="Times New Roman"/>
          <w:color w:val="auto"/>
          <w:sz w:val="32"/>
          <w:szCs w:val="32"/>
          <w:lang w:eastAsia="zh-TW"/>
        </w:rPr>
      </w:pPr>
      <w:bookmarkStart w:id="86" w:name="_Toc239949074"/>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19</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教師帳號後台介面</w:t>
      </w:r>
      <w:bookmarkEnd w:id="86"/>
    </w:p>
    <w:p w14:paraId="564C392D" w14:textId="77777777" w:rsidR="007077BA" w:rsidRPr="005F2B49" w:rsidRDefault="007077BA" w:rsidP="007077BA">
      <w:pPr>
        <w:jc w:val="both"/>
        <w:rPr>
          <w:rFonts w:ascii="Times New Roman" w:hAnsi="Times New Roman" w:cs="Times New Roman"/>
          <w:szCs w:val="32"/>
          <w:lang w:eastAsia="zh-TW"/>
        </w:rPr>
      </w:pPr>
      <w:r w:rsidRPr="005F2B49">
        <w:rPr>
          <w:rFonts w:ascii="Times New Roman" w:hAnsi="Times New Roman" w:cs="Times New Roman"/>
          <w:szCs w:val="32"/>
          <w:lang w:eastAsia="zh-TW"/>
        </w:rPr>
        <w:t>教師權限僅看到此選單，功能包含以下：</w:t>
      </w:r>
    </w:p>
    <w:p w14:paraId="453A4804" w14:textId="77777777" w:rsidR="00D26601" w:rsidRPr="005F2B49" w:rsidRDefault="00D11B53" w:rsidP="004C2D20">
      <w:pPr>
        <w:pStyle w:val="4"/>
        <w:rPr>
          <w:rFonts w:ascii="Times New Roman" w:hAnsi="Times New Roman" w:cs="Times New Roman"/>
          <w:i/>
          <w:iCs w:val="0"/>
          <w:color w:val="auto"/>
          <w:szCs w:val="36"/>
          <w:lang w:eastAsia="zh-TW"/>
        </w:rPr>
      </w:pPr>
      <w:bookmarkStart w:id="87" w:name="_Toc239949033"/>
      <w:r w:rsidRPr="005F2B49">
        <w:rPr>
          <w:rFonts w:ascii="Times New Roman" w:hAnsi="Times New Roman" w:cs="Times New Roman"/>
          <w:iCs w:val="0"/>
          <w:color w:val="auto"/>
          <w:szCs w:val="36"/>
          <w:lang w:eastAsia="zh-TW"/>
        </w:rPr>
        <w:lastRenderedPageBreak/>
        <w:t>儀表板</w:t>
      </w:r>
      <w:bookmarkEnd w:id="87"/>
    </w:p>
    <w:p w14:paraId="67E9A508" w14:textId="77777777" w:rsidR="00D26601" w:rsidRPr="005F2B49" w:rsidRDefault="00E56845" w:rsidP="0089591F">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2F720444" wp14:editId="441A7BC5">
            <wp:extent cx="5477639" cy="2086266"/>
            <wp:effectExtent l="0" t="0" r="8890" b="9525"/>
            <wp:docPr id="114" name="圖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477639" cy="2086266"/>
                    </a:xfrm>
                    <a:prstGeom prst="rect">
                      <a:avLst/>
                    </a:prstGeom>
                  </pic:spPr>
                </pic:pic>
              </a:graphicData>
            </a:graphic>
          </wp:inline>
        </w:drawing>
      </w:r>
    </w:p>
    <w:p w14:paraId="096D0D1C" w14:textId="4681DEE4" w:rsidR="006F576C" w:rsidRPr="005F2B49" w:rsidRDefault="00D26601" w:rsidP="006F576C">
      <w:pPr>
        <w:pStyle w:val="af7"/>
        <w:jc w:val="center"/>
        <w:rPr>
          <w:rFonts w:ascii="Times New Roman" w:hAnsi="Times New Roman" w:cs="Times New Roman"/>
          <w:color w:val="auto"/>
          <w:sz w:val="32"/>
          <w:szCs w:val="32"/>
          <w:lang w:eastAsia="zh-TW"/>
        </w:rPr>
      </w:pPr>
      <w:bookmarkStart w:id="88" w:name="_Ref206079280"/>
      <w:bookmarkStart w:id="89" w:name="_Toc206143765"/>
      <w:bookmarkStart w:id="90" w:name="_Toc206144198"/>
      <w:bookmarkStart w:id="91" w:name="_Toc239949075"/>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20</w:t>
      </w:r>
      <w:r w:rsidR="00617749" w:rsidRPr="005F2B49">
        <w:rPr>
          <w:rFonts w:ascii="Times New Roman" w:hAnsi="Times New Roman" w:cs="Times New Roman"/>
          <w:color w:val="auto"/>
          <w:sz w:val="32"/>
          <w:szCs w:val="32"/>
          <w:lang w:eastAsia="zh-TW"/>
        </w:rPr>
        <w:fldChar w:fldCharType="end"/>
      </w:r>
      <w:bookmarkEnd w:id="88"/>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儀表板</w:t>
      </w:r>
      <w:bookmarkEnd w:id="89"/>
      <w:bookmarkEnd w:id="90"/>
      <w:bookmarkEnd w:id="91"/>
    </w:p>
    <w:p w14:paraId="379C9F8C" w14:textId="77777777" w:rsidR="006F576C" w:rsidRPr="005F2B49" w:rsidRDefault="006F576C" w:rsidP="006F576C">
      <w:pPr>
        <w:pStyle w:val="ae"/>
        <w:ind w:left="360"/>
        <w:jc w:val="both"/>
        <w:rPr>
          <w:rFonts w:ascii="Times New Roman" w:hAnsi="Times New Roman" w:cs="Times New Roman"/>
          <w:b/>
          <w:bCs/>
          <w:szCs w:val="32"/>
          <w:lang w:eastAsia="zh-TW"/>
        </w:rPr>
      </w:pPr>
      <w:r w:rsidRPr="005F2B49">
        <w:rPr>
          <w:rFonts w:ascii="Times New Roman" w:hAnsi="Times New Roman" w:cs="Times New Roman"/>
          <w:szCs w:val="32"/>
          <w:lang w:eastAsia="zh-TW"/>
        </w:rPr>
        <w:t>教師可以在此功能到登入帳號的代表學校，權限以及權限的範圍。</w:t>
      </w:r>
    </w:p>
    <w:p w14:paraId="0EA1966E" w14:textId="77777777" w:rsidR="006F576C" w:rsidRPr="005F2B49" w:rsidRDefault="006F576C" w:rsidP="006F576C">
      <w:pPr>
        <w:rPr>
          <w:rFonts w:eastAsia="新細明體"/>
          <w:lang w:eastAsia="zh-TW"/>
        </w:rPr>
      </w:pPr>
    </w:p>
    <w:p w14:paraId="6814A1E5" w14:textId="77777777" w:rsidR="00C61E32" w:rsidRPr="005F2B49" w:rsidRDefault="007A1A1B" w:rsidP="004C2D20">
      <w:pPr>
        <w:pStyle w:val="4"/>
        <w:rPr>
          <w:rFonts w:ascii="Times New Roman" w:hAnsi="Times New Roman" w:cs="Times New Roman"/>
          <w:i/>
          <w:iCs w:val="0"/>
          <w:color w:val="auto"/>
          <w:szCs w:val="36"/>
          <w:lang w:eastAsia="zh-TW"/>
        </w:rPr>
      </w:pPr>
      <w:bookmarkStart w:id="92" w:name="_Toc239949034"/>
      <w:r w:rsidRPr="005F2B49">
        <w:rPr>
          <w:rFonts w:ascii="Times New Roman" w:hAnsi="Times New Roman" w:cs="Times New Roman"/>
          <w:iCs w:val="0"/>
          <w:color w:val="auto"/>
          <w:szCs w:val="36"/>
          <w:lang w:eastAsia="zh-TW"/>
        </w:rPr>
        <w:lastRenderedPageBreak/>
        <w:t>Chatbot</w:t>
      </w:r>
      <w:r w:rsidR="00280B34" w:rsidRPr="005F2B49">
        <w:rPr>
          <w:rFonts w:ascii="Times New Roman" w:hAnsi="Times New Roman" w:cs="Times New Roman"/>
          <w:iCs w:val="0"/>
          <w:color w:val="auto"/>
          <w:szCs w:val="36"/>
          <w:lang w:eastAsia="zh-TW"/>
        </w:rPr>
        <w:t xml:space="preserve"> </w:t>
      </w:r>
      <w:r w:rsidR="00280B34" w:rsidRPr="005F2B49">
        <w:rPr>
          <w:rFonts w:ascii="Times New Roman" w:hAnsi="Times New Roman" w:cs="Times New Roman"/>
          <w:iCs w:val="0"/>
          <w:color w:val="auto"/>
          <w:szCs w:val="36"/>
          <w:lang w:eastAsia="zh-TW"/>
        </w:rPr>
        <w:t>管理</w:t>
      </w:r>
      <w:bookmarkEnd w:id="92"/>
    </w:p>
    <w:p w14:paraId="7A93C746" w14:textId="77777777" w:rsidR="00C61E32" w:rsidRPr="005F2B49" w:rsidRDefault="00BA196D" w:rsidP="0089591F">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643D0B3E" wp14:editId="16D768BC">
            <wp:extent cx="5486400" cy="4428490"/>
            <wp:effectExtent l="0" t="0" r="0" b="0"/>
            <wp:docPr id="115" name="圖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86400" cy="4428490"/>
                    </a:xfrm>
                    <a:prstGeom prst="rect">
                      <a:avLst/>
                    </a:prstGeom>
                  </pic:spPr>
                </pic:pic>
              </a:graphicData>
            </a:graphic>
          </wp:inline>
        </w:drawing>
      </w:r>
    </w:p>
    <w:p w14:paraId="1250B6A7" w14:textId="63D7CDBB" w:rsidR="006F576C" w:rsidRPr="005F2B49" w:rsidRDefault="00C61E32" w:rsidP="006F576C">
      <w:pPr>
        <w:pStyle w:val="af7"/>
        <w:jc w:val="center"/>
        <w:rPr>
          <w:rFonts w:ascii="Times New Roman" w:hAnsi="Times New Roman" w:cs="Times New Roman"/>
          <w:color w:val="auto"/>
          <w:sz w:val="32"/>
          <w:szCs w:val="32"/>
          <w:lang w:eastAsia="zh-TW"/>
        </w:rPr>
      </w:pPr>
      <w:bookmarkStart w:id="93" w:name="_Ref206079395"/>
      <w:bookmarkStart w:id="94" w:name="_Toc206143766"/>
      <w:bookmarkStart w:id="95" w:name="_Toc206144199"/>
      <w:bookmarkStart w:id="96" w:name="_Toc239949076"/>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21</w:t>
      </w:r>
      <w:r w:rsidR="00617749" w:rsidRPr="005F2B49">
        <w:rPr>
          <w:rFonts w:ascii="Times New Roman" w:hAnsi="Times New Roman" w:cs="Times New Roman"/>
          <w:color w:val="auto"/>
          <w:sz w:val="32"/>
          <w:szCs w:val="32"/>
          <w:lang w:eastAsia="zh-TW"/>
        </w:rPr>
        <w:fldChar w:fldCharType="end"/>
      </w:r>
      <w:bookmarkEnd w:id="93"/>
      <w:r w:rsidRPr="005F2B49">
        <w:rPr>
          <w:rFonts w:ascii="Times New Roman" w:hAnsi="Times New Roman" w:cs="Times New Roman"/>
          <w:color w:val="auto"/>
          <w:sz w:val="32"/>
          <w:szCs w:val="32"/>
          <w:lang w:eastAsia="zh-TW"/>
        </w:rPr>
        <w:t xml:space="preserve">  Chatbot </w:t>
      </w:r>
      <w:r w:rsidRPr="005F2B49">
        <w:rPr>
          <w:rFonts w:ascii="Times New Roman" w:hAnsi="Times New Roman" w:cs="Times New Roman"/>
          <w:color w:val="auto"/>
          <w:sz w:val="32"/>
          <w:szCs w:val="32"/>
          <w:lang w:eastAsia="zh-TW"/>
        </w:rPr>
        <w:t>管理</w:t>
      </w:r>
      <w:bookmarkEnd w:id="94"/>
      <w:bookmarkEnd w:id="95"/>
      <w:bookmarkEnd w:id="96"/>
    </w:p>
    <w:p w14:paraId="3D7BDFA3" w14:textId="77777777" w:rsidR="006F576C" w:rsidRPr="005F2B49" w:rsidRDefault="006F576C" w:rsidP="006F576C">
      <w:pPr>
        <w:pStyle w:val="ae"/>
        <w:ind w:left="360"/>
        <w:jc w:val="both"/>
        <w:rPr>
          <w:rFonts w:ascii="Times New Roman" w:hAnsi="Times New Roman" w:cs="Times New Roman"/>
          <w:szCs w:val="32"/>
          <w:lang w:eastAsia="zh-TW"/>
        </w:rPr>
      </w:pPr>
      <w:r w:rsidRPr="005F2B49">
        <w:rPr>
          <w:rFonts w:ascii="Times New Roman" w:hAnsi="Times New Roman" w:cs="Times New Roman"/>
          <w:szCs w:val="32"/>
          <w:lang w:eastAsia="zh-TW"/>
        </w:rPr>
        <w:t>教師可在此功能中建立與維護自己的</w:t>
      </w:r>
      <w:r w:rsidRPr="005F2B49">
        <w:rPr>
          <w:rFonts w:ascii="Times New Roman" w:hAnsi="Times New Roman" w:cs="Times New Roman"/>
          <w:szCs w:val="32"/>
          <w:lang w:eastAsia="zh-TW"/>
        </w:rPr>
        <w:t xml:space="preserve"> Chatbot</w:t>
      </w:r>
      <w:r w:rsidRPr="005F2B49">
        <w:rPr>
          <w:rFonts w:ascii="Times New Roman" w:hAnsi="Times New Roman" w:cs="Times New Roman"/>
          <w:szCs w:val="32"/>
          <w:lang w:eastAsia="zh-TW"/>
        </w:rPr>
        <w:t>，並可進行以下操作：</w:t>
      </w:r>
    </w:p>
    <w:p w14:paraId="543F482E" w14:textId="77777777" w:rsidR="00F0614C" w:rsidRPr="005F2B49" w:rsidRDefault="00BA196D" w:rsidP="00F0614C">
      <w:pPr>
        <w:jc w:val="center"/>
        <w:rPr>
          <w:rFonts w:eastAsia="新細明體"/>
          <w:lang w:eastAsia="zh-TW"/>
        </w:rPr>
      </w:pPr>
      <w:r w:rsidRPr="005F2B49">
        <w:rPr>
          <w:rFonts w:eastAsia="新細明體"/>
          <w:noProof/>
          <w:lang w:eastAsia="zh-TW"/>
        </w:rPr>
        <w:lastRenderedPageBreak/>
        <w:drawing>
          <wp:inline distT="0" distB="0" distL="0" distR="0" wp14:anchorId="132FAFB0" wp14:editId="44313DF0">
            <wp:extent cx="5486400" cy="5211445"/>
            <wp:effectExtent l="0" t="0" r="0" b="8255"/>
            <wp:docPr id="116" name="圖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86400" cy="5211445"/>
                    </a:xfrm>
                    <a:prstGeom prst="rect">
                      <a:avLst/>
                    </a:prstGeom>
                  </pic:spPr>
                </pic:pic>
              </a:graphicData>
            </a:graphic>
          </wp:inline>
        </w:drawing>
      </w:r>
    </w:p>
    <w:p w14:paraId="1AC0EFFE" w14:textId="3EB322AD" w:rsidR="00F0614C" w:rsidRPr="005F2B49" w:rsidRDefault="00F0614C" w:rsidP="00F0614C">
      <w:pPr>
        <w:pStyle w:val="af7"/>
        <w:jc w:val="center"/>
        <w:rPr>
          <w:rFonts w:ascii="Times New Roman" w:hAnsi="Times New Roman" w:cs="Times New Roman"/>
          <w:color w:val="auto"/>
          <w:sz w:val="32"/>
          <w:szCs w:val="32"/>
          <w:lang w:eastAsia="zh-TW"/>
        </w:rPr>
      </w:pPr>
      <w:bookmarkStart w:id="97" w:name="_Toc239949077"/>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22</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新增</w:t>
      </w:r>
      <w:r w:rsidRPr="005F2B49">
        <w:rPr>
          <w:rFonts w:ascii="Times New Roman" w:hAnsi="Times New Roman" w:cs="Times New Roman" w:hint="eastAsia"/>
          <w:color w:val="auto"/>
          <w:sz w:val="32"/>
          <w:szCs w:val="32"/>
          <w:lang w:eastAsia="zh-TW"/>
        </w:rPr>
        <w:t>Chatbot</w:t>
      </w:r>
      <w:r w:rsidRPr="005F2B49">
        <w:rPr>
          <w:rFonts w:ascii="Times New Roman" w:hAnsi="Times New Roman" w:cs="Times New Roman" w:hint="eastAsia"/>
          <w:color w:val="auto"/>
          <w:sz w:val="32"/>
          <w:szCs w:val="32"/>
          <w:lang w:eastAsia="zh-TW"/>
        </w:rPr>
        <w:t>介面</w:t>
      </w:r>
      <w:bookmarkEnd w:id="97"/>
    </w:p>
    <w:p w14:paraId="76C3B099" w14:textId="77777777" w:rsidR="00F7288E" w:rsidRPr="005F2B49" w:rsidRDefault="006F576C" w:rsidP="007C1FC0">
      <w:pPr>
        <w:numPr>
          <w:ilvl w:val="0"/>
          <w:numId w:val="22"/>
        </w:numPr>
        <w:jc w:val="both"/>
        <w:rPr>
          <w:rFonts w:eastAsia="新細明體"/>
          <w:lang w:eastAsia="zh-TW"/>
        </w:rPr>
      </w:pPr>
      <w:r w:rsidRPr="005F2B49">
        <w:rPr>
          <w:rFonts w:ascii="Times New Roman" w:hAnsi="Times New Roman" w:cs="Times New Roman"/>
          <w:b/>
          <w:bCs/>
          <w:szCs w:val="32"/>
          <w:lang w:eastAsia="zh-TW"/>
        </w:rPr>
        <w:t>新增</w:t>
      </w:r>
      <w:r w:rsidRPr="005F2B49">
        <w:rPr>
          <w:rFonts w:ascii="Times New Roman" w:hAnsi="Times New Roman" w:cs="Times New Roman"/>
          <w:szCs w:val="32"/>
          <w:lang w:eastAsia="zh-TW"/>
        </w:rPr>
        <w:t>：</w:t>
      </w:r>
      <w:r w:rsidR="00F7288E" w:rsidRPr="005F2B49">
        <w:rPr>
          <w:rFonts w:ascii="Times New Roman" w:hAnsi="Times New Roman" w:cs="Times New Roman" w:hint="eastAsia"/>
          <w:szCs w:val="32"/>
          <w:lang w:eastAsia="zh-TW"/>
        </w:rPr>
        <w:t>在</w:t>
      </w:r>
      <w:r w:rsidR="00F7288E" w:rsidRPr="005F2B49">
        <w:rPr>
          <w:rFonts w:ascii="Times New Roman" w:hAnsi="Times New Roman" w:cs="Times New Roman"/>
          <w:szCs w:val="32"/>
          <w:lang w:eastAsia="zh-TW"/>
        </w:rPr>
        <w:t xml:space="preserve">Chatbot </w:t>
      </w:r>
      <w:r w:rsidR="00F7288E" w:rsidRPr="005F2B49">
        <w:rPr>
          <w:rFonts w:ascii="Times New Roman" w:hAnsi="Times New Roman" w:cs="Times New Roman"/>
          <w:szCs w:val="32"/>
          <w:lang w:eastAsia="zh-TW"/>
        </w:rPr>
        <w:t>管理</w:t>
      </w:r>
      <w:r w:rsidR="00F7288E" w:rsidRPr="005F2B49">
        <w:rPr>
          <w:rFonts w:ascii="Times New Roman" w:hAnsi="Times New Roman" w:cs="Times New Roman" w:hint="eastAsia"/>
          <w:szCs w:val="32"/>
          <w:lang w:eastAsia="zh-TW"/>
        </w:rPr>
        <w:t>介面中點擊</w:t>
      </w:r>
      <w:r w:rsidR="00F7288E" w:rsidRPr="005F2B49">
        <w:rPr>
          <w:rFonts w:ascii="Times New Roman" w:hAnsi="Times New Roman" w:cs="Times New Roman"/>
          <w:szCs w:val="32"/>
          <w:lang w:eastAsia="zh-TW"/>
        </w:rPr>
        <w:t>新增</w:t>
      </w:r>
      <w:r w:rsidR="00F7288E" w:rsidRPr="005F2B49">
        <w:rPr>
          <w:rFonts w:ascii="Times New Roman" w:hAnsi="Times New Roman" w:cs="Times New Roman" w:hint="eastAsia"/>
          <w:szCs w:val="32"/>
          <w:lang w:eastAsia="zh-TW"/>
        </w:rPr>
        <w:t>可以</w:t>
      </w:r>
      <w:r w:rsidR="00F7288E" w:rsidRPr="005F2B49">
        <w:rPr>
          <w:rFonts w:ascii="Times New Roman" w:hAnsi="Times New Roman" w:cs="Times New Roman"/>
          <w:szCs w:val="32"/>
          <w:lang w:eastAsia="zh-TW"/>
        </w:rPr>
        <w:t>建立</w:t>
      </w:r>
      <w:r w:rsidR="00F7288E" w:rsidRPr="005F2B49">
        <w:rPr>
          <w:rFonts w:ascii="Times New Roman" w:hAnsi="Times New Roman" w:cs="Times New Roman" w:hint="eastAsia"/>
          <w:szCs w:val="32"/>
          <w:lang w:eastAsia="zh-TW"/>
        </w:rPr>
        <w:t>一個</w:t>
      </w:r>
      <w:r w:rsidR="00F7288E" w:rsidRPr="005F2B49">
        <w:rPr>
          <w:rFonts w:ascii="Times New Roman" w:hAnsi="Times New Roman" w:cs="Times New Roman"/>
          <w:szCs w:val="32"/>
          <w:lang w:eastAsia="zh-TW"/>
        </w:rPr>
        <w:t>新的</w:t>
      </w:r>
      <w:r w:rsidR="00F7288E" w:rsidRPr="005F2B49">
        <w:rPr>
          <w:rFonts w:ascii="Times New Roman" w:hAnsi="Times New Roman" w:cs="Times New Roman"/>
          <w:szCs w:val="32"/>
          <w:lang w:eastAsia="zh-TW"/>
        </w:rPr>
        <w:t xml:space="preserve"> Chatbot</w:t>
      </w:r>
      <w:r w:rsidR="00F7288E" w:rsidRPr="005F2B49">
        <w:rPr>
          <w:rFonts w:ascii="Times New Roman" w:hAnsi="Times New Roman" w:cs="Times New Roman"/>
          <w:szCs w:val="32"/>
          <w:lang w:eastAsia="zh-TW"/>
        </w:rPr>
        <w:t>。</w:t>
      </w:r>
      <w:r w:rsidR="00F7288E" w:rsidRPr="005F2B49">
        <w:rPr>
          <w:rFonts w:ascii="Times New Roman" w:hAnsi="Times New Roman" w:cs="Times New Roman" w:hint="eastAsia"/>
          <w:szCs w:val="32"/>
          <w:lang w:eastAsia="zh-TW"/>
        </w:rPr>
        <w:t>主要設定欄位包含如下：</w:t>
      </w:r>
    </w:p>
    <w:p w14:paraId="4C5AC8CE" w14:textId="77777777" w:rsidR="00F7288E" w:rsidRPr="005F2B49" w:rsidRDefault="00BA196D" w:rsidP="00E501B1">
      <w:pPr>
        <w:jc w:val="center"/>
        <w:rPr>
          <w:rFonts w:eastAsia="新細明體"/>
          <w:lang w:eastAsia="zh-TW"/>
        </w:rPr>
      </w:pPr>
      <w:r w:rsidRPr="005F2B49">
        <w:rPr>
          <w:rFonts w:eastAsia="新細明體"/>
          <w:noProof/>
          <w:lang w:eastAsia="zh-TW"/>
        </w:rPr>
        <w:lastRenderedPageBreak/>
        <w:drawing>
          <wp:inline distT="0" distB="0" distL="0" distR="0" wp14:anchorId="2D9A7958" wp14:editId="1A2DF85E">
            <wp:extent cx="3267531" cy="2324424"/>
            <wp:effectExtent l="0" t="0" r="9525" b="0"/>
            <wp:docPr id="117" name="圖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267531" cy="2324424"/>
                    </a:xfrm>
                    <a:prstGeom prst="rect">
                      <a:avLst/>
                    </a:prstGeom>
                  </pic:spPr>
                </pic:pic>
              </a:graphicData>
            </a:graphic>
          </wp:inline>
        </w:drawing>
      </w:r>
    </w:p>
    <w:p w14:paraId="51D65DFA" w14:textId="0CEF8CF0" w:rsidR="00F7288E" w:rsidRPr="005F2B49" w:rsidRDefault="00F7288E" w:rsidP="00E501B1">
      <w:pPr>
        <w:pStyle w:val="af7"/>
        <w:jc w:val="center"/>
        <w:rPr>
          <w:rFonts w:ascii="Times New Roman" w:hAnsi="Times New Roman" w:cs="Times New Roman"/>
          <w:color w:val="auto"/>
          <w:sz w:val="32"/>
          <w:szCs w:val="32"/>
          <w:lang w:eastAsia="zh-TW"/>
        </w:rPr>
      </w:pPr>
      <w:bookmarkStart w:id="98" w:name="_Toc239949078"/>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23</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Chatbot </w:t>
      </w:r>
      <w:r w:rsidRPr="005F2B49">
        <w:rPr>
          <w:rFonts w:ascii="Times New Roman" w:hAnsi="Times New Roman" w:cs="Times New Roman" w:hint="eastAsia"/>
          <w:color w:val="auto"/>
          <w:sz w:val="32"/>
          <w:szCs w:val="32"/>
          <w:lang w:eastAsia="zh-TW"/>
        </w:rPr>
        <w:t>新增畫面</w:t>
      </w:r>
      <w:bookmarkEnd w:id="98"/>
    </w:p>
    <w:p w14:paraId="27E0232D" w14:textId="77777777" w:rsidR="00F7288E" w:rsidRPr="005F2B49" w:rsidRDefault="00F7288E" w:rsidP="00E501B1">
      <w:pPr>
        <w:rPr>
          <w:rFonts w:ascii="Times New Roman" w:hAnsi="Times New Roman" w:cs="Times New Roman"/>
          <w:b/>
          <w:bCs/>
          <w:sz w:val="36"/>
          <w:szCs w:val="36"/>
          <w:lang w:eastAsia="zh-TW"/>
        </w:rPr>
      </w:pPr>
      <w:r w:rsidRPr="005F2B49">
        <w:rPr>
          <w:rFonts w:ascii="Times New Roman" w:hAnsi="Times New Roman" w:cs="Times New Roman" w:hint="eastAsia"/>
          <w:b/>
          <w:bCs/>
          <w:sz w:val="36"/>
          <w:szCs w:val="36"/>
          <w:lang w:eastAsia="zh-TW"/>
        </w:rPr>
        <w:t>基本資訊</w:t>
      </w:r>
    </w:p>
    <w:p w14:paraId="5CB249A4" w14:textId="77777777" w:rsidR="00F7288E" w:rsidRPr="005F2B49" w:rsidRDefault="00F7288E" w:rsidP="007C1FC0">
      <w:pPr>
        <w:pStyle w:val="ae"/>
        <w:numPr>
          <w:ilvl w:val="0"/>
          <w:numId w:val="22"/>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頭像設定：</w:t>
      </w:r>
      <w:r w:rsidRPr="005F2B49">
        <w:rPr>
          <w:rFonts w:ascii="Times New Roman" w:hAnsi="Times New Roman" w:cs="Times New Roman" w:hint="eastAsia"/>
          <w:szCs w:val="32"/>
          <w:lang w:eastAsia="zh-TW"/>
        </w:rPr>
        <w:t>可上傳一張圖片作為</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的頭像，或選擇由系統的</w:t>
      </w:r>
      <w:r w:rsidRPr="005F2B49">
        <w:rPr>
          <w:rFonts w:ascii="Times New Roman" w:hAnsi="Times New Roman" w:cs="Times New Roman" w:hint="eastAsia"/>
          <w:szCs w:val="32"/>
          <w:lang w:eastAsia="zh-TW"/>
        </w:rPr>
        <w:t xml:space="preserve"> AI </w:t>
      </w:r>
      <w:r w:rsidRPr="005F2B49">
        <w:rPr>
          <w:rFonts w:ascii="Times New Roman" w:hAnsi="Times New Roman" w:cs="Times New Roman" w:hint="eastAsia"/>
          <w:szCs w:val="32"/>
          <w:lang w:eastAsia="zh-TW"/>
        </w:rPr>
        <w:t>生成專屬圖片。</w:t>
      </w:r>
    </w:p>
    <w:p w14:paraId="3EBFFFAE" w14:textId="77777777" w:rsidR="00F7288E" w:rsidRPr="005F2B49" w:rsidRDefault="00F7288E" w:rsidP="007C1FC0">
      <w:pPr>
        <w:pStyle w:val="ae"/>
        <w:numPr>
          <w:ilvl w:val="0"/>
          <w:numId w:val="22"/>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名稱設定：</w:t>
      </w:r>
      <w:r w:rsidRPr="005F2B49">
        <w:rPr>
          <w:rFonts w:ascii="Times New Roman" w:hAnsi="Times New Roman" w:cs="Times New Roman" w:hint="eastAsia"/>
          <w:szCs w:val="32"/>
          <w:lang w:eastAsia="zh-TW"/>
        </w:rPr>
        <w:t>輸入</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的名稱，方便識別與管理。</w:t>
      </w:r>
    </w:p>
    <w:p w14:paraId="66C08DA6" w14:textId="77777777" w:rsidR="00E501B1" w:rsidRPr="005F2B49" w:rsidRDefault="007716A9" w:rsidP="00E501B1">
      <w:pPr>
        <w:jc w:val="center"/>
        <w:rPr>
          <w:rFonts w:eastAsia="新細明體"/>
          <w:lang w:eastAsia="zh-TW"/>
        </w:rPr>
      </w:pPr>
      <w:r w:rsidRPr="005F2B49">
        <w:rPr>
          <w:rFonts w:eastAsia="新細明體"/>
          <w:noProof/>
          <w:lang w:eastAsia="zh-TW"/>
        </w:rPr>
        <w:lastRenderedPageBreak/>
        <w:drawing>
          <wp:inline distT="0" distB="0" distL="0" distR="0" wp14:anchorId="4B7293A0" wp14:editId="686317FF">
            <wp:extent cx="2543770" cy="4936638"/>
            <wp:effectExtent l="0" t="0" r="9525" b="0"/>
            <wp:docPr id="55009761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097614" name=""/>
                    <pic:cNvPicPr/>
                  </pic:nvPicPr>
                  <pic:blipFill>
                    <a:blip r:embed="rId43"/>
                    <a:stretch>
                      <a:fillRect/>
                    </a:stretch>
                  </pic:blipFill>
                  <pic:spPr>
                    <a:xfrm>
                      <a:off x="0" y="0"/>
                      <a:ext cx="2550682" cy="4950051"/>
                    </a:xfrm>
                    <a:prstGeom prst="rect">
                      <a:avLst/>
                    </a:prstGeom>
                  </pic:spPr>
                </pic:pic>
              </a:graphicData>
            </a:graphic>
          </wp:inline>
        </w:drawing>
      </w:r>
    </w:p>
    <w:p w14:paraId="04071889" w14:textId="3C30406C" w:rsidR="00E501B1" w:rsidRPr="005F2B49" w:rsidRDefault="00E501B1" w:rsidP="00E501B1">
      <w:pPr>
        <w:pStyle w:val="af7"/>
        <w:jc w:val="center"/>
        <w:rPr>
          <w:rFonts w:ascii="Times New Roman" w:hAnsi="Times New Roman" w:cs="Times New Roman"/>
          <w:color w:val="auto"/>
          <w:sz w:val="32"/>
          <w:szCs w:val="32"/>
          <w:lang w:eastAsia="zh-TW"/>
        </w:rPr>
      </w:pPr>
      <w:bookmarkStart w:id="99" w:name="_Toc239949079"/>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24</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新增</w:t>
      </w:r>
      <w:r w:rsidRPr="005F2B49">
        <w:rPr>
          <w:rFonts w:ascii="Times New Roman" w:hAnsi="Times New Roman" w:cs="Times New Roman" w:hint="eastAsia"/>
          <w:color w:val="auto"/>
          <w:sz w:val="32"/>
          <w:szCs w:val="32"/>
          <w:lang w:eastAsia="zh-TW"/>
        </w:rPr>
        <w:t xml:space="preserve">Chatbot </w:t>
      </w:r>
      <w:r w:rsidRPr="005F2B49">
        <w:rPr>
          <w:rFonts w:ascii="Times New Roman" w:hAnsi="Times New Roman" w:cs="Times New Roman" w:hint="eastAsia"/>
          <w:color w:val="auto"/>
          <w:sz w:val="32"/>
          <w:szCs w:val="32"/>
          <w:lang w:eastAsia="zh-TW"/>
        </w:rPr>
        <w:t>的內容設定介面</w:t>
      </w:r>
      <w:bookmarkEnd w:id="99"/>
    </w:p>
    <w:p w14:paraId="1F450395" w14:textId="77777777" w:rsidR="00E501B1" w:rsidRPr="005F2B49" w:rsidRDefault="00E501B1" w:rsidP="00E501B1">
      <w:pPr>
        <w:rPr>
          <w:sz w:val="36"/>
          <w:szCs w:val="24"/>
          <w:lang w:eastAsia="zh-TW"/>
        </w:rPr>
      </w:pPr>
      <w:r w:rsidRPr="005F2B49">
        <w:rPr>
          <w:rFonts w:ascii="Times New Roman" w:hAnsi="Times New Roman" w:cs="Times New Roman" w:hint="eastAsia"/>
          <w:b/>
          <w:bCs/>
          <w:sz w:val="36"/>
          <w:szCs w:val="36"/>
          <w:lang w:eastAsia="zh-TW"/>
        </w:rPr>
        <w:t>內容設定</w:t>
      </w:r>
    </w:p>
    <w:p w14:paraId="35A72D5E" w14:textId="77777777" w:rsidR="00E501B1" w:rsidRPr="005F2B49" w:rsidRDefault="00E501B1" w:rsidP="007C1FC0">
      <w:pPr>
        <w:pStyle w:val="ae"/>
        <w:numPr>
          <w:ilvl w:val="0"/>
          <w:numId w:val="22"/>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描述：</w:t>
      </w:r>
      <w:r w:rsidRPr="005F2B49">
        <w:rPr>
          <w:rFonts w:ascii="Times New Roman" w:hAnsi="Times New Roman" w:cs="Times New Roman" w:hint="eastAsia"/>
          <w:szCs w:val="32"/>
          <w:lang w:eastAsia="zh-TW"/>
        </w:rPr>
        <w:t>此欄位可輸入文字，作為</w:t>
      </w:r>
      <w:r w:rsidRPr="005F2B49">
        <w:rPr>
          <w:rFonts w:ascii="Times New Roman" w:hAnsi="Times New Roman" w:cs="Times New Roman"/>
          <w:szCs w:val="32"/>
          <w:lang w:eastAsia="zh-TW"/>
        </w:rPr>
        <w:t xml:space="preserve"> Chatbot </w:t>
      </w:r>
      <w:r w:rsidRPr="005F2B49">
        <w:rPr>
          <w:rFonts w:ascii="Times New Roman" w:hAnsi="Times New Roman" w:cs="Times New Roman" w:hint="eastAsia"/>
          <w:szCs w:val="32"/>
          <w:lang w:eastAsia="zh-TW"/>
        </w:rPr>
        <w:t>的補充說明或備註。此內容不會影響</w:t>
      </w:r>
      <w:r w:rsidRPr="005F2B49">
        <w:rPr>
          <w:rFonts w:ascii="Times New Roman" w:hAnsi="Times New Roman" w:cs="Times New Roman"/>
          <w:szCs w:val="32"/>
          <w:lang w:eastAsia="zh-TW"/>
        </w:rPr>
        <w:t xml:space="preserve"> Chatbot </w:t>
      </w:r>
      <w:r w:rsidRPr="005F2B49">
        <w:rPr>
          <w:rFonts w:ascii="Times New Roman" w:hAnsi="Times New Roman" w:cs="Times New Roman" w:hint="eastAsia"/>
          <w:szCs w:val="32"/>
          <w:lang w:eastAsia="zh-TW"/>
        </w:rPr>
        <w:t>的運作。若不需要，也可留白。</w:t>
      </w:r>
    </w:p>
    <w:p w14:paraId="69843880" w14:textId="77777777" w:rsidR="00E501B1" w:rsidRPr="005F2B49" w:rsidRDefault="00E501B1" w:rsidP="007C1FC0">
      <w:pPr>
        <w:pStyle w:val="ae"/>
        <w:numPr>
          <w:ilvl w:val="0"/>
          <w:numId w:val="22"/>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問候訊息：</w:t>
      </w:r>
      <w:r w:rsidRPr="005F2B49">
        <w:rPr>
          <w:rFonts w:ascii="Times New Roman" w:hAnsi="Times New Roman" w:cs="Times New Roman" w:hint="eastAsia"/>
          <w:szCs w:val="32"/>
          <w:lang w:eastAsia="zh-TW"/>
        </w:rPr>
        <w:t>可輸入一段文字作為</w:t>
      </w:r>
      <w:r w:rsidRPr="005F2B49">
        <w:rPr>
          <w:rFonts w:ascii="Times New Roman" w:hAnsi="Times New Roman" w:cs="Times New Roman"/>
          <w:szCs w:val="32"/>
          <w:lang w:eastAsia="zh-TW"/>
        </w:rPr>
        <w:t xml:space="preserve"> Chatbot </w:t>
      </w:r>
      <w:r w:rsidRPr="005F2B49">
        <w:rPr>
          <w:rFonts w:ascii="Times New Roman" w:hAnsi="Times New Roman" w:cs="Times New Roman" w:hint="eastAsia"/>
          <w:szCs w:val="32"/>
          <w:lang w:eastAsia="zh-TW"/>
        </w:rPr>
        <w:t>開啟對話時的問候語。若空白，</w:t>
      </w:r>
      <w:r w:rsidRPr="005F2B49">
        <w:rPr>
          <w:rFonts w:ascii="Times New Roman" w:hAnsi="Times New Roman" w:cs="Times New Roman"/>
          <w:szCs w:val="32"/>
          <w:lang w:eastAsia="zh-TW"/>
        </w:rPr>
        <w:t>系統將顯示預設問候語</w:t>
      </w:r>
      <w:r w:rsidRPr="005F2B49">
        <w:rPr>
          <w:rFonts w:ascii="Times New Roman" w:hAnsi="Times New Roman" w:cs="Times New Roman" w:hint="eastAsia"/>
          <w:szCs w:val="32"/>
          <w:lang w:eastAsia="zh-TW"/>
        </w:rPr>
        <w:t>。</w:t>
      </w:r>
    </w:p>
    <w:p w14:paraId="10788009" w14:textId="77777777" w:rsidR="00672255" w:rsidRPr="005F2B49" w:rsidRDefault="00E501B1" w:rsidP="007C1FC0">
      <w:pPr>
        <w:pStyle w:val="ae"/>
        <w:numPr>
          <w:ilvl w:val="0"/>
          <w:numId w:val="22"/>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lastRenderedPageBreak/>
        <w:t>提示詞：</w:t>
      </w:r>
      <w:r w:rsidRPr="005F2B49">
        <w:rPr>
          <w:rFonts w:ascii="Times New Roman" w:hAnsi="Times New Roman" w:cs="Times New Roman"/>
          <w:szCs w:val="32"/>
          <w:lang w:eastAsia="zh-TW"/>
        </w:rPr>
        <w:t>可設定一段文字，作為</w:t>
      </w:r>
      <w:r w:rsidRPr="005F2B49">
        <w:rPr>
          <w:rFonts w:ascii="Times New Roman" w:hAnsi="Times New Roman" w:cs="Times New Roman"/>
          <w:szCs w:val="32"/>
          <w:lang w:eastAsia="zh-TW"/>
        </w:rPr>
        <w:t xml:space="preserve"> Chatbot </w:t>
      </w:r>
      <w:r w:rsidRPr="005F2B49">
        <w:rPr>
          <w:rFonts w:ascii="Times New Roman" w:hAnsi="Times New Roman" w:cs="Times New Roman"/>
          <w:szCs w:val="32"/>
          <w:lang w:eastAsia="zh-TW"/>
        </w:rPr>
        <w:t>與學生互動時的核心指令。提示詞</w:t>
      </w:r>
      <w:r w:rsidRPr="005F2B49">
        <w:rPr>
          <w:rFonts w:ascii="Times New Roman" w:hAnsi="Times New Roman" w:cs="Times New Roman" w:hint="eastAsia"/>
          <w:szCs w:val="32"/>
          <w:lang w:eastAsia="zh-TW"/>
        </w:rPr>
        <w:t>內容</w:t>
      </w:r>
      <w:r w:rsidRPr="005F2B49">
        <w:rPr>
          <w:rFonts w:ascii="Times New Roman" w:hAnsi="Times New Roman" w:cs="Times New Roman"/>
          <w:szCs w:val="32"/>
          <w:lang w:eastAsia="zh-TW"/>
        </w:rPr>
        <w:t>會影響</w:t>
      </w:r>
      <w:r w:rsidRPr="005F2B49">
        <w:rPr>
          <w:rFonts w:ascii="Times New Roman" w:hAnsi="Times New Roman" w:cs="Times New Roman"/>
          <w:szCs w:val="32"/>
          <w:lang w:eastAsia="zh-TW"/>
        </w:rPr>
        <w:t xml:space="preserve"> Chatbot </w:t>
      </w:r>
      <w:r w:rsidRPr="005F2B49">
        <w:rPr>
          <w:rFonts w:ascii="Times New Roman" w:hAnsi="Times New Roman" w:cs="Times New Roman"/>
          <w:szCs w:val="32"/>
          <w:lang w:eastAsia="zh-TW"/>
        </w:rPr>
        <w:t>的回應方式。若未設定，</w:t>
      </w:r>
      <w:r w:rsidRPr="005F2B49">
        <w:rPr>
          <w:rFonts w:ascii="Times New Roman" w:hAnsi="Times New Roman" w:cs="Times New Roman"/>
          <w:szCs w:val="32"/>
          <w:lang w:eastAsia="zh-TW"/>
        </w:rPr>
        <w:t xml:space="preserve">Chatbot </w:t>
      </w:r>
      <w:r w:rsidRPr="005F2B49">
        <w:rPr>
          <w:rFonts w:ascii="Times New Roman" w:hAnsi="Times New Roman" w:cs="Times New Roman"/>
          <w:szCs w:val="32"/>
          <w:lang w:eastAsia="zh-TW"/>
        </w:rPr>
        <w:t>將以系統預設的方式與學生互動。</w:t>
      </w:r>
    </w:p>
    <w:p w14:paraId="79D4A492" w14:textId="77777777" w:rsidR="006422B2" w:rsidRPr="005F2B49" w:rsidRDefault="00351E79" w:rsidP="007C1FC0">
      <w:pPr>
        <w:pStyle w:val="ae"/>
        <w:numPr>
          <w:ilvl w:val="0"/>
          <w:numId w:val="22"/>
        </w:numPr>
        <w:rPr>
          <w:rFonts w:ascii="Times New Roman" w:hAnsi="Times New Roman" w:cs="Times New Roman"/>
          <w:szCs w:val="32"/>
          <w:lang w:eastAsia="zh-TW"/>
        </w:rPr>
      </w:pPr>
      <w:r w:rsidRPr="005F2B49">
        <w:rPr>
          <w:rFonts w:ascii="Times New Roman" w:hAnsi="Times New Roman"/>
          <w:b/>
          <w:bCs/>
          <w:sz w:val="28"/>
          <w:szCs w:val="28"/>
          <w:lang w:eastAsia="zh-TW"/>
        </w:rPr>
        <w:t>AI</w:t>
      </w:r>
      <w:r w:rsidRPr="005F2B49">
        <w:rPr>
          <w:rFonts w:ascii="Times New Roman" w:hAnsi="Times New Roman"/>
          <w:b/>
          <w:bCs/>
          <w:sz w:val="28"/>
          <w:szCs w:val="28"/>
          <w:lang w:eastAsia="zh-TW"/>
        </w:rPr>
        <w:t>調整提示詞</w:t>
      </w:r>
    </w:p>
    <w:p w14:paraId="3C65996E" w14:textId="38A5B394" w:rsidR="00BB749B" w:rsidRPr="005F2B49" w:rsidRDefault="00BB749B" w:rsidP="00BB749B">
      <w:pPr>
        <w:pStyle w:val="ae"/>
        <w:ind w:left="480"/>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47E6F787" wp14:editId="106C3CE3">
            <wp:extent cx="4426270" cy="2295103"/>
            <wp:effectExtent l="0" t="0" r="0" b="0"/>
            <wp:docPr id="208034752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47524" name=""/>
                    <pic:cNvPicPr/>
                  </pic:nvPicPr>
                  <pic:blipFill>
                    <a:blip r:embed="rId44"/>
                    <a:stretch>
                      <a:fillRect/>
                    </a:stretch>
                  </pic:blipFill>
                  <pic:spPr>
                    <a:xfrm>
                      <a:off x="0" y="0"/>
                      <a:ext cx="4435146" cy="2299705"/>
                    </a:xfrm>
                    <a:prstGeom prst="rect">
                      <a:avLst/>
                    </a:prstGeom>
                  </pic:spPr>
                </pic:pic>
              </a:graphicData>
            </a:graphic>
          </wp:inline>
        </w:drawing>
      </w:r>
    </w:p>
    <w:p w14:paraId="7AB49091" w14:textId="1585E23A" w:rsidR="00BB749B" w:rsidRPr="005F2B49" w:rsidRDefault="00BB749B" w:rsidP="00BB749B">
      <w:pPr>
        <w:pStyle w:val="af7"/>
        <w:jc w:val="center"/>
        <w:rPr>
          <w:rFonts w:ascii="Times New Roman" w:hAnsi="Times New Roman" w:cs="Times New Roman"/>
          <w:color w:val="auto"/>
          <w:sz w:val="32"/>
          <w:szCs w:val="32"/>
          <w:lang w:eastAsia="zh-TW"/>
        </w:rPr>
      </w:pPr>
      <w:bookmarkStart w:id="100" w:name="_Toc239949080"/>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color w:val="auto"/>
          <w:sz w:val="32"/>
          <w:szCs w:val="32"/>
          <w:lang w:eastAsia="zh-TW"/>
        </w:rPr>
        <w:fldChar w:fldCharType="begin"/>
      </w:r>
      <w:r w:rsidRPr="005F2B49">
        <w:rPr>
          <w:rFonts w:ascii="Times New Roman" w:hAnsi="Times New Roman" w:cs="Times New Roman"/>
          <w:color w:val="auto"/>
          <w:sz w:val="32"/>
          <w:szCs w:val="32"/>
          <w:lang w:eastAsia="zh-TW"/>
        </w:rPr>
        <w:instrText xml:space="preserve"> </w:instrText>
      </w:r>
      <w:r w:rsidRPr="005F2B49">
        <w:rPr>
          <w:rFonts w:ascii="Times New Roman" w:hAnsi="Times New Roman" w:cs="Times New Roman" w:hint="eastAsia"/>
          <w:color w:val="auto"/>
          <w:sz w:val="32"/>
          <w:szCs w:val="32"/>
          <w:lang w:eastAsia="zh-TW"/>
        </w:rPr>
        <w:instrText xml:space="preserve">SEQ </w:instrText>
      </w:r>
      <w:r w:rsidRPr="005F2B49">
        <w:rPr>
          <w:rFonts w:ascii="Times New Roman" w:hAnsi="Times New Roman" w:cs="Times New Roman" w:hint="eastAsia"/>
          <w:color w:val="auto"/>
          <w:sz w:val="32"/>
          <w:szCs w:val="32"/>
          <w:lang w:eastAsia="zh-TW"/>
        </w:rPr>
        <w:instrText>圖</w:instrText>
      </w:r>
      <w:r w:rsidRPr="005F2B49">
        <w:rPr>
          <w:rFonts w:ascii="Times New Roman" w:hAnsi="Times New Roman" w:cs="Times New Roman" w:hint="eastAsia"/>
          <w:color w:val="auto"/>
          <w:sz w:val="32"/>
          <w:szCs w:val="32"/>
          <w:lang w:eastAsia="zh-TW"/>
        </w:rPr>
        <w:instrText xml:space="preserve"> \* ARABIC</w:instrText>
      </w:r>
      <w:r w:rsidRPr="005F2B49">
        <w:rPr>
          <w:rFonts w:ascii="Times New Roman" w:hAnsi="Times New Roman" w:cs="Times New Roman"/>
          <w:color w:val="auto"/>
          <w:sz w:val="32"/>
          <w:szCs w:val="32"/>
          <w:lang w:eastAsia="zh-TW"/>
        </w:rPr>
        <w:instrText xml:space="preserve"> </w:instrText>
      </w:r>
      <w:r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25</w:t>
      </w:r>
      <w:r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color w:val="auto"/>
          <w:sz w:val="32"/>
          <w:szCs w:val="32"/>
          <w:lang w:eastAsia="zh-TW"/>
        </w:rPr>
        <w:t xml:space="preserve">  AI</w:t>
      </w:r>
      <w:r w:rsidRPr="005F2B49">
        <w:rPr>
          <w:rFonts w:ascii="Times New Roman" w:hAnsi="Times New Roman" w:cs="Times New Roman"/>
          <w:color w:val="auto"/>
          <w:sz w:val="32"/>
          <w:szCs w:val="32"/>
          <w:lang w:eastAsia="zh-TW"/>
        </w:rPr>
        <w:t>調整提示詞介面</w:t>
      </w:r>
      <w:bookmarkEnd w:id="100"/>
    </w:p>
    <w:p w14:paraId="6DBA63EE" w14:textId="77777777" w:rsidR="00672255" w:rsidRPr="005F2B49" w:rsidRDefault="00351E79" w:rsidP="00672255">
      <w:pPr>
        <w:spacing w:before="80" w:after="80" w:line="360" w:lineRule="auto"/>
        <w:ind w:left="420"/>
        <w:rPr>
          <w:lang w:eastAsia="zh-TW"/>
        </w:rPr>
      </w:pPr>
      <w:r w:rsidRPr="005F2B49">
        <w:rPr>
          <w:rFonts w:ascii="Times New Roman" w:hAnsi="Times New Roman"/>
          <w:sz w:val="28"/>
          <w:szCs w:val="28"/>
          <w:lang w:eastAsia="zh-TW"/>
        </w:rPr>
        <w:t>撰寫提示詞時，可點選「</w:t>
      </w:r>
      <w:r w:rsidRPr="005F2B49">
        <w:rPr>
          <w:rFonts w:ascii="Times New Roman" w:hAnsi="Times New Roman"/>
          <w:sz w:val="28"/>
          <w:szCs w:val="28"/>
          <w:lang w:eastAsia="zh-TW"/>
        </w:rPr>
        <w:t>AI</w:t>
      </w:r>
      <w:r w:rsidRPr="005F2B49">
        <w:rPr>
          <w:rFonts w:ascii="Times New Roman" w:hAnsi="Times New Roman"/>
          <w:sz w:val="28"/>
          <w:szCs w:val="28"/>
          <w:lang w:eastAsia="zh-TW"/>
        </w:rPr>
        <w:t>調整提示詞」按鈕，請</w:t>
      </w:r>
      <w:r w:rsidRPr="005F2B49">
        <w:rPr>
          <w:rFonts w:ascii="Times New Roman" w:hAnsi="Times New Roman"/>
          <w:sz w:val="28"/>
          <w:szCs w:val="28"/>
          <w:lang w:eastAsia="zh-TW"/>
        </w:rPr>
        <w:t xml:space="preserve"> AI </w:t>
      </w:r>
      <w:r w:rsidRPr="005F2B49">
        <w:rPr>
          <w:rFonts w:ascii="Times New Roman" w:hAnsi="Times New Roman"/>
          <w:sz w:val="28"/>
          <w:szCs w:val="28"/>
          <w:lang w:eastAsia="zh-TW"/>
        </w:rPr>
        <w:t>協助整理或修改內容。此功能提供「一鍵優化」、「自然語言微調」及「教學情境模板」三種方式，可依需求選用。</w:t>
      </w:r>
    </w:p>
    <w:p w14:paraId="22989B12" w14:textId="77777777" w:rsidR="006422B2" w:rsidRPr="005F2B49" w:rsidRDefault="00351E79" w:rsidP="00672255">
      <w:pPr>
        <w:spacing w:before="80" w:after="80" w:line="360" w:lineRule="auto"/>
        <w:ind w:left="420"/>
        <w:rPr>
          <w:lang w:eastAsia="zh-TW"/>
        </w:rPr>
      </w:pPr>
      <w:r w:rsidRPr="005F2B49">
        <w:rPr>
          <w:rFonts w:ascii="Times New Roman" w:hAnsi="Times New Roman"/>
          <w:b/>
          <w:bCs/>
          <w:sz w:val="28"/>
          <w:szCs w:val="28"/>
          <w:lang w:eastAsia="zh-TW"/>
        </w:rPr>
        <w:t>操作前準備</w:t>
      </w:r>
    </w:p>
    <w:p w14:paraId="5381D3E2"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步驟</w:t>
      </w:r>
      <w:r w:rsidRPr="005F2B49">
        <w:rPr>
          <w:rFonts w:ascii="Times New Roman" w:hAnsi="Times New Roman"/>
          <w:sz w:val="28"/>
          <w:szCs w:val="28"/>
          <w:lang w:eastAsia="zh-TW"/>
        </w:rPr>
        <w:t xml:space="preserve"> 1</w:t>
      </w:r>
      <w:r w:rsidRPr="005F2B49">
        <w:rPr>
          <w:rFonts w:ascii="Times New Roman" w:hAnsi="Times New Roman"/>
          <w:sz w:val="28"/>
          <w:szCs w:val="28"/>
          <w:lang w:eastAsia="zh-TW"/>
        </w:rPr>
        <w:t>：進入後台的「</w:t>
      </w:r>
      <w:r w:rsidRPr="005F2B49">
        <w:rPr>
          <w:rFonts w:ascii="Times New Roman" w:hAnsi="Times New Roman"/>
          <w:sz w:val="28"/>
          <w:szCs w:val="28"/>
          <w:lang w:eastAsia="zh-TW"/>
        </w:rPr>
        <w:t xml:space="preserve">Chatbot </w:t>
      </w:r>
      <w:r w:rsidRPr="005F2B49">
        <w:rPr>
          <w:rFonts w:ascii="Times New Roman" w:hAnsi="Times New Roman"/>
          <w:sz w:val="28"/>
          <w:szCs w:val="28"/>
          <w:lang w:eastAsia="zh-TW"/>
        </w:rPr>
        <w:t>管理」，點選「新增」，在「內容設定」中找到「提示詞」欄位。</w:t>
      </w:r>
    </w:p>
    <w:p w14:paraId="36AA76D8"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步驟</w:t>
      </w:r>
      <w:r w:rsidRPr="005F2B49">
        <w:rPr>
          <w:rFonts w:ascii="Times New Roman" w:hAnsi="Times New Roman"/>
          <w:sz w:val="28"/>
          <w:szCs w:val="28"/>
          <w:lang w:eastAsia="zh-TW"/>
        </w:rPr>
        <w:t xml:space="preserve"> 2</w:t>
      </w:r>
      <w:r w:rsidRPr="005F2B49">
        <w:rPr>
          <w:rFonts w:ascii="Times New Roman" w:hAnsi="Times New Roman"/>
          <w:sz w:val="28"/>
          <w:szCs w:val="28"/>
          <w:lang w:eastAsia="zh-TW"/>
        </w:rPr>
        <w:t>：若要優化現有提示詞，請先輸入初稿，說明教學對象、學習主題、希望</w:t>
      </w:r>
      <w:r w:rsidRPr="005F2B49">
        <w:rPr>
          <w:rFonts w:ascii="Times New Roman" w:hAnsi="Times New Roman"/>
          <w:sz w:val="28"/>
          <w:szCs w:val="28"/>
          <w:lang w:eastAsia="zh-TW"/>
        </w:rPr>
        <w:t xml:space="preserve"> AI </w:t>
      </w:r>
      <w:r w:rsidRPr="005F2B49">
        <w:rPr>
          <w:rFonts w:ascii="Times New Roman" w:hAnsi="Times New Roman"/>
          <w:sz w:val="28"/>
          <w:szCs w:val="28"/>
          <w:lang w:eastAsia="zh-TW"/>
        </w:rPr>
        <w:t>扮演的角色及回應方式。不必一次寫得完整，可先用白話描述需求，再請</w:t>
      </w:r>
      <w:r w:rsidRPr="005F2B49">
        <w:rPr>
          <w:rFonts w:ascii="Times New Roman" w:hAnsi="Times New Roman"/>
          <w:sz w:val="28"/>
          <w:szCs w:val="28"/>
          <w:lang w:eastAsia="zh-TW"/>
        </w:rPr>
        <w:t xml:space="preserve"> AI </w:t>
      </w:r>
      <w:r w:rsidRPr="005F2B49">
        <w:rPr>
          <w:rFonts w:ascii="Times New Roman" w:hAnsi="Times New Roman"/>
          <w:sz w:val="28"/>
          <w:szCs w:val="28"/>
          <w:lang w:eastAsia="zh-TW"/>
        </w:rPr>
        <w:t>協助調整。</w:t>
      </w:r>
    </w:p>
    <w:p w14:paraId="449E0BF8"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lastRenderedPageBreak/>
        <w:t>初稿範例：「你是一位高中自然科助教，請用繁體中文協助學生理解課程內容。回答時先給提示，再引導學生說明自己的想法。」此範例可依實際課程修改。</w:t>
      </w:r>
    </w:p>
    <w:p w14:paraId="7E3DF837" w14:textId="77777777" w:rsidR="00672255" w:rsidRPr="005F2B49" w:rsidRDefault="00351E79" w:rsidP="00672255">
      <w:pPr>
        <w:spacing w:before="80" w:after="80" w:line="360" w:lineRule="auto"/>
        <w:ind w:left="420"/>
        <w:rPr>
          <w:lang w:eastAsia="zh-TW"/>
        </w:rPr>
      </w:pPr>
      <w:r w:rsidRPr="005F2B49">
        <w:rPr>
          <w:rFonts w:ascii="Times New Roman" w:hAnsi="Times New Roman"/>
          <w:sz w:val="28"/>
          <w:szCs w:val="28"/>
          <w:lang w:eastAsia="zh-TW"/>
        </w:rPr>
        <w:t>步驟</w:t>
      </w:r>
      <w:r w:rsidRPr="005F2B49">
        <w:rPr>
          <w:rFonts w:ascii="Times New Roman" w:hAnsi="Times New Roman"/>
          <w:sz w:val="28"/>
          <w:szCs w:val="28"/>
          <w:lang w:eastAsia="zh-TW"/>
        </w:rPr>
        <w:t xml:space="preserve"> 3</w:t>
      </w:r>
      <w:r w:rsidRPr="005F2B49">
        <w:rPr>
          <w:rFonts w:ascii="Times New Roman" w:hAnsi="Times New Roman"/>
          <w:sz w:val="28"/>
          <w:szCs w:val="28"/>
          <w:lang w:eastAsia="zh-TW"/>
        </w:rPr>
        <w:t>：點選「</w:t>
      </w:r>
      <w:r w:rsidRPr="005F2B49">
        <w:rPr>
          <w:rFonts w:ascii="Times New Roman" w:hAnsi="Times New Roman"/>
          <w:sz w:val="28"/>
          <w:szCs w:val="28"/>
          <w:lang w:eastAsia="zh-TW"/>
        </w:rPr>
        <w:t>AI</w:t>
      </w:r>
      <w:r w:rsidRPr="005F2B49">
        <w:rPr>
          <w:rFonts w:ascii="Times New Roman" w:hAnsi="Times New Roman"/>
          <w:sz w:val="28"/>
          <w:szCs w:val="28"/>
          <w:lang w:eastAsia="zh-TW"/>
        </w:rPr>
        <w:t>調整提示詞」，依下列說明選擇適合的調整方式。</w:t>
      </w:r>
    </w:p>
    <w:p w14:paraId="2A684EFE" w14:textId="77777777" w:rsidR="006422B2" w:rsidRPr="005F2B49" w:rsidRDefault="00351E79" w:rsidP="00672255">
      <w:pPr>
        <w:spacing w:before="80" w:after="80" w:line="360" w:lineRule="auto"/>
        <w:ind w:left="420"/>
        <w:rPr>
          <w:lang w:eastAsia="zh-TW"/>
        </w:rPr>
      </w:pPr>
      <w:r w:rsidRPr="005F2B49">
        <w:rPr>
          <w:rFonts w:ascii="Times New Roman" w:hAnsi="Times New Roman"/>
          <w:b/>
          <w:bCs/>
          <w:sz w:val="28"/>
          <w:szCs w:val="28"/>
          <w:lang w:eastAsia="zh-TW"/>
        </w:rPr>
        <w:t>一、一鍵優化</w:t>
      </w:r>
    </w:p>
    <w:p w14:paraId="7EAB273C" w14:textId="77777777" w:rsidR="00672255" w:rsidRPr="005F2B49" w:rsidRDefault="00351E79" w:rsidP="00672255">
      <w:pPr>
        <w:spacing w:before="80" w:after="80" w:line="360" w:lineRule="auto"/>
        <w:ind w:left="420"/>
        <w:rPr>
          <w:lang w:eastAsia="zh-TW"/>
        </w:rPr>
      </w:pPr>
      <w:r w:rsidRPr="005F2B49">
        <w:rPr>
          <w:rFonts w:ascii="Times New Roman" w:hAnsi="Times New Roman"/>
          <w:sz w:val="28"/>
          <w:szCs w:val="28"/>
          <w:lang w:eastAsia="zh-TW"/>
        </w:rPr>
        <w:t>適合已有提示詞初稿，希望快速整理內容，或加入特定教學理念的教師。進入「一鍵優化」後，可選擇「結構化提示詞」、「</w:t>
      </w:r>
      <w:r w:rsidRPr="005F2B49">
        <w:rPr>
          <w:rFonts w:ascii="Times New Roman" w:hAnsi="Times New Roman"/>
          <w:sz w:val="28"/>
          <w:szCs w:val="28"/>
          <w:lang w:eastAsia="zh-TW"/>
        </w:rPr>
        <w:t>Bloom</w:t>
      </w:r>
      <w:r w:rsidRPr="005F2B49">
        <w:rPr>
          <w:rFonts w:ascii="Times New Roman" w:hAnsi="Times New Roman"/>
          <w:sz w:val="28"/>
          <w:szCs w:val="28"/>
          <w:lang w:eastAsia="zh-TW"/>
        </w:rPr>
        <w:t>認知分類」或「建構主義」，讓</w:t>
      </w:r>
      <w:r w:rsidRPr="005F2B49">
        <w:rPr>
          <w:rFonts w:ascii="Times New Roman" w:hAnsi="Times New Roman"/>
          <w:sz w:val="28"/>
          <w:szCs w:val="28"/>
          <w:lang w:eastAsia="zh-TW"/>
        </w:rPr>
        <w:t xml:space="preserve"> AI </w:t>
      </w:r>
      <w:r w:rsidRPr="005F2B49">
        <w:rPr>
          <w:rFonts w:ascii="Times New Roman" w:hAnsi="Times New Roman"/>
          <w:sz w:val="28"/>
          <w:szCs w:val="28"/>
          <w:lang w:eastAsia="zh-TW"/>
        </w:rPr>
        <w:t>依據目前的提示詞產生調整建議。</w:t>
      </w:r>
    </w:p>
    <w:p w14:paraId="070D1526" w14:textId="77777777" w:rsidR="006422B2" w:rsidRPr="005F2B49" w:rsidRDefault="00351E79" w:rsidP="00672255">
      <w:pPr>
        <w:spacing w:before="80" w:after="80" w:line="360" w:lineRule="auto"/>
        <w:ind w:left="420"/>
        <w:rPr>
          <w:lang w:eastAsia="zh-TW"/>
        </w:rPr>
      </w:pPr>
      <w:r w:rsidRPr="005F2B49">
        <w:rPr>
          <w:rFonts w:ascii="Times New Roman" w:hAnsi="Times New Roman"/>
          <w:b/>
          <w:bCs/>
          <w:sz w:val="28"/>
          <w:szCs w:val="28"/>
          <w:lang w:eastAsia="zh-TW"/>
        </w:rPr>
        <w:t>（</w:t>
      </w:r>
      <w:r w:rsidRPr="005F2B49">
        <w:rPr>
          <w:rFonts w:ascii="Times New Roman" w:hAnsi="Times New Roman"/>
          <w:b/>
          <w:bCs/>
          <w:sz w:val="28"/>
          <w:szCs w:val="28"/>
          <w:lang w:eastAsia="zh-TW"/>
        </w:rPr>
        <w:t>1</w:t>
      </w:r>
      <w:r w:rsidRPr="005F2B49">
        <w:rPr>
          <w:rFonts w:ascii="Times New Roman" w:hAnsi="Times New Roman"/>
          <w:b/>
          <w:bCs/>
          <w:sz w:val="28"/>
          <w:szCs w:val="28"/>
          <w:lang w:eastAsia="zh-TW"/>
        </w:rPr>
        <w:t>）結構化提示詞</w:t>
      </w:r>
    </w:p>
    <w:p w14:paraId="1BF0F918"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依據目前的提示詞套用教學模板，協助整理成有明確架構的指令。檢查結果時，可確認是否清楚交代角色、教學對象、學習目標、互動方式及回應要求，並補上課程所需的資訊。</w:t>
      </w:r>
    </w:p>
    <w:p w14:paraId="0690E098" w14:textId="77777777" w:rsidR="00672255" w:rsidRPr="005F2B49" w:rsidRDefault="00351E79" w:rsidP="00672255">
      <w:pPr>
        <w:spacing w:before="80" w:after="80" w:line="360" w:lineRule="auto"/>
        <w:ind w:left="420"/>
        <w:rPr>
          <w:lang w:eastAsia="zh-TW"/>
        </w:rPr>
      </w:pPr>
      <w:r w:rsidRPr="005F2B49">
        <w:rPr>
          <w:rFonts w:ascii="Times New Roman" w:hAnsi="Times New Roman"/>
          <w:sz w:val="28"/>
          <w:szCs w:val="28"/>
          <w:lang w:eastAsia="zh-TW"/>
        </w:rPr>
        <w:t>使用時機：已知道要讓</w:t>
      </w:r>
      <w:r w:rsidRPr="005F2B49">
        <w:rPr>
          <w:rFonts w:ascii="Times New Roman" w:hAnsi="Times New Roman"/>
          <w:sz w:val="28"/>
          <w:szCs w:val="28"/>
          <w:lang w:eastAsia="zh-TW"/>
        </w:rPr>
        <w:t xml:space="preserve"> Chatbot </w:t>
      </w:r>
      <w:r w:rsidRPr="005F2B49">
        <w:rPr>
          <w:rFonts w:ascii="Times New Roman" w:hAnsi="Times New Roman"/>
          <w:sz w:val="28"/>
          <w:szCs w:val="28"/>
          <w:lang w:eastAsia="zh-TW"/>
        </w:rPr>
        <w:t>做什麼，但原本的描述較零散，希望先整理成容易閱讀及修改的提示詞。</w:t>
      </w:r>
    </w:p>
    <w:p w14:paraId="7F04D6A5" w14:textId="77777777" w:rsidR="006422B2" w:rsidRPr="005F2B49" w:rsidRDefault="00351E79" w:rsidP="00672255">
      <w:pPr>
        <w:spacing w:before="80" w:after="80" w:line="360" w:lineRule="auto"/>
        <w:ind w:left="420"/>
        <w:rPr>
          <w:lang w:eastAsia="zh-TW"/>
        </w:rPr>
      </w:pPr>
      <w:r w:rsidRPr="005F2B49">
        <w:rPr>
          <w:rFonts w:ascii="Times New Roman" w:hAnsi="Times New Roman"/>
          <w:b/>
          <w:bCs/>
          <w:sz w:val="28"/>
          <w:szCs w:val="28"/>
          <w:lang w:eastAsia="zh-TW"/>
        </w:rPr>
        <w:t>（</w:t>
      </w:r>
      <w:r w:rsidRPr="005F2B49">
        <w:rPr>
          <w:rFonts w:ascii="Times New Roman" w:hAnsi="Times New Roman"/>
          <w:b/>
          <w:bCs/>
          <w:sz w:val="28"/>
          <w:szCs w:val="28"/>
          <w:lang w:eastAsia="zh-TW"/>
        </w:rPr>
        <w:t>2</w:t>
      </w:r>
      <w:r w:rsidRPr="005F2B49">
        <w:rPr>
          <w:rFonts w:ascii="Times New Roman" w:hAnsi="Times New Roman"/>
          <w:b/>
          <w:bCs/>
          <w:sz w:val="28"/>
          <w:szCs w:val="28"/>
          <w:lang w:eastAsia="zh-TW"/>
        </w:rPr>
        <w:t>）</w:t>
      </w:r>
      <w:r w:rsidRPr="005F2B49">
        <w:rPr>
          <w:rFonts w:ascii="Times New Roman" w:hAnsi="Times New Roman"/>
          <w:b/>
          <w:bCs/>
          <w:sz w:val="28"/>
          <w:szCs w:val="28"/>
          <w:lang w:eastAsia="zh-TW"/>
        </w:rPr>
        <w:t>Bloom</w:t>
      </w:r>
      <w:r w:rsidRPr="005F2B49">
        <w:rPr>
          <w:rFonts w:ascii="Times New Roman" w:hAnsi="Times New Roman"/>
          <w:b/>
          <w:bCs/>
          <w:sz w:val="28"/>
          <w:szCs w:val="28"/>
          <w:lang w:eastAsia="zh-TW"/>
        </w:rPr>
        <w:t>認知分類</w:t>
      </w:r>
    </w:p>
    <w:p w14:paraId="77AB7751"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在整理提示詞的基礎上，加入</w:t>
      </w:r>
      <w:r w:rsidRPr="005F2B49">
        <w:rPr>
          <w:rFonts w:ascii="Times New Roman" w:hAnsi="Times New Roman"/>
          <w:sz w:val="28"/>
          <w:szCs w:val="28"/>
          <w:lang w:eastAsia="zh-TW"/>
        </w:rPr>
        <w:t xml:space="preserve"> Bloom </w:t>
      </w:r>
      <w:r w:rsidRPr="005F2B49">
        <w:rPr>
          <w:rFonts w:ascii="Times New Roman" w:hAnsi="Times New Roman"/>
          <w:sz w:val="28"/>
          <w:szCs w:val="28"/>
          <w:lang w:eastAsia="zh-TW"/>
        </w:rPr>
        <w:t>認知分類的教學引導。以修訂版分類為例，可從「記憶、理解、應用、分析、評鑑、創造」等不同層次設計學習任務，並依教學目標選用適合的層次。</w:t>
      </w:r>
    </w:p>
    <w:p w14:paraId="080D568A" w14:textId="77777777" w:rsidR="00672255" w:rsidRPr="005F2B49" w:rsidRDefault="00351E79" w:rsidP="00672255">
      <w:pPr>
        <w:spacing w:before="80" w:after="80" w:line="360" w:lineRule="auto"/>
        <w:ind w:left="420"/>
        <w:rPr>
          <w:lang w:eastAsia="zh-TW"/>
        </w:rPr>
      </w:pPr>
      <w:r w:rsidRPr="005F2B49">
        <w:rPr>
          <w:rFonts w:ascii="Times New Roman" w:hAnsi="Times New Roman"/>
          <w:sz w:val="28"/>
          <w:szCs w:val="28"/>
          <w:lang w:eastAsia="zh-TW"/>
        </w:rPr>
        <w:lastRenderedPageBreak/>
        <w:t>使用時機：希望</w:t>
      </w:r>
      <w:r w:rsidRPr="005F2B49">
        <w:rPr>
          <w:rFonts w:ascii="Times New Roman" w:hAnsi="Times New Roman"/>
          <w:sz w:val="28"/>
          <w:szCs w:val="28"/>
          <w:lang w:eastAsia="zh-TW"/>
        </w:rPr>
        <w:t xml:space="preserve"> Chatbot </w:t>
      </w:r>
      <w:r w:rsidRPr="005F2B49">
        <w:rPr>
          <w:rFonts w:ascii="Times New Roman" w:hAnsi="Times New Roman"/>
          <w:sz w:val="28"/>
          <w:szCs w:val="28"/>
          <w:lang w:eastAsia="zh-TW"/>
        </w:rPr>
        <w:t>不只回答知識問題，也能引導學生解釋概念、應用所學或提出理由。例如，可要求先請學生用自己的話說明概念，再以生活情境練習應用。</w:t>
      </w:r>
    </w:p>
    <w:p w14:paraId="02BDA635" w14:textId="77777777" w:rsidR="006422B2" w:rsidRPr="005F2B49" w:rsidRDefault="00351E79" w:rsidP="00672255">
      <w:pPr>
        <w:spacing w:before="80" w:after="80" w:line="360" w:lineRule="auto"/>
        <w:ind w:left="420"/>
        <w:rPr>
          <w:lang w:eastAsia="zh-TW"/>
        </w:rPr>
      </w:pPr>
      <w:r w:rsidRPr="005F2B49">
        <w:rPr>
          <w:rFonts w:ascii="Times New Roman" w:hAnsi="Times New Roman"/>
          <w:b/>
          <w:bCs/>
          <w:sz w:val="28"/>
          <w:szCs w:val="28"/>
          <w:lang w:eastAsia="zh-TW"/>
        </w:rPr>
        <w:t>（</w:t>
      </w:r>
      <w:r w:rsidRPr="005F2B49">
        <w:rPr>
          <w:rFonts w:ascii="Times New Roman" w:hAnsi="Times New Roman"/>
          <w:b/>
          <w:bCs/>
          <w:sz w:val="28"/>
          <w:szCs w:val="28"/>
          <w:lang w:eastAsia="zh-TW"/>
        </w:rPr>
        <w:t>3</w:t>
      </w:r>
      <w:r w:rsidRPr="005F2B49">
        <w:rPr>
          <w:rFonts w:ascii="Times New Roman" w:hAnsi="Times New Roman"/>
          <w:b/>
          <w:bCs/>
          <w:sz w:val="28"/>
          <w:szCs w:val="28"/>
          <w:lang w:eastAsia="zh-TW"/>
        </w:rPr>
        <w:t>）建構主義</w:t>
      </w:r>
    </w:p>
    <w:p w14:paraId="409DE9F7"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在提示詞中加入建構主義的教學引導，重視學生既有的知識與經驗，透過提問、探索與反思，協助學生逐步形成自己的理解。</w:t>
      </w:r>
    </w:p>
    <w:p w14:paraId="052570BE"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使用時機：希望</w:t>
      </w:r>
      <w:r w:rsidRPr="005F2B49">
        <w:rPr>
          <w:rFonts w:ascii="Times New Roman" w:hAnsi="Times New Roman"/>
          <w:sz w:val="28"/>
          <w:szCs w:val="28"/>
          <w:lang w:eastAsia="zh-TW"/>
        </w:rPr>
        <w:t xml:space="preserve"> Chatbot </w:t>
      </w:r>
      <w:r w:rsidRPr="005F2B49">
        <w:rPr>
          <w:rFonts w:ascii="Times New Roman" w:hAnsi="Times New Roman"/>
          <w:sz w:val="28"/>
          <w:szCs w:val="28"/>
          <w:lang w:eastAsia="zh-TW"/>
        </w:rPr>
        <w:t>先了解學生的想法，再提供提示與追問。例如，可要求先詢問學生如何理解某個現象，再依其回答引導比較、修正及整理觀點。</w:t>
      </w:r>
    </w:p>
    <w:p w14:paraId="0862E27F" w14:textId="77777777" w:rsidR="00672255" w:rsidRPr="005F2B49" w:rsidRDefault="00351E79" w:rsidP="00672255">
      <w:pPr>
        <w:spacing w:before="80" w:after="80" w:line="360" w:lineRule="auto"/>
        <w:ind w:left="420"/>
        <w:rPr>
          <w:lang w:eastAsia="zh-TW"/>
        </w:rPr>
      </w:pPr>
      <w:r w:rsidRPr="005F2B49">
        <w:rPr>
          <w:rFonts w:ascii="Times New Roman" w:hAnsi="Times New Roman"/>
          <w:sz w:val="28"/>
          <w:szCs w:val="28"/>
          <w:lang w:eastAsia="zh-TW"/>
        </w:rPr>
        <w:t>完成一鍵優化後，請先閱讀產生的內容，確認是否符合授課對象與課程目標；若仍需修改，可再使用「自然語言微調」提出具體需求。</w:t>
      </w:r>
    </w:p>
    <w:p w14:paraId="5497E1D3" w14:textId="77777777" w:rsidR="006422B2" w:rsidRPr="005F2B49" w:rsidRDefault="00351E79" w:rsidP="00672255">
      <w:pPr>
        <w:spacing w:before="80" w:after="80" w:line="360" w:lineRule="auto"/>
        <w:ind w:left="420"/>
        <w:rPr>
          <w:lang w:eastAsia="zh-TW"/>
        </w:rPr>
      </w:pPr>
      <w:r w:rsidRPr="005F2B49">
        <w:rPr>
          <w:rFonts w:ascii="Times New Roman" w:hAnsi="Times New Roman"/>
          <w:b/>
          <w:bCs/>
          <w:sz w:val="28"/>
          <w:szCs w:val="28"/>
          <w:lang w:eastAsia="zh-TW"/>
        </w:rPr>
        <w:t>二、自然語言微調</w:t>
      </w:r>
    </w:p>
    <w:p w14:paraId="61BF44A0"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適合希望保留原有提示詞架構，只調整部分內容的教師。可用平常說話的方式，請</w:t>
      </w:r>
      <w:r w:rsidRPr="005F2B49">
        <w:rPr>
          <w:rFonts w:ascii="Times New Roman" w:hAnsi="Times New Roman"/>
          <w:sz w:val="28"/>
          <w:szCs w:val="28"/>
          <w:lang w:eastAsia="zh-TW"/>
        </w:rPr>
        <w:t xml:space="preserve"> AI </w:t>
      </w:r>
      <w:r w:rsidRPr="005F2B49">
        <w:rPr>
          <w:rFonts w:ascii="Times New Roman" w:hAnsi="Times New Roman"/>
          <w:sz w:val="28"/>
          <w:szCs w:val="28"/>
          <w:lang w:eastAsia="zh-TW"/>
        </w:rPr>
        <w:t>依照需求修改提示詞。</w:t>
      </w:r>
    </w:p>
    <w:p w14:paraId="01B89A53"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步驟</w:t>
      </w:r>
      <w:r w:rsidRPr="005F2B49">
        <w:rPr>
          <w:rFonts w:ascii="Times New Roman" w:hAnsi="Times New Roman"/>
          <w:sz w:val="28"/>
          <w:szCs w:val="28"/>
          <w:lang w:eastAsia="zh-TW"/>
        </w:rPr>
        <w:t xml:space="preserve"> 1</w:t>
      </w:r>
      <w:r w:rsidRPr="005F2B49">
        <w:rPr>
          <w:rFonts w:ascii="Times New Roman" w:hAnsi="Times New Roman"/>
          <w:sz w:val="28"/>
          <w:szCs w:val="28"/>
          <w:lang w:eastAsia="zh-TW"/>
        </w:rPr>
        <w:t>：在「</w:t>
      </w:r>
      <w:r w:rsidRPr="005F2B49">
        <w:rPr>
          <w:rFonts w:ascii="Times New Roman" w:hAnsi="Times New Roman"/>
          <w:sz w:val="28"/>
          <w:szCs w:val="28"/>
          <w:lang w:eastAsia="zh-TW"/>
        </w:rPr>
        <w:t>AI</w:t>
      </w:r>
      <w:r w:rsidRPr="005F2B49">
        <w:rPr>
          <w:rFonts w:ascii="Times New Roman" w:hAnsi="Times New Roman"/>
          <w:sz w:val="28"/>
          <w:szCs w:val="28"/>
          <w:lang w:eastAsia="zh-TW"/>
        </w:rPr>
        <w:t>調整提示詞」中選擇「自然語言微調」。</w:t>
      </w:r>
    </w:p>
    <w:p w14:paraId="220520B8"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步驟</w:t>
      </w:r>
      <w:r w:rsidRPr="005F2B49">
        <w:rPr>
          <w:rFonts w:ascii="Times New Roman" w:hAnsi="Times New Roman"/>
          <w:sz w:val="28"/>
          <w:szCs w:val="28"/>
          <w:lang w:eastAsia="zh-TW"/>
        </w:rPr>
        <w:t xml:space="preserve"> 2</w:t>
      </w:r>
      <w:r w:rsidRPr="005F2B49">
        <w:rPr>
          <w:rFonts w:ascii="Times New Roman" w:hAnsi="Times New Roman"/>
          <w:sz w:val="28"/>
          <w:szCs w:val="28"/>
          <w:lang w:eastAsia="zh-TW"/>
        </w:rPr>
        <w:t>：輸入想調整的內容，盡量說明「要保留什麼」及「要修改什麼」，例如教學對象、語氣、回答長度或提問方式。</w:t>
      </w:r>
    </w:p>
    <w:p w14:paraId="39C50006"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需求範例：「請保留原本的教學目標，將對象改為第一次接觸此主題的高中生，使用繁體中文與生活化例子。每次只問一個問題，等學生回答後再繼續引導，不要直接提供完整答案。」</w:t>
      </w:r>
    </w:p>
    <w:p w14:paraId="559EB41B"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lastRenderedPageBreak/>
        <w:t>步驟</w:t>
      </w:r>
      <w:r w:rsidRPr="005F2B49">
        <w:rPr>
          <w:rFonts w:ascii="Times New Roman" w:hAnsi="Times New Roman"/>
          <w:sz w:val="28"/>
          <w:szCs w:val="28"/>
          <w:lang w:eastAsia="zh-TW"/>
        </w:rPr>
        <w:t xml:space="preserve"> 3</w:t>
      </w:r>
      <w:r w:rsidRPr="005F2B49">
        <w:rPr>
          <w:rFonts w:ascii="Times New Roman" w:hAnsi="Times New Roman"/>
          <w:sz w:val="28"/>
          <w:szCs w:val="28"/>
          <w:lang w:eastAsia="zh-TW"/>
        </w:rPr>
        <w:t>：閱讀</w:t>
      </w:r>
      <w:r w:rsidRPr="005F2B49">
        <w:rPr>
          <w:rFonts w:ascii="Times New Roman" w:hAnsi="Times New Roman"/>
          <w:sz w:val="28"/>
          <w:szCs w:val="28"/>
          <w:lang w:eastAsia="zh-TW"/>
        </w:rPr>
        <w:t xml:space="preserve"> AI </w:t>
      </w:r>
      <w:r w:rsidRPr="005F2B49">
        <w:rPr>
          <w:rFonts w:ascii="Times New Roman" w:hAnsi="Times New Roman"/>
          <w:sz w:val="28"/>
          <w:szCs w:val="28"/>
          <w:lang w:eastAsia="zh-TW"/>
        </w:rPr>
        <w:t>調整後的提示詞。若結果仍不符合需求，可繼續補充，例如：「請將回覆控制在</w:t>
      </w:r>
      <w:r w:rsidRPr="005F2B49">
        <w:rPr>
          <w:rFonts w:ascii="Times New Roman" w:hAnsi="Times New Roman"/>
          <w:sz w:val="28"/>
          <w:szCs w:val="28"/>
          <w:lang w:eastAsia="zh-TW"/>
        </w:rPr>
        <w:t xml:space="preserve"> 150 </w:t>
      </w:r>
      <w:r w:rsidRPr="005F2B49">
        <w:rPr>
          <w:rFonts w:ascii="Times New Roman" w:hAnsi="Times New Roman"/>
          <w:sz w:val="28"/>
          <w:szCs w:val="28"/>
          <w:lang w:eastAsia="zh-TW"/>
        </w:rPr>
        <w:t>字以內，並保留鼓勵學生思考的語氣。」</w:t>
      </w:r>
    </w:p>
    <w:p w14:paraId="4470460D" w14:textId="77777777" w:rsidR="00672255" w:rsidRPr="005F2B49" w:rsidRDefault="00351E79" w:rsidP="00672255">
      <w:pPr>
        <w:spacing w:before="80" w:after="80" w:line="360" w:lineRule="auto"/>
        <w:ind w:left="420"/>
        <w:rPr>
          <w:lang w:eastAsia="zh-TW"/>
        </w:rPr>
      </w:pPr>
      <w:r w:rsidRPr="005F2B49">
        <w:rPr>
          <w:rFonts w:ascii="Times New Roman" w:hAnsi="Times New Roman"/>
          <w:sz w:val="28"/>
          <w:szCs w:val="28"/>
          <w:lang w:eastAsia="zh-TW"/>
        </w:rPr>
        <w:t>步驟</w:t>
      </w:r>
      <w:r w:rsidRPr="005F2B49">
        <w:rPr>
          <w:rFonts w:ascii="Times New Roman" w:hAnsi="Times New Roman"/>
          <w:sz w:val="28"/>
          <w:szCs w:val="28"/>
          <w:lang w:eastAsia="zh-TW"/>
        </w:rPr>
        <w:t xml:space="preserve"> 4</w:t>
      </w:r>
      <w:r w:rsidRPr="005F2B49">
        <w:rPr>
          <w:rFonts w:ascii="Times New Roman" w:hAnsi="Times New Roman"/>
          <w:sz w:val="28"/>
          <w:szCs w:val="28"/>
          <w:lang w:eastAsia="zh-TW"/>
        </w:rPr>
        <w:t>：確認調整結果符合需求後，檢查自己的「提示詞」欄位是否已放入要使用的最終內容。</w:t>
      </w:r>
    </w:p>
    <w:p w14:paraId="223C3D30" w14:textId="77777777" w:rsidR="006422B2" w:rsidRPr="005F2B49" w:rsidRDefault="00351E79" w:rsidP="00672255">
      <w:pPr>
        <w:spacing w:before="80" w:after="80" w:line="360" w:lineRule="auto"/>
        <w:ind w:left="420"/>
        <w:rPr>
          <w:lang w:eastAsia="zh-TW"/>
        </w:rPr>
      </w:pPr>
      <w:r w:rsidRPr="005F2B49">
        <w:rPr>
          <w:rFonts w:ascii="Times New Roman" w:hAnsi="Times New Roman"/>
          <w:b/>
          <w:bCs/>
          <w:sz w:val="28"/>
          <w:szCs w:val="28"/>
          <w:lang w:eastAsia="zh-TW"/>
        </w:rPr>
        <w:t>三、教學情境模板</w:t>
      </w:r>
    </w:p>
    <w:p w14:paraId="7C041374"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「教學情境模板」提供由系統管理者建置的教學情境提示詞。教師可挑選符合需求的模板，複製到自己的「提示詞」欄位，再依實際課程調整。</w:t>
      </w:r>
    </w:p>
    <w:p w14:paraId="436B521C"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步驟</w:t>
      </w:r>
      <w:r w:rsidRPr="005F2B49">
        <w:rPr>
          <w:rFonts w:ascii="Times New Roman" w:hAnsi="Times New Roman"/>
          <w:sz w:val="28"/>
          <w:szCs w:val="28"/>
          <w:lang w:eastAsia="zh-TW"/>
        </w:rPr>
        <w:t xml:space="preserve"> 1</w:t>
      </w:r>
      <w:r w:rsidRPr="005F2B49">
        <w:rPr>
          <w:rFonts w:ascii="Times New Roman" w:hAnsi="Times New Roman"/>
          <w:sz w:val="28"/>
          <w:szCs w:val="28"/>
          <w:lang w:eastAsia="zh-TW"/>
        </w:rPr>
        <w:t>：在「</w:t>
      </w:r>
      <w:r w:rsidRPr="005F2B49">
        <w:rPr>
          <w:rFonts w:ascii="Times New Roman" w:hAnsi="Times New Roman"/>
          <w:sz w:val="28"/>
          <w:szCs w:val="28"/>
          <w:lang w:eastAsia="zh-TW"/>
        </w:rPr>
        <w:t>AI</w:t>
      </w:r>
      <w:r w:rsidRPr="005F2B49">
        <w:rPr>
          <w:rFonts w:ascii="Times New Roman" w:hAnsi="Times New Roman"/>
          <w:sz w:val="28"/>
          <w:szCs w:val="28"/>
          <w:lang w:eastAsia="zh-TW"/>
        </w:rPr>
        <w:t>調整提示詞」中選擇「教學情境模板」。</w:t>
      </w:r>
    </w:p>
    <w:p w14:paraId="0739D783"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步驟</w:t>
      </w:r>
      <w:r w:rsidRPr="005F2B49">
        <w:rPr>
          <w:rFonts w:ascii="Times New Roman" w:hAnsi="Times New Roman"/>
          <w:sz w:val="28"/>
          <w:szCs w:val="28"/>
          <w:lang w:eastAsia="zh-TW"/>
        </w:rPr>
        <w:t xml:space="preserve"> 2</w:t>
      </w:r>
      <w:r w:rsidRPr="005F2B49">
        <w:rPr>
          <w:rFonts w:ascii="Times New Roman" w:hAnsi="Times New Roman"/>
          <w:sz w:val="28"/>
          <w:szCs w:val="28"/>
          <w:lang w:eastAsia="zh-TW"/>
        </w:rPr>
        <w:t>：尋找符合教學需求的模板，閱讀其提示詞內容，確認適用的情境。例如，系統管理者已建置「口試模擬」模板時，即可選用該模板。</w:t>
      </w:r>
    </w:p>
    <w:p w14:paraId="510D802D"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步驟</w:t>
      </w:r>
      <w:r w:rsidRPr="005F2B49">
        <w:rPr>
          <w:rFonts w:ascii="Times New Roman" w:hAnsi="Times New Roman"/>
          <w:sz w:val="28"/>
          <w:szCs w:val="28"/>
          <w:lang w:eastAsia="zh-TW"/>
        </w:rPr>
        <w:t xml:space="preserve"> 3</w:t>
      </w:r>
      <w:r w:rsidRPr="005F2B49">
        <w:rPr>
          <w:rFonts w:ascii="Times New Roman" w:hAnsi="Times New Roman"/>
          <w:sz w:val="28"/>
          <w:szCs w:val="28"/>
          <w:lang w:eastAsia="zh-TW"/>
        </w:rPr>
        <w:t>：複製所需模板的提示詞，貼到自己</w:t>
      </w:r>
      <w:r w:rsidRPr="005F2B49">
        <w:rPr>
          <w:rFonts w:ascii="Times New Roman" w:hAnsi="Times New Roman"/>
          <w:sz w:val="28"/>
          <w:szCs w:val="28"/>
          <w:lang w:eastAsia="zh-TW"/>
        </w:rPr>
        <w:t xml:space="preserve"> Chatbot </w:t>
      </w:r>
      <w:r w:rsidRPr="005F2B49">
        <w:rPr>
          <w:rFonts w:ascii="Times New Roman" w:hAnsi="Times New Roman"/>
          <w:sz w:val="28"/>
          <w:szCs w:val="28"/>
          <w:lang w:eastAsia="zh-TW"/>
        </w:rPr>
        <w:t>的「提示詞」欄位。若欄位已有內容，請先確認要保留的指令，避免貼上後出現重複或互相矛盾的要求。</w:t>
      </w:r>
    </w:p>
    <w:p w14:paraId="0DFB120C" w14:textId="77777777" w:rsidR="006422B2" w:rsidRPr="005F2B49" w:rsidRDefault="00351E79">
      <w:pPr>
        <w:spacing w:before="80" w:after="80" w:line="360" w:lineRule="auto"/>
        <w:ind w:left="420"/>
        <w:rPr>
          <w:lang w:eastAsia="zh-TW"/>
        </w:rPr>
      </w:pPr>
      <w:r w:rsidRPr="005F2B49">
        <w:rPr>
          <w:rFonts w:ascii="Times New Roman" w:hAnsi="Times New Roman"/>
          <w:sz w:val="28"/>
          <w:szCs w:val="28"/>
          <w:lang w:eastAsia="zh-TW"/>
        </w:rPr>
        <w:t>步驟</w:t>
      </w:r>
      <w:r w:rsidRPr="005F2B49">
        <w:rPr>
          <w:rFonts w:ascii="Times New Roman" w:hAnsi="Times New Roman"/>
          <w:sz w:val="28"/>
          <w:szCs w:val="28"/>
          <w:lang w:eastAsia="zh-TW"/>
        </w:rPr>
        <w:t xml:space="preserve"> </w:t>
      </w:r>
      <w:r w:rsidR="00672255" w:rsidRPr="005F2B49">
        <w:rPr>
          <w:rFonts w:ascii="Times New Roman" w:hAnsi="Times New Roman" w:hint="eastAsia"/>
          <w:sz w:val="28"/>
          <w:szCs w:val="28"/>
          <w:lang w:eastAsia="zh-TW"/>
        </w:rPr>
        <w:t>4</w:t>
      </w:r>
      <w:r w:rsidRPr="005F2B49">
        <w:rPr>
          <w:rFonts w:ascii="Times New Roman" w:hAnsi="Times New Roman"/>
          <w:sz w:val="28"/>
          <w:szCs w:val="28"/>
          <w:lang w:eastAsia="zh-TW"/>
        </w:rPr>
        <w:t>：確認提示詞符合需求後，再進行預覽測試。可用學生的角度輸入一段回答，檢查</w:t>
      </w:r>
      <w:r w:rsidRPr="005F2B49">
        <w:rPr>
          <w:rFonts w:ascii="Times New Roman" w:hAnsi="Times New Roman"/>
          <w:sz w:val="28"/>
          <w:szCs w:val="28"/>
          <w:lang w:eastAsia="zh-TW"/>
        </w:rPr>
        <w:t xml:space="preserve"> Chatbot </w:t>
      </w:r>
      <w:r w:rsidRPr="005F2B49">
        <w:rPr>
          <w:rFonts w:ascii="Times New Roman" w:hAnsi="Times New Roman"/>
          <w:sz w:val="28"/>
          <w:szCs w:val="28"/>
          <w:lang w:eastAsia="zh-TW"/>
        </w:rPr>
        <w:t>是否依預期提問及回饋。</w:t>
      </w:r>
    </w:p>
    <w:p w14:paraId="73F005B6" w14:textId="77777777" w:rsidR="00672255" w:rsidRPr="005F2B49" w:rsidRDefault="00351E79" w:rsidP="00672255">
      <w:pPr>
        <w:spacing w:before="80" w:after="80" w:line="360" w:lineRule="auto"/>
        <w:ind w:left="420"/>
        <w:rPr>
          <w:lang w:eastAsia="zh-TW"/>
        </w:rPr>
      </w:pPr>
      <w:r w:rsidRPr="005F2B49">
        <w:rPr>
          <w:rFonts w:ascii="Times New Roman" w:hAnsi="Times New Roman"/>
          <w:sz w:val="28"/>
          <w:szCs w:val="28"/>
          <w:lang w:eastAsia="zh-TW"/>
        </w:rPr>
        <w:t>提醒：「口試模擬」為情境示例，實際可選用的模板及其內容，依系統管理者的建置結果而定。若找不到合適的模板，可向系統管理者提出需求，或先自行撰寫提示詞，再使用其他方式調整。</w:t>
      </w:r>
    </w:p>
    <w:p w14:paraId="5A180F87" w14:textId="77777777" w:rsidR="007716A9" w:rsidRPr="005F2B49" w:rsidRDefault="007716A9" w:rsidP="007C1FC0">
      <w:pPr>
        <w:pStyle w:val="ae"/>
        <w:numPr>
          <w:ilvl w:val="0"/>
          <w:numId w:val="27"/>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lastRenderedPageBreak/>
        <w:t>允許之回應語言範圍：</w:t>
      </w:r>
      <w:r w:rsidRPr="005F2B49">
        <w:rPr>
          <w:rFonts w:ascii="Times New Roman" w:hAnsi="Times New Roman" w:cs="Times New Roman"/>
          <w:szCs w:val="32"/>
          <w:lang w:eastAsia="zh-TW"/>
        </w:rPr>
        <w:t>可設定</w:t>
      </w:r>
      <w:r w:rsidRPr="005F2B49">
        <w:rPr>
          <w:rFonts w:ascii="Times New Roman" w:hAnsi="Times New Roman" w:cs="Times New Roman"/>
          <w:szCs w:val="32"/>
          <w:lang w:eastAsia="zh-TW"/>
        </w:rPr>
        <w:t xml:space="preserve"> AI </w:t>
      </w:r>
      <w:r w:rsidRPr="005F2B49">
        <w:rPr>
          <w:rFonts w:ascii="Times New Roman" w:hAnsi="Times New Roman" w:cs="Times New Roman"/>
          <w:szCs w:val="32"/>
          <w:lang w:eastAsia="zh-TW"/>
        </w:rPr>
        <w:t>回覆時允許使用的語言，例如僅允許使用繁體中文或英文，讓回覆符合指定的語言需求。</w:t>
      </w:r>
    </w:p>
    <w:p w14:paraId="681883FC" w14:textId="77777777" w:rsidR="00E501B1" w:rsidRPr="005F2B49" w:rsidRDefault="00E501B1" w:rsidP="007C1FC0">
      <w:pPr>
        <w:pStyle w:val="ae"/>
        <w:numPr>
          <w:ilvl w:val="0"/>
          <w:numId w:val="22"/>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建議訊息：</w:t>
      </w:r>
      <w:r w:rsidRPr="005F2B49">
        <w:rPr>
          <w:rFonts w:ascii="Times New Roman" w:hAnsi="Times New Roman" w:cs="Times New Roman" w:hint="eastAsia"/>
          <w:szCs w:val="32"/>
          <w:lang w:eastAsia="zh-TW"/>
        </w:rPr>
        <w:t>可設定最多四個建議訊息，供使用者點選使用。若未設定，系統會自動提供預設問題。</w:t>
      </w:r>
    </w:p>
    <w:p w14:paraId="0F8C4180" w14:textId="77777777" w:rsidR="00E501B1" w:rsidRPr="005F2B49" w:rsidRDefault="00BA196D" w:rsidP="00E501B1">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5A923342" wp14:editId="35C554DA">
            <wp:extent cx="3277057" cy="2114845"/>
            <wp:effectExtent l="0" t="0" r="0" b="0"/>
            <wp:docPr id="119" name="圖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277057" cy="2114845"/>
                    </a:xfrm>
                    <a:prstGeom prst="rect">
                      <a:avLst/>
                    </a:prstGeom>
                  </pic:spPr>
                </pic:pic>
              </a:graphicData>
            </a:graphic>
          </wp:inline>
        </w:drawing>
      </w:r>
    </w:p>
    <w:p w14:paraId="12B99502" w14:textId="0401D06F" w:rsidR="00E501B1" w:rsidRPr="005F2B49" w:rsidRDefault="00E501B1" w:rsidP="00E501B1">
      <w:pPr>
        <w:pStyle w:val="af7"/>
        <w:jc w:val="center"/>
        <w:rPr>
          <w:rFonts w:ascii="Times New Roman" w:hAnsi="Times New Roman" w:cs="Times New Roman"/>
          <w:color w:val="auto"/>
          <w:sz w:val="32"/>
          <w:szCs w:val="32"/>
          <w:lang w:eastAsia="zh-TW"/>
        </w:rPr>
      </w:pPr>
      <w:bookmarkStart w:id="101" w:name="_Toc239949081"/>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26</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LLM</w:t>
      </w:r>
      <w:r w:rsidRPr="005F2B49">
        <w:rPr>
          <w:rFonts w:ascii="Times New Roman" w:hAnsi="Times New Roman" w:cs="Times New Roman" w:hint="eastAsia"/>
          <w:color w:val="auto"/>
          <w:sz w:val="32"/>
          <w:szCs w:val="32"/>
          <w:lang w:eastAsia="zh-TW"/>
        </w:rPr>
        <w:t>設定介面</w:t>
      </w:r>
      <w:bookmarkEnd w:id="101"/>
    </w:p>
    <w:p w14:paraId="74962878" w14:textId="77777777" w:rsidR="00E501B1" w:rsidRPr="005F2B49" w:rsidRDefault="00E501B1" w:rsidP="00E501B1">
      <w:pPr>
        <w:rPr>
          <w:sz w:val="36"/>
          <w:szCs w:val="24"/>
          <w:lang w:eastAsia="zh-TW"/>
        </w:rPr>
      </w:pPr>
      <w:r w:rsidRPr="005F2B49">
        <w:rPr>
          <w:rFonts w:ascii="Times New Roman" w:hAnsi="Times New Roman" w:cs="Times New Roman" w:hint="eastAsia"/>
          <w:b/>
          <w:bCs/>
          <w:sz w:val="36"/>
          <w:szCs w:val="36"/>
          <w:lang w:eastAsia="zh-TW"/>
        </w:rPr>
        <w:t>大型語言模型</w:t>
      </w:r>
      <w:r w:rsidR="00826B62" w:rsidRPr="005F2B49">
        <w:rPr>
          <w:rFonts w:ascii="Times New Roman" w:hAnsi="Times New Roman" w:cs="Times New Roman" w:hint="eastAsia"/>
          <w:b/>
          <w:bCs/>
          <w:sz w:val="36"/>
          <w:szCs w:val="36"/>
          <w:lang w:eastAsia="zh-TW"/>
        </w:rPr>
        <w:t>（</w:t>
      </w:r>
      <w:r w:rsidR="00826B62" w:rsidRPr="005F2B49">
        <w:rPr>
          <w:rFonts w:ascii="Times New Roman" w:hAnsi="Times New Roman" w:cs="Times New Roman" w:hint="eastAsia"/>
          <w:b/>
          <w:bCs/>
          <w:sz w:val="36"/>
          <w:szCs w:val="36"/>
          <w:lang w:eastAsia="zh-TW"/>
        </w:rPr>
        <w:t>LLM</w:t>
      </w:r>
      <w:r w:rsidR="00826B62" w:rsidRPr="005F2B49">
        <w:rPr>
          <w:rFonts w:ascii="Times New Roman" w:hAnsi="Times New Roman" w:cs="Times New Roman" w:hint="eastAsia"/>
          <w:b/>
          <w:bCs/>
          <w:sz w:val="36"/>
          <w:szCs w:val="36"/>
          <w:lang w:eastAsia="zh-TW"/>
        </w:rPr>
        <w:t>）</w:t>
      </w:r>
      <w:r w:rsidRPr="005F2B49">
        <w:rPr>
          <w:rFonts w:ascii="Times New Roman" w:hAnsi="Times New Roman" w:cs="Times New Roman" w:hint="eastAsia"/>
          <w:b/>
          <w:bCs/>
          <w:sz w:val="36"/>
          <w:szCs w:val="36"/>
          <w:lang w:eastAsia="zh-TW"/>
        </w:rPr>
        <w:t>設定</w:t>
      </w:r>
    </w:p>
    <w:p w14:paraId="3F9B6D05" w14:textId="77777777" w:rsidR="00E501B1" w:rsidRPr="005F2B49" w:rsidRDefault="00E501B1" w:rsidP="007C1FC0">
      <w:pPr>
        <w:pStyle w:val="ae"/>
        <w:numPr>
          <w:ilvl w:val="0"/>
          <w:numId w:val="22"/>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模型名稱：</w:t>
      </w:r>
      <w:r w:rsidRPr="005F2B49">
        <w:rPr>
          <w:rFonts w:ascii="Times New Roman" w:hAnsi="Times New Roman" w:cs="Times New Roman" w:hint="eastAsia"/>
          <w:szCs w:val="32"/>
          <w:lang w:eastAsia="zh-TW"/>
        </w:rPr>
        <w:t>可以依照需求選擇自己想要的語言模型。</w:t>
      </w:r>
    </w:p>
    <w:p w14:paraId="48B2222C" w14:textId="77777777" w:rsidR="00E501B1" w:rsidRPr="005F2B49" w:rsidRDefault="00BA196D" w:rsidP="007C1FC0">
      <w:pPr>
        <w:pStyle w:val="ae"/>
        <w:numPr>
          <w:ilvl w:val="0"/>
          <w:numId w:val="22"/>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網路搜尋</w:t>
      </w:r>
      <w:r w:rsidR="00E501B1" w:rsidRPr="005F2B49">
        <w:rPr>
          <w:rFonts w:ascii="Times New Roman" w:hAnsi="Times New Roman" w:cs="Times New Roman" w:hint="eastAsia"/>
          <w:b/>
          <w:bCs/>
          <w:szCs w:val="32"/>
          <w:lang w:eastAsia="zh-TW"/>
        </w:rPr>
        <w:t>：</w:t>
      </w:r>
      <w:r w:rsidRPr="005F2B49">
        <w:rPr>
          <w:rFonts w:ascii="Times New Roman" w:hAnsi="Times New Roman" w:cs="Times New Roman" w:hint="eastAsia"/>
          <w:szCs w:val="32"/>
          <w:lang w:eastAsia="zh-TW"/>
        </w:rPr>
        <w:t>開啟此功能後，</w:t>
      </w:r>
      <w:r w:rsidRPr="005F2B49">
        <w:rPr>
          <w:rFonts w:ascii="Times New Roman" w:hAnsi="Times New Roman" w:cs="Times New Roman" w:hint="eastAsia"/>
          <w:szCs w:val="32"/>
          <w:lang w:eastAsia="zh-TW"/>
        </w:rPr>
        <w:t xml:space="preserve">Chatbot </w:t>
      </w:r>
      <w:r w:rsidRPr="005F2B49">
        <w:rPr>
          <w:rFonts w:ascii="Times New Roman" w:hAnsi="Times New Roman" w:cs="Times New Roman" w:hint="eastAsia"/>
          <w:szCs w:val="32"/>
          <w:lang w:eastAsia="zh-TW"/>
        </w:rPr>
        <w:t>會於回答時搜尋網路上的最新資訊，並將搜尋結果作為回答參考。由於需進行網路查詢，回應時間可能會較長。</w:t>
      </w:r>
    </w:p>
    <w:p w14:paraId="74D5C527" w14:textId="77777777" w:rsidR="00C72FC7" w:rsidRPr="005F2B49" w:rsidRDefault="00C72FC7" w:rsidP="00C72FC7">
      <w:pPr>
        <w:pStyle w:val="ae"/>
        <w:ind w:left="480"/>
        <w:rPr>
          <w:rFonts w:ascii="Times New Roman" w:hAnsi="Times New Roman" w:cs="Times New Roman"/>
          <w:szCs w:val="32"/>
          <w:lang w:eastAsia="zh-TW"/>
        </w:rPr>
      </w:pPr>
    </w:p>
    <w:p w14:paraId="47F95AD6" w14:textId="77777777" w:rsidR="00E501B1" w:rsidRPr="005F2B49" w:rsidRDefault="00BA196D" w:rsidP="00E501B1">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4017152D" wp14:editId="50942EFF">
            <wp:extent cx="3229426" cy="2724530"/>
            <wp:effectExtent l="0" t="0" r="9525" b="0"/>
            <wp:docPr id="120" name="圖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229426" cy="2724530"/>
                    </a:xfrm>
                    <a:prstGeom prst="rect">
                      <a:avLst/>
                    </a:prstGeom>
                  </pic:spPr>
                </pic:pic>
              </a:graphicData>
            </a:graphic>
          </wp:inline>
        </w:drawing>
      </w:r>
    </w:p>
    <w:p w14:paraId="441E8C59" w14:textId="44A8DBC7" w:rsidR="00E501B1" w:rsidRPr="005F2B49" w:rsidRDefault="00E501B1" w:rsidP="00E501B1">
      <w:pPr>
        <w:pStyle w:val="af7"/>
        <w:jc w:val="center"/>
        <w:rPr>
          <w:rFonts w:ascii="Times New Roman" w:hAnsi="Times New Roman" w:cs="Times New Roman"/>
          <w:color w:val="auto"/>
          <w:sz w:val="32"/>
          <w:szCs w:val="32"/>
          <w:lang w:eastAsia="zh-TW"/>
        </w:rPr>
      </w:pPr>
      <w:bookmarkStart w:id="102" w:name="_Toc239949082"/>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27</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知識庫上傳教材介面</w:t>
      </w:r>
      <w:bookmarkEnd w:id="102"/>
    </w:p>
    <w:p w14:paraId="62FB0C8B" w14:textId="77777777" w:rsidR="00E501B1" w:rsidRPr="005F2B49" w:rsidRDefault="00E501B1" w:rsidP="00E501B1">
      <w:pPr>
        <w:rPr>
          <w:sz w:val="36"/>
          <w:szCs w:val="24"/>
          <w:lang w:eastAsia="zh-TW"/>
        </w:rPr>
      </w:pPr>
      <w:r w:rsidRPr="005F2B49">
        <w:rPr>
          <w:rFonts w:ascii="Times New Roman" w:hAnsi="Times New Roman" w:cs="Times New Roman" w:hint="eastAsia"/>
          <w:b/>
          <w:bCs/>
          <w:sz w:val="36"/>
          <w:szCs w:val="36"/>
          <w:lang w:eastAsia="zh-TW"/>
        </w:rPr>
        <w:t>知識庫</w:t>
      </w:r>
    </w:p>
    <w:p w14:paraId="541D2502" w14:textId="77777777" w:rsidR="00E501B1" w:rsidRPr="005F2B49" w:rsidRDefault="00E501B1" w:rsidP="007C1FC0">
      <w:pPr>
        <w:pStyle w:val="ae"/>
        <w:numPr>
          <w:ilvl w:val="0"/>
          <w:numId w:val="22"/>
        </w:numPr>
        <w:rPr>
          <w:rFonts w:ascii="Times New Roman" w:hAnsi="Times New Roman" w:cs="Times New Roman"/>
          <w:szCs w:val="32"/>
          <w:lang w:eastAsia="zh-TW"/>
        </w:rPr>
      </w:pPr>
      <w:r w:rsidRPr="005F2B49">
        <w:rPr>
          <w:rFonts w:ascii="Times New Roman" w:hAnsi="Times New Roman" w:cs="Times New Roman" w:hint="eastAsia"/>
          <w:szCs w:val="32"/>
          <w:lang w:eastAsia="zh-TW"/>
        </w:rPr>
        <w:t>可上傳教材或檔案，讓</w:t>
      </w:r>
      <w:r w:rsidRPr="005F2B49">
        <w:rPr>
          <w:rFonts w:ascii="Times New Roman" w:hAnsi="Times New Roman" w:cs="Times New Roman"/>
          <w:szCs w:val="32"/>
          <w:lang w:eastAsia="zh-TW"/>
        </w:rPr>
        <w:t xml:space="preserve"> Chatbot </w:t>
      </w:r>
      <w:r w:rsidRPr="005F2B49">
        <w:rPr>
          <w:rFonts w:ascii="Times New Roman" w:hAnsi="Times New Roman" w:cs="Times New Roman" w:hint="eastAsia"/>
          <w:szCs w:val="32"/>
          <w:lang w:eastAsia="zh-TW"/>
        </w:rPr>
        <w:t>回覆時依照這些資料進行回答。</w:t>
      </w:r>
    </w:p>
    <w:p w14:paraId="7D21A8DF" w14:textId="77777777" w:rsidR="00F7288E" w:rsidRPr="005F2B49" w:rsidRDefault="009B6DF4" w:rsidP="009B6DF4">
      <w:pPr>
        <w:rPr>
          <w:rFonts w:eastAsia="新細明體"/>
          <w:lang w:eastAsia="zh-TW"/>
        </w:rPr>
      </w:pPr>
      <w:r w:rsidRPr="005F2B49">
        <w:rPr>
          <w:rFonts w:eastAsia="新細明體"/>
          <w:lang w:eastAsia="zh-TW"/>
        </w:rPr>
        <w:br w:type="page"/>
      </w:r>
    </w:p>
    <w:p w14:paraId="0F58697A" w14:textId="77777777" w:rsidR="009B6DF4" w:rsidRPr="005F2B49" w:rsidRDefault="009B6DF4" w:rsidP="009B6DF4">
      <w:pPr>
        <w:rPr>
          <w:sz w:val="36"/>
          <w:szCs w:val="24"/>
          <w:lang w:eastAsia="zh-TW"/>
        </w:rPr>
      </w:pPr>
      <w:r w:rsidRPr="005F2B49">
        <w:rPr>
          <w:rFonts w:ascii="Times New Roman" w:hAnsi="Times New Roman" w:cs="Times New Roman" w:hint="eastAsia"/>
          <w:b/>
          <w:bCs/>
          <w:sz w:val="36"/>
          <w:szCs w:val="36"/>
          <w:lang w:eastAsia="zh-TW"/>
        </w:rPr>
        <w:lastRenderedPageBreak/>
        <w:t>預覽畫面</w:t>
      </w:r>
    </w:p>
    <w:p w14:paraId="4DD3278A" w14:textId="77777777" w:rsidR="009B6DF4" w:rsidRPr="005F2B49" w:rsidRDefault="00BA196D" w:rsidP="009B6DF4">
      <w:pPr>
        <w:jc w:val="center"/>
        <w:rPr>
          <w:rFonts w:eastAsia="新細明體"/>
          <w:lang w:eastAsia="zh-TW"/>
        </w:rPr>
      </w:pPr>
      <w:r w:rsidRPr="005F2B49">
        <w:rPr>
          <w:rFonts w:eastAsia="新細明體"/>
          <w:noProof/>
          <w:lang w:eastAsia="zh-TW"/>
        </w:rPr>
        <w:drawing>
          <wp:inline distT="0" distB="0" distL="0" distR="0" wp14:anchorId="0CF006D8" wp14:editId="387E247B">
            <wp:extent cx="3855458" cy="5263116"/>
            <wp:effectExtent l="0" t="0" r="0" b="0"/>
            <wp:docPr id="121" name="圖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861580" cy="5271473"/>
                    </a:xfrm>
                    <a:prstGeom prst="rect">
                      <a:avLst/>
                    </a:prstGeom>
                  </pic:spPr>
                </pic:pic>
              </a:graphicData>
            </a:graphic>
          </wp:inline>
        </w:drawing>
      </w:r>
    </w:p>
    <w:p w14:paraId="38A0B825" w14:textId="62723196" w:rsidR="009B6DF4" w:rsidRPr="005F2B49" w:rsidRDefault="008C2AAB" w:rsidP="008C2AAB">
      <w:pPr>
        <w:pStyle w:val="af7"/>
        <w:jc w:val="center"/>
        <w:rPr>
          <w:rFonts w:ascii="Times New Roman" w:hAnsi="Times New Roman" w:cs="Times New Roman"/>
          <w:b w:val="0"/>
          <w:bCs w:val="0"/>
          <w:color w:val="auto"/>
          <w:sz w:val="32"/>
          <w:szCs w:val="32"/>
          <w:lang w:eastAsia="zh-TW"/>
        </w:rPr>
      </w:pPr>
      <w:bookmarkStart w:id="103" w:name="_Toc239949083"/>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28</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009B6DF4" w:rsidRPr="005F2B49">
        <w:rPr>
          <w:rFonts w:ascii="Times New Roman" w:hAnsi="Times New Roman" w:cs="Times New Roman" w:hint="eastAsia"/>
          <w:color w:val="auto"/>
          <w:sz w:val="32"/>
          <w:szCs w:val="32"/>
          <w:lang w:eastAsia="zh-TW"/>
        </w:rPr>
        <w:t>單一預覽畫面</w:t>
      </w:r>
      <w:bookmarkEnd w:id="103"/>
    </w:p>
    <w:p w14:paraId="08C52336" w14:textId="77777777" w:rsidR="009B6DF4" w:rsidRPr="005F2B49" w:rsidRDefault="00BA196D" w:rsidP="009B6DF4">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623A0FC8" wp14:editId="75D8120A">
            <wp:extent cx="5252484" cy="3453630"/>
            <wp:effectExtent l="0" t="0" r="5715" b="0"/>
            <wp:docPr id="122" name="圖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58054" cy="3457293"/>
                    </a:xfrm>
                    <a:prstGeom prst="rect">
                      <a:avLst/>
                    </a:prstGeom>
                  </pic:spPr>
                </pic:pic>
              </a:graphicData>
            </a:graphic>
          </wp:inline>
        </w:drawing>
      </w:r>
    </w:p>
    <w:p w14:paraId="0DE471D6" w14:textId="39D4573D" w:rsidR="009B6DF4" w:rsidRPr="005F2B49" w:rsidRDefault="008C2AAB" w:rsidP="00B13A40">
      <w:pPr>
        <w:pStyle w:val="af7"/>
        <w:ind w:leftChars="-265" w:left="-848"/>
        <w:jc w:val="center"/>
        <w:rPr>
          <w:rFonts w:ascii="Times New Roman" w:hAnsi="Times New Roman" w:cs="Times New Roman"/>
          <w:color w:val="auto"/>
          <w:sz w:val="32"/>
          <w:szCs w:val="32"/>
          <w:lang w:eastAsia="zh-TW"/>
        </w:rPr>
      </w:pPr>
      <w:bookmarkStart w:id="104" w:name="_Toc239949084"/>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29</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009B6DF4" w:rsidRPr="005F2B49">
        <w:rPr>
          <w:rFonts w:ascii="Times New Roman" w:hAnsi="Times New Roman" w:cs="Times New Roman" w:hint="eastAsia"/>
          <w:color w:val="auto"/>
          <w:sz w:val="32"/>
          <w:szCs w:val="32"/>
          <w:lang w:eastAsia="zh-TW"/>
        </w:rPr>
        <w:t>模型比對畫面</w:t>
      </w:r>
      <w:bookmarkEnd w:id="104"/>
    </w:p>
    <w:p w14:paraId="0FEFE075" w14:textId="77777777" w:rsidR="00805C66" w:rsidRPr="005F2B49" w:rsidRDefault="00575321" w:rsidP="00E83761">
      <w:pPr>
        <w:rPr>
          <w:rFonts w:ascii="Times New Roman" w:hAnsi="Times New Roman" w:cs="Times New Roman"/>
          <w:szCs w:val="32"/>
          <w:lang w:eastAsia="zh-TW"/>
        </w:rPr>
      </w:pPr>
      <w:r w:rsidRPr="005F2B49">
        <w:rPr>
          <w:rFonts w:ascii="Times New Roman" w:hAnsi="Times New Roman" w:cs="Times New Roman" w:hint="eastAsia"/>
          <w:szCs w:val="32"/>
          <w:lang w:eastAsia="zh-TW"/>
        </w:rPr>
        <w:t>當</w:t>
      </w:r>
      <w:r w:rsidRPr="005F2B49">
        <w:rPr>
          <w:rFonts w:ascii="Times New Roman" w:hAnsi="Times New Roman" w:cs="Times New Roman" w:hint="eastAsia"/>
          <w:szCs w:val="32"/>
          <w:lang w:eastAsia="zh-TW"/>
        </w:rPr>
        <w:t>Chatbot</w:t>
      </w:r>
      <w:r w:rsidRPr="005F2B49">
        <w:rPr>
          <w:rFonts w:ascii="Times New Roman" w:hAnsi="Times New Roman" w:cs="Times New Roman" w:hint="eastAsia"/>
          <w:szCs w:val="32"/>
          <w:lang w:eastAsia="zh-TW"/>
        </w:rPr>
        <w:t>設定好後，可以在預覽的畫面測試自己設定的</w:t>
      </w:r>
      <w:r w:rsidRPr="005F2B49">
        <w:rPr>
          <w:rFonts w:ascii="Times New Roman" w:hAnsi="Times New Roman" w:cs="Times New Roman" w:hint="eastAsia"/>
          <w:szCs w:val="32"/>
          <w:lang w:eastAsia="zh-TW"/>
        </w:rPr>
        <w:t>Chatbot</w:t>
      </w:r>
      <w:r w:rsidRPr="005F2B49">
        <w:rPr>
          <w:rFonts w:ascii="Times New Roman" w:hAnsi="Times New Roman" w:cs="Times New Roman" w:hint="eastAsia"/>
          <w:szCs w:val="32"/>
          <w:lang w:eastAsia="zh-TW"/>
        </w:rPr>
        <w:t>。點選右上角的模型比對，可以開啟兩個測試視窗，比對</w:t>
      </w:r>
      <w:r w:rsidRPr="005F2B49">
        <w:rPr>
          <w:rFonts w:ascii="Times New Roman" w:hAnsi="Times New Roman" w:cs="Times New Roman"/>
          <w:szCs w:val="32"/>
          <w:lang w:eastAsia="zh-TW"/>
        </w:rPr>
        <w:t>兩個模型的回覆，分析其回答差異</w:t>
      </w:r>
      <w:r w:rsidR="00A37B6E" w:rsidRPr="005F2B49">
        <w:rPr>
          <w:rFonts w:ascii="Times New Roman" w:hAnsi="Times New Roman" w:cs="Times New Roman" w:hint="eastAsia"/>
          <w:szCs w:val="32"/>
          <w:lang w:eastAsia="zh-TW"/>
        </w:rPr>
        <w:t>。</w:t>
      </w:r>
    </w:p>
    <w:p w14:paraId="0082A773" w14:textId="77777777" w:rsidR="00E83761" w:rsidRPr="005F2B49" w:rsidRDefault="00E83761" w:rsidP="00E83761">
      <w:pPr>
        <w:rPr>
          <w:rFonts w:ascii="Times New Roman" w:hAnsi="Times New Roman" w:cs="Times New Roman"/>
          <w:b/>
          <w:bCs/>
          <w:szCs w:val="32"/>
          <w:lang w:eastAsia="zh-TW"/>
        </w:rPr>
      </w:pPr>
    </w:p>
    <w:p w14:paraId="2F5E8A12" w14:textId="77777777" w:rsidR="00036DE1" w:rsidRPr="005F2B49" w:rsidRDefault="00BA196D" w:rsidP="00BA196D">
      <w:pPr>
        <w:ind w:leftChars="-133" w:hangingChars="133" w:hanging="426"/>
        <w:jc w:val="center"/>
        <w:rPr>
          <w:rFonts w:eastAsia="新細明體"/>
          <w:lang w:eastAsia="zh-TW"/>
        </w:rPr>
      </w:pPr>
      <w:r w:rsidRPr="005F2B49">
        <w:rPr>
          <w:rFonts w:eastAsia="新細明體"/>
          <w:noProof/>
          <w:lang w:eastAsia="zh-TW"/>
        </w:rPr>
        <w:lastRenderedPageBreak/>
        <w:drawing>
          <wp:inline distT="0" distB="0" distL="0" distR="0" wp14:anchorId="41498345" wp14:editId="5B59DBBB">
            <wp:extent cx="5401340" cy="5095014"/>
            <wp:effectExtent l="0" t="0" r="8890" b="0"/>
            <wp:docPr id="123" name="圖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09764" cy="5102961"/>
                    </a:xfrm>
                    <a:prstGeom prst="rect">
                      <a:avLst/>
                    </a:prstGeom>
                  </pic:spPr>
                </pic:pic>
              </a:graphicData>
            </a:graphic>
          </wp:inline>
        </w:drawing>
      </w:r>
    </w:p>
    <w:p w14:paraId="58E39D38" w14:textId="52705F75" w:rsidR="00036DE1" w:rsidRPr="005F2B49" w:rsidRDefault="00036DE1" w:rsidP="00036DE1">
      <w:pPr>
        <w:pStyle w:val="af7"/>
        <w:jc w:val="center"/>
        <w:rPr>
          <w:rFonts w:ascii="Times New Roman" w:hAnsi="Times New Roman" w:cs="Times New Roman"/>
          <w:color w:val="auto"/>
          <w:sz w:val="32"/>
          <w:szCs w:val="32"/>
          <w:lang w:eastAsia="zh-TW"/>
        </w:rPr>
      </w:pPr>
      <w:bookmarkStart w:id="105" w:name="_Toc239949085"/>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30</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Chatbot </w:t>
      </w:r>
      <w:r w:rsidRPr="005F2B49">
        <w:rPr>
          <w:rFonts w:ascii="Times New Roman" w:hAnsi="Times New Roman" w:cs="Times New Roman" w:hint="eastAsia"/>
          <w:color w:val="auto"/>
          <w:sz w:val="32"/>
          <w:szCs w:val="32"/>
          <w:lang w:eastAsia="zh-TW"/>
        </w:rPr>
        <w:t>編輯畫面</w:t>
      </w:r>
      <w:bookmarkEnd w:id="105"/>
    </w:p>
    <w:p w14:paraId="2F135A07" w14:textId="77777777" w:rsidR="006F576C" w:rsidRPr="005F2B49" w:rsidRDefault="006F576C" w:rsidP="007C1FC0">
      <w:pPr>
        <w:numPr>
          <w:ilvl w:val="0"/>
          <w:numId w:val="22"/>
        </w:numPr>
        <w:jc w:val="both"/>
        <w:rPr>
          <w:rFonts w:eastAsia="新細明體"/>
          <w:lang w:eastAsia="zh-TW"/>
        </w:rPr>
      </w:pPr>
      <w:r w:rsidRPr="005F2B49">
        <w:rPr>
          <w:rFonts w:ascii="Times New Roman" w:hAnsi="Times New Roman" w:cs="Times New Roman"/>
          <w:b/>
          <w:bCs/>
          <w:szCs w:val="32"/>
          <w:lang w:eastAsia="zh-TW"/>
        </w:rPr>
        <w:t>編輯</w:t>
      </w:r>
      <w:r w:rsidRPr="005F2B49">
        <w:rPr>
          <w:rFonts w:ascii="Times New Roman" w:hAnsi="Times New Roman" w:cs="Times New Roman"/>
          <w:szCs w:val="32"/>
          <w:lang w:eastAsia="zh-TW"/>
        </w:rPr>
        <w:t>：修改已建立的</w:t>
      </w:r>
      <w:r w:rsidRPr="005F2B49">
        <w:rPr>
          <w:rFonts w:ascii="Times New Roman" w:hAnsi="Times New Roman" w:cs="Times New Roman"/>
          <w:szCs w:val="32"/>
          <w:lang w:eastAsia="zh-TW"/>
        </w:rPr>
        <w:t xml:space="preserve"> Chatbot </w:t>
      </w:r>
      <w:r w:rsidRPr="005F2B49">
        <w:rPr>
          <w:rFonts w:ascii="Times New Roman" w:hAnsi="Times New Roman" w:cs="Times New Roman"/>
          <w:szCs w:val="32"/>
          <w:lang w:eastAsia="zh-TW"/>
        </w:rPr>
        <w:t>設定與內容。</w:t>
      </w:r>
    </w:p>
    <w:p w14:paraId="14719743" w14:textId="77777777" w:rsidR="006324AE" w:rsidRPr="005F2B49" w:rsidRDefault="006324AE" w:rsidP="006324AE">
      <w:pPr>
        <w:jc w:val="center"/>
        <w:rPr>
          <w:rFonts w:eastAsia="新細明體"/>
          <w:lang w:eastAsia="zh-TW"/>
        </w:rPr>
      </w:pPr>
      <w:r w:rsidRPr="005F2B49">
        <w:rPr>
          <w:rFonts w:eastAsia="新細明體"/>
          <w:noProof/>
          <w:lang w:eastAsia="zh-TW"/>
        </w:rPr>
        <w:lastRenderedPageBreak/>
        <w:drawing>
          <wp:inline distT="0" distB="0" distL="0" distR="0" wp14:anchorId="3C4DB5FC" wp14:editId="0D0CB5A5">
            <wp:extent cx="4348717" cy="3287207"/>
            <wp:effectExtent l="0" t="0" r="0" b="8890"/>
            <wp:docPr id="42"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356161" cy="3292834"/>
                    </a:xfrm>
                    <a:prstGeom prst="rect">
                      <a:avLst/>
                    </a:prstGeom>
                  </pic:spPr>
                </pic:pic>
              </a:graphicData>
            </a:graphic>
          </wp:inline>
        </w:drawing>
      </w:r>
    </w:p>
    <w:p w14:paraId="64C49B36" w14:textId="477AF7F1" w:rsidR="006324AE" w:rsidRPr="005F2B49" w:rsidRDefault="006324AE" w:rsidP="00F0614C">
      <w:pPr>
        <w:pStyle w:val="af7"/>
        <w:jc w:val="center"/>
        <w:rPr>
          <w:rFonts w:ascii="Times New Roman" w:hAnsi="Times New Roman" w:cs="Times New Roman"/>
          <w:color w:val="auto"/>
          <w:sz w:val="32"/>
          <w:szCs w:val="32"/>
          <w:lang w:eastAsia="zh-TW"/>
        </w:rPr>
      </w:pPr>
      <w:bookmarkStart w:id="106" w:name="_Toc239949086"/>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31</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Chatbot</w:t>
      </w:r>
      <w:r w:rsidRPr="005F2B49">
        <w:rPr>
          <w:rFonts w:ascii="Times New Roman" w:hAnsi="Times New Roman" w:cs="Times New Roman" w:hint="eastAsia"/>
          <w:color w:val="auto"/>
          <w:sz w:val="32"/>
          <w:szCs w:val="32"/>
          <w:lang w:eastAsia="zh-TW"/>
        </w:rPr>
        <w:t>指派畫面</w:t>
      </w:r>
      <w:bookmarkEnd w:id="106"/>
    </w:p>
    <w:p w14:paraId="65835775" w14:textId="77777777" w:rsidR="006F576C" w:rsidRPr="005F2B49" w:rsidRDefault="006F576C" w:rsidP="007C1FC0">
      <w:pPr>
        <w:pStyle w:val="ae"/>
        <w:numPr>
          <w:ilvl w:val="0"/>
          <w:numId w:val="22"/>
        </w:numPr>
        <w:rPr>
          <w:rFonts w:ascii="Times New Roman" w:hAnsi="Times New Roman" w:cs="Times New Roman"/>
          <w:szCs w:val="32"/>
          <w:lang w:eastAsia="zh-TW"/>
        </w:rPr>
      </w:pPr>
      <w:r w:rsidRPr="005F2B49">
        <w:rPr>
          <w:rFonts w:ascii="Times New Roman" w:hAnsi="Times New Roman" w:cs="Times New Roman"/>
          <w:b/>
          <w:bCs/>
          <w:szCs w:val="32"/>
          <w:lang w:eastAsia="zh-TW"/>
        </w:rPr>
        <w:t>指派：</w:t>
      </w:r>
      <w:r w:rsidRPr="005F2B49">
        <w:rPr>
          <w:rFonts w:ascii="Times New Roman" w:hAnsi="Times New Roman" w:cs="Times New Roman"/>
          <w:szCs w:val="32"/>
          <w:lang w:eastAsia="zh-TW"/>
        </w:rPr>
        <w:t>將</w:t>
      </w:r>
      <w:r w:rsidRPr="005F2B49">
        <w:rPr>
          <w:rFonts w:ascii="Times New Roman" w:hAnsi="Times New Roman" w:cs="Times New Roman"/>
          <w:szCs w:val="32"/>
          <w:lang w:eastAsia="zh-TW"/>
        </w:rPr>
        <w:t xml:space="preserve"> Chatbot </w:t>
      </w:r>
      <w:r w:rsidRPr="005F2B49">
        <w:rPr>
          <w:rFonts w:ascii="Times New Roman" w:hAnsi="Times New Roman" w:cs="Times New Roman"/>
          <w:szCs w:val="32"/>
          <w:lang w:eastAsia="zh-TW"/>
        </w:rPr>
        <w:t>指派給特定班級或學生</w:t>
      </w:r>
      <w:r w:rsidR="000D795C" w:rsidRPr="005F2B49">
        <w:rPr>
          <w:rFonts w:ascii="Times New Roman" w:hAnsi="Times New Roman" w:cs="Times New Roman" w:hint="eastAsia"/>
          <w:szCs w:val="32"/>
          <w:lang w:eastAsia="zh-TW"/>
        </w:rPr>
        <w:t>，指派需輸入起訖時間</w:t>
      </w:r>
      <w:r w:rsidRPr="005F2B49">
        <w:rPr>
          <w:rFonts w:ascii="Times New Roman" w:hAnsi="Times New Roman" w:cs="Times New Roman"/>
          <w:szCs w:val="32"/>
          <w:lang w:eastAsia="zh-TW"/>
        </w:rPr>
        <w:t>。</w:t>
      </w:r>
    </w:p>
    <w:p w14:paraId="7ABF1278" w14:textId="77777777" w:rsidR="00D970BF" w:rsidRPr="005F2B49" w:rsidRDefault="00BA196D" w:rsidP="00D970BF">
      <w:pPr>
        <w:jc w:val="both"/>
        <w:rPr>
          <w:rFonts w:eastAsia="新細明體"/>
          <w:lang w:eastAsia="zh-TW"/>
        </w:rPr>
      </w:pPr>
      <w:r w:rsidRPr="005F2B49">
        <w:rPr>
          <w:rFonts w:eastAsia="新細明體"/>
          <w:noProof/>
          <w:lang w:eastAsia="zh-TW"/>
        </w:rPr>
        <w:lastRenderedPageBreak/>
        <w:drawing>
          <wp:inline distT="0" distB="0" distL="0" distR="0" wp14:anchorId="38F1AA2B" wp14:editId="1323568F">
            <wp:extent cx="5486400" cy="5116195"/>
            <wp:effectExtent l="0" t="0" r="0" b="8255"/>
            <wp:docPr id="124" name="圖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86400" cy="5116195"/>
                    </a:xfrm>
                    <a:prstGeom prst="rect">
                      <a:avLst/>
                    </a:prstGeom>
                  </pic:spPr>
                </pic:pic>
              </a:graphicData>
            </a:graphic>
          </wp:inline>
        </w:drawing>
      </w:r>
    </w:p>
    <w:p w14:paraId="0F34862D" w14:textId="40188D16" w:rsidR="00D970BF" w:rsidRPr="005F2B49" w:rsidRDefault="00D970BF" w:rsidP="00D970BF">
      <w:pPr>
        <w:pStyle w:val="af7"/>
        <w:jc w:val="center"/>
        <w:rPr>
          <w:rFonts w:ascii="Times New Roman" w:hAnsi="Times New Roman" w:cs="Times New Roman"/>
          <w:color w:val="auto"/>
          <w:sz w:val="32"/>
          <w:szCs w:val="32"/>
          <w:lang w:eastAsia="zh-TW"/>
        </w:rPr>
      </w:pPr>
      <w:bookmarkStart w:id="107" w:name="_Toc239949087"/>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32</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Chatbot </w:t>
      </w:r>
      <w:r w:rsidRPr="005F2B49">
        <w:rPr>
          <w:rFonts w:ascii="Times New Roman" w:hAnsi="Times New Roman" w:cs="Times New Roman" w:hint="eastAsia"/>
          <w:color w:val="auto"/>
          <w:sz w:val="32"/>
          <w:szCs w:val="32"/>
          <w:lang w:eastAsia="zh-TW"/>
        </w:rPr>
        <w:t>分享介面</w:t>
      </w:r>
      <w:bookmarkEnd w:id="107"/>
    </w:p>
    <w:p w14:paraId="6D0C1422" w14:textId="77777777" w:rsidR="0091396B" w:rsidRPr="005F2B49" w:rsidRDefault="00C03F70" w:rsidP="007C1FC0">
      <w:pPr>
        <w:numPr>
          <w:ilvl w:val="0"/>
          <w:numId w:val="22"/>
        </w:num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分享</w:t>
      </w:r>
      <w:r w:rsidR="002370A7" w:rsidRPr="005F2B49">
        <w:rPr>
          <w:rFonts w:ascii="Times New Roman" w:hAnsi="Times New Roman" w:cs="Times New Roman" w:hint="eastAsia"/>
          <w:b/>
          <w:bCs/>
          <w:szCs w:val="32"/>
          <w:lang w:eastAsia="zh-TW"/>
        </w:rPr>
        <w:t>教師</w:t>
      </w:r>
      <w:r w:rsidRPr="005F2B49">
        <w:rPr>
          <w:rFonts w:ascii="Times New Roman" w:hAnsi="Times New Roman" w:cs="Times New Roman" w:hint="eastAsia"/>
          <w:b/>
          <w:bCs/>
          <w:szCs w:val="32"/>
          <w:lang w:eastAsia="zh-TW"/>
        </w:rPr>
        <w:t>：</w:t>
      </w:r>
      <w:r w:rsidRPr="005F2B49">
        <w:rPr>
          <w:rFonts w:ascii="Times New Roman" w:hAnsi="Times New Roman" w:cs="Times New Roman" w:hint="eastAsia"/>
          <w:szCs w:val="32"/>
          <w:lang w:eastAsia="zh-TW"/>
        </w:rPr>
        <w:t>使用者可將自己建立的</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分享給其他教師使用。分享時可選擇以下兩種權限模式：</w:t>
      </w:r>
    </w:p>
    <w:p w14:paraId="036D4781" w14:textId="77777777" w:rsidR="00C03F70" w:rsidRPr="005F2B49" w:rsidRDefault="00C03F70" w:rsidP="00C03F70">
      <w:p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指派使用：</w:t>
      </w:r>
    </w:p>
    <w:p w14:paraId="125CC9C0" w14:textId="77777777" w:rsidR="00C03F70" w:rsidRPr="005F2B49" w:rsidRDefault="00C03F70" w:rsidP="00C03F70">
      <w:pPr>
        <w:ind w:left="480"/>
        <w:jc w:val="both"/>
        <w:rPr>
          <w:rFonts w:ascii="Times New Roman" w:hAnsi="Times New Roman" w:cs="Times New Roman"/>
          <w:szCs w:val="32"/>
          <w:lang w:eastAsia="zh-TW"/>
        </w:rPr>
      </w:pPr>
      <w:r w:rsidRPr="005F2B49">
        <w:rPr>
          <w:rFonts w:ascii="Times New Roman" w:hAnsi="Times New Roman" w:cs="Times New Roman" w:hint="eastAsia"/>
          <w:szCs w:val="32"/>
          <w:lang w:eastAsia="zh-TW"/>
        </w:rPr>
        <w:t>僅允許被分享教師使用</w:t>
      </w:r>
      <w:r w:rsidRPr="005F2B49">
        <w:rPr>
          <w:rFonts w:ascii="Times New Roman" w:hAnsi="Times New Roman" w:cs="Times New Roman" w:hint="eastAsia"/>
          <w:szCs w:val="32"/>
          <w:lang w:eastAsia="zh-TW"/>
        </w:rPr>
        <w:t xml:space="preserve"> Chatbot</w:t>
      </w:r>
      <w:r w:rsidRPr="005F2B49">
        <w:rPr>
          <w:rFonts w:ascii="Times New Roman" w:hAnsi="Times New Roman" w:cs="Times New Roman" w:hint="eastAsia"/>
          <w:szCs w:val="32"/>
          <w:lang w:eastAsia="zh-TW"/>
        </w:rPr>
        <w:t>，並可將其指派至班級與學生。</w:t>
      </w:r>
    </w:p>
    <w:p w14:paraId="0CB492D6" w14:textId="77777777" w:rsidR="00C03F70" w:rsidRPr="005F2B49" w:rsidRDefault="00C03F70" w:rsidP="00C03F70">
      <w:p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完整權限：</w:t>
      </w:r>
    </w:p>
    <w:p w14:paraId="0671C52E" w14:textId="77777777" w:rsidR="0091396B" w:rsidRPr="005F2B49" w:rsidRDefault="00C03F70" w:rsidP="0091396B">
      <w:pPr>
        <w:ind w:left="480"/>
        <w:jc w:val="both"/>
        <w:rPr>
          <w:rFonts w:ascii="Times New Roman" w:hAnsi="Times New Roman" w:cs="Times New Roman"/>
          <w:szCs w:val="32"/>
          <w:lang w:eastAsia="zh-TW"/>
        </w:rPr>
      </w:pPr>
      <w:r w:rsidRPr="005F2B49">
        <w:rPr>
          <w:rFonts w:ascii="Times New Roman" w:hAnsi="Times New Roman" w:cs="Times New Roman" w:hint="eastAsia"/>
          <w:szCs w:val="32"/>
          <w:lang w:eastAsia="zh-TW"/>
        </w:rPr>
        <w:lastRenderedPageBreak/>
        <w:t>除了可使用</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外，被分享教師還能建立</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的副本，並對副本進行修改與應用。若選擇此權限，被分享教師可同時存取並下載該</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所使用的知識庫教材。</w:t>
      </w:r>
    </w:p>
    <w:p w14:paraId="55A63A58" w14:textId="77777777" w:rsidR="0091396B" w:rsidRPr="005F2B49" w:rsidRDefault="0091396B" w:rsidP="007C1FC0">
      <w:pPr>
        <w:pStyle w:val="ae"/>
        <w:numPr>
          <w:ilvl w:val="0"/>
          <w:numId w:val="24"/>
        </w:numPr>
        <w:ind w:left="426"/>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在分享時，使用者可設定</w:t>
      </w:r>
      <w:r w:rsidRPr="005F2B49">
        <w:rPr>
          <w:rFonts w:ascii="Times New Roman" w:hAnsi="Times New Roman" w:cs="Times New Roman" w:hint="eastAsia"/>
          <w:b/>
          <w:bCs/>
          <w:szCs w:val="32"/>
          <w:lang w:eastAsia="zh-TW"/>
        </w:rPr>
        <w:t xml:space="preserve"> Chatbot </w:t>
      </w:r>
      <w:r w:rsidRPr="005F2B49">
        <w:rPr>
          <w:rFonts w:ascii="Times New Roman" w:hAnsi="Times New Roman" w:cs="Times New Roman" w:hint="eastAsia"/>
          <w:b/>
          <w:bCs/>
          <w:szCs w:val="32"/>
          <w:lang w:eastAsia="zh-TW"/>
        </w:rPr>
        <w:t>的公開範圍</w:t>
      </w:r>
      <w:r w:rsidR="000933A7" w:rsidRPr="005F2B49">
        <w:rPr>
          <w:rFonts w:ascii="Times New Roman" w:hAnsi="Times New Roman" w:cs="Times New Roman" w:hint="eastAsia"/>
          <w:szCs w:val="32"/>
          <w:lang w:eastAsia="zh-TW"/>
        </w:rPr>
        <w:t>：</w:t>
      </w:r>
    </w:p>
    <w:p w14:paraId="65192A7E" w14:textId="77777777" w:rsidR="0091396B" w:rsidRPr="005F2B49" w:rsidRDefault="0091396B" w:rsidP="00A4379B">
      <w:pPr>
        <w:ind w:left="480"/>
        <w:rPr>
          <w:rFonts w:ascii="Times New Roman" w:hAnsi="Times New Roman" w:cs="Times New Roman"/>
          <w:szCs w:val="32"/>
          <w:lang w:eastAsia="zh-TW"/>
        </w:rPr>
      </w:pPr>
      <w:r w:rsidRPr="005F2B49">
        <w:rPr>
          <w:rFonts w:ascii="Times New Roman" w:hAnsi="Times New Roman" w:cs="Times New Roman" w:hint="eastAsia"/>
          <w:b/>
          <w:bCs/>
          <w:szCs w:val="32"/>
          <w:lang w:eastAsia="zh-TW"/>
        </w:rPr>
        <w:t>不公開：</w:t>
      </w:r>
      <w:r w:rsidRPr="005F2B49">
        <w:rPr>
          <w:rFonts w:ascii="Times New Roman" w:hAnsi="Times New Roman" w:cs="Times New Roman" w:hint="eastAsia"/>
          <w:szCs w:val="32"/>
          <w:lang w:eastAsia="zh-TW"/>
        </w:rPr>
        <w:t>僅自己可使用，或是</w:t>
      </w:r>
      <w:r w:rsidR="000933A7" w:rsidRPr="005F2B49">
        <w:rPr>
          <w:rFonts w:ascii="Times New Roman" w:hAnsi="Times New Roman" w:cs="Times New Roman" w:hint="eastAsia"/>
          <w:szCs w:val="32"/>
          <w:lang w:eastAsia="zh-TW"/>
        </w:rPr>
        <w:t>指定特定教師進行分享。</w:t>
      </w:r>
    </w:p>
    <w:p w14:paraId="11800C87" w14:textId="77777777" w:rsidR="0091396B" w:rsidRPr="005F2B49" w:rsidRDefault="0091396B" w:rsidP="00A4379B">
      <w:pPr>
        <w:ind w:left="480"/>
        <w:rPr>
          <w:rFonts w:ascii="Times New Roman" w:hAnsi="Times New Roman" w:cs="Times New Roman"/>
          <w:szCs w:val="32"/>
          <w:lang w:eastAsia="zh-TW"/>
        </w:rPr>
      </w:pPr>
      <w:r w:rsidRPr="005F2B49">
        <w:rPr>
          <w:rFonts w:ascii="Times New Roman" w:hAnsi="Times New Roman" w:cs="Times New Roman" w:hint="eastAsia"/>
          <w:b/>
          <w:bCs/>
          <w:szCs w:val="32"/>
          <w:lang w:eastAsia="zh-TW"/>
        </w:rPr>
        <w:t>本校教師：</w:t>
      </w:r>
      <w:r w:rsidRPr="005F2B49">
        <w:rPr>
          <w:rFonts w:ascii="Times New Roman" w:hAnsi="Times New Roman" w:cs="Times New Roman" w:hint="eastAsia"/>
          <w:szCs w:val="32"/>
          <w:lang w:eastAsia="zh-TW"/>
        </w:rPr>
        <w:t>同一</w:t>
      </w:r>
      <w:r w:rsidR="000933A7" w:rsidRPr="005F2B49">
        <w:rPr>
          <w:rFonts w:ascii="Times New Roman" w:hAnsi="Times New Roman" w:cs="Times New Roman" w:hint="eastAsia"/>
          <w:szCs w:val="32"/>
          <w:lang w:eastAsia="zh-TW"/>
        </w:rPr>
        <w:t>所屬</w:t>
      </w:r>
      <w:r w:rsidRPr="005F2B49">
        <w:rPr>
          <w:rFonts w:ascii="Times New Roman" w:hAnsi="Times New Roman" w:cs="Times New Roman" w:hint="eastAsia"/>
          <w:szCs w:val="32"/>
          <w:lang w:eastAsia="zh-TW"/>
        </w:rPr>
        <w:t>學校的教師可</w:t>
      </w:r>
      <w:r w:rsidR="000933A7" w:rsidRPr="005F2B49">
        <w:rPr>
          <w:rFonts w:ascii="Times New Roman" w:hAnsi="Times New Roman" w:cs="Times New Roman" w:hint="eastAsia"/>
          <w:szCs w:val="32"/>
          <w:lang w:eastAsia="zh-TW"/>
        </w:rPr>
        <w:t>依照分享權限使用</w:t>
      </w:r>
      <w:r w:rsidRPr="005F2B49">
        <w:rPr>
          <w:rFonts w:ascii="Times New Roman" w:hAnsi="Times New Roman" w:cs="Times New Roman" w:hint="eastAsia"/>
          <w:szCs w:val="32"/>
          <w:lang w:eastAsia="zh-TW"/>
        </w:rPr>
        <w:t>此</w:t>
      </w:r>
      <w:r w:rsidRPr="005F2B49">
        <w:rPr>
          <w:rFonts w:ascii="Times New Roman" w:hAnsi="Times New Roman" w:cs="Times New Roman" w:hint="eastAsia"/>
          <w:szCs w:val="32"/>
          <w:lang w:eastAsia="zh-TW"/>
        </w:rPr>
        <w:t xml:space="preserve"> Chatbot</w:t>
      </w:r>
      <w:r w:rsidR="000933A7" w:rsidRPr="005F2B49">
        <w:rPr>
          <w:rFonts w:ascii="Times New Roman" w:hAnsi="Times New Roman" w:cs="Times New Roman" w:hint="eastAsia"/>
          <w:szCs w:val="32"/>
          <w:lang w:eastAsia="zh-TW"/>
        </w:rPr>
        <w:t>。</w:t>
      </w:r>
    </w:p>
    <w:p w14:paraId="786D47F8" w14:textId="77777777" w:rsidR="0091396B" w:rsidRPr="005F2B49" w:rsidRDefault="0091396B" w:rsidP="00A4379B">
      <w:pPr>
        <w:ind w:left="480"/>
        <w:rPr>
          <w:rFonts w:ascii="Times New Roman" w:hAnsi="Times New Roman" w:cs="Times New Roman"/>
          <w:szCs w:val="32"/>
          <w:lang w:eastAsia="zh-TW"/>
        </w:rPr>
      </w:pPr>
      <w:r w:rsidRPr="005F2B49">
        <w:rPr>
          <w:rFonts w:ascii="Times New Roman" w:hAnsi="Times New Roman" w:cs="Times New Roman" w:hint="eastAsia"/>
          <w:b/>
          <w:bCs/>
          <w:szCs w:val="32"/>
          <w:lang w:eastAsia="zh-TW"/>
        </w:rPr>
        <w:t>所有教師：</w:t>
      </w:r>
      <w:r w:rsidRPr="005F2B49">
        <w:rPr>
          <w:rFonts w:ascii="Times New Roman" w:hAnsi="Times New Roman" w:cs="Times New Roman" w:hint="eastAsia"/>
          <w:szCs w:val="32"/>
          <w:lang w:eastAsia="zh-TW"/>
        </w:rPr>
        <w:t>系統中所有教師帳號皆可</w:t>
      </w:r>
      <w:r w:rsidR="000933A7" w:rsidRPr="005F2B49">
        <w:rPr>
          <w:rFonts w:ascii="Times New Roman" w:hAnsi="Times New Roman" w:cs="Times New Roman" w:hint="eastAsia"/>
          <w:szCs w:val="32"/>
          <w:lang w:eastAsia="zh-TW"/>
        </w:rPr>
        <w:t>依照分享權限使用</w:t>
      </w:r>
      <w:r w:rsidRPr="005F2B49">
        <w:rPr>
          <w:rFonts w:ascii="Times New Roman" w:hAnsi="Times New Roman" w:cs="Times New Roman" w:hint="eastAsia"/>
          <w:szCs w:val="32"/>
          <w:lang w:eastAsia="zh-TW"/>
        </w:rPr>
        <w:t>此</w:t>
      </w:r>
      <w:r w:rsidRPr="005F2B49">
        <w:rPr>
          <w:rFonts w:ascii="Times New Roman" w:hAnsi="Times New Roman" w:cs="Times New Roman" w:hint="eastAsia"/>
          <w:szCs w:val="32"/>
          <w:lang w:eastAsia="zh-TW"/>
        </w:rPr>
        <w:t xml:space="preserve"> Chatbot</w:t>
      </w:r>
      <w:r w:rsidR="000933A7" w:rsidRPr="005F2B49">
        <w:rPr>
          <w:rFonts w:ascii="Times New Roman" w:hAnsi="Times New Roman" w:cs="Times New Roman" w:hint="eastAsia"/>
          <w:szCs w:val="32"/>
          <w:lang w:eastAsia="zh-TW"/>
        </w:rPr>
        <w:t>。</w:t>
      </w:r>
    </w:p>
    <w:p w14:paraId="136EE663" w14:textId="77777777" w:rsidR="000933A7" w:rsidRPr="005F2B49" w:rsidRDefault="00BA196D" w:rsidP="00A4379B">
      <w:pPr>
        <w:ind w:left="480"/>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58990199" wp14:editId="13D30D36">
            <wp:extent cx="5337544" cy="3739370"/>
            <wp:effectExtent l="0" t="0" r="0" b="0"/>
            <wp:docPr id="125" name="圖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339878" cy="3741005"/>
                    </a:xfrm>
                    <a:prstGeom prst="rect">
                      <a:avLst/>
                    </a:prstGeom>
                  </pic:spPr>
                </pic:pic>
              </a:graphicData>
            </a:graphic>
          </wp:inline>
        </w:drawing>
      </w:r>
    </w:p>
    <w:p w14:paraId="20893005" w14:textId="00EC5F7D" w:rsidR="00A4379B" w:rsidRPr="005F2B49" w:rsidRDefault="00683DA3" w:rsidP="00683DA3">
      <w:pPr>
        <w:pStyle w:val="af7"/>
        <w:jc w:val="center"/>
        <w:rPr>
          <w:rFonts w:ascii="Times New Roman" w:hAnsi="Times New Roman" w:cs="Times New Roman"/>
          <w:color w:val="auto"/>
          <w:sz w:val="32"/>
          <w:szCs w:val="32"/>
          <w:lang w:eastAsia="zh-TW"/>
        </w:rPr>
      </w:pPr>
      <w:bookmarkStart w:id="108" w:name="_Toc239949088"/>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33</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與我分享介面</w:t>
      </w:r>
      <w:bookmarkEnd w:id="108"/>
    </w:p>
    <w:p w14:paraId="4A03F14E" w14:textId="77777777" w:rsidR="00683DA3" w:rsidRPr="005F2B49" w:rsidRDefault="00A4379B" w:rsidP="00A4379B">
      <w:pPr>
        <w:ind w:left="480"/>
        <w:rPr>
          <w:rFonts w:ascii="Times New Roman" w:hAnsi="Times New Roman" w:cs="Times New Roman"/>
          <w:szCs w:val="32"/>
          <w:lang w:eastAsia="zh-TW"/>
        </w:rPr>
      </w:pPr>
      <w:r w:rsidRPr="005F2B49">
        <w:rPr>
          <w:rFonts w:ascii="Times New Roman" w:hAnsi="Times New Roman" w:cs="Times New Roman" w:hint="eastAsia"/>
          <w:b/>
          <w:bCs/>
          <w:szCs w:val="32"/>
          <w:lang w:eastAsia="zh-TW"/>
        </w:rPr>
        <w:lastRenderedPageBreak/>
        <w:t>與我分享：</w:t>
      </w:r>
      <w:r w:rsidRPr="005F2B49">
        <w:rPr>
          <w:rFonts w:ascii="Times New Roman" w:hAnsi="Times New Roman" w:cs="Times New Roman" w:hint="eastAsia"/>
          <w:szCs w:val="32"/>
          <w:lang w:eastAsia="zh-TW"/>
        </w:rPr>
        <w:t>在這邊可以看到被分享的所有</w:t>
      </w:r>
      <w:r w:rsidRPr="005F2B49">
        <w:rPr>
          <w:rFonts w:ascii="Times New Roman" w:hAnsi="Times New Roman" w:cs="Times New Roman" w:hint="eastAsia"/>
          <w:szCs w:val="32"/>
          <w:lang w:eastAsia="zh-TW"/>
        </w:rPr>
        <w:t>Chatbot</w:t>
      </w:r>
      <w:r w:rsidRPr="005F2B49">
        <w:rPr>
          <w:rFonts w:ascii="Times New Roman" w:hAnsi="Times New Roman" w:cs="Times New Roman" w:hint="eastAsia"/>
          <w:szCs w:val="32"/>
          <w:lang w:eastAsia="zh-TW"/>
        </w:rPr>
        <w:t>，包含分享者、分享權限以及分享來源。</w:t>
      </w:r>
    </w:p>
    <w:p w14:paraId="144D0DBD" w14:textId="77777777" w:rsidR="00A4379B" w:rsidRPr="005F2B49" w:rsidRDefault="00A4379B" w:rsidP="00A4379B">
      <w:pPr>
        <w:ind w:left="480"/>
        <w:rPr>
          <w:rFonts w:ascii="Times New Roman" w:hAnsi="Times New Roman" w:cs="Times New Roman"/>
          <w:szCs w:val="32"/>
          <w:lang w:eastAsia="zh-TW"/>
        </w:rPr>
      </w:pPr>
      <w:r w:rsidRPr="005F2B49">
        <w:rPr>
          <w:rFonts w:ascii="Times New Roman" w:hAnsi="Times New Roman" w:cs="Times New Roman" w:hint="eastAsia"/>
          <w:szCs w:val="32"/>
          <w:lang w:eastAsia="zh-TW"/>
        </w:rPr>
        <w:t>當同一個</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同時設定指定分享與公開分享時，若</w:t>
      </w:r>
      <w:r w:rsidR="00683DA3" w:rsidRPr="005F2B49">
        <w:rPr>
          <w:rFonts w:ascii="Times New Roman" w:hAnsi="Times New Roman" w:cs="Times New Roman" w:hint="eastAsia"/>
          <w:szCs w:val="32"/>
          <w:lang w:eastAsia="zh-TW"/>
        </w:rPr>
        <w:t>分享</w:t>
      </w:r>
      <w:r w:rsidRPr="005F2B49">
        <w:rPr>
          <w:rFonts w:ascii="Times New Roman" w:hAnsi="Times New Roman" w:cs="Times New Roman" w:hint="eastAsia"/>
          <w:szCs w:val="32"/>
          <w:lang w:eastAsia="zh-TW"/>
        </w:rPr>
        <w:t>權限相同</w:t>
      </w:r>
      <w:r w:rsidR="00683DA3" w:rsidRPr="005F2B49">
        <w:rPr>
          <w:rFonts w:ascii="Times New Roman" w:hAnsi="Times New Roman" w:cs="Times New Roman" w:hint="eastAsia"/>
          <w:szCs w:val="32"/>
          <w:lang w:eastAsia="zh-TW"/>
        </w:rPr>
        <w:t>，</w:t>
      </w:r>
      <w:r w:rsidR="00C60EE5" w:rsidRPr="005F2B49">
        <w:rPr>
          <w:rFonts w:ascii="Times New Roman" w:hAnsi="Times New Roman" w:cs="Times New Roman" w:hint="eastAsia"/>
          <w:szCs w:val="32"/>
          <w:lang w:eastAsia="zh-TW"/>
        </w:rPr>
        <w:t>以</w:t>
      </w:r>
      <w:r w:rsidR="00683DA3"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指定分享</w:t>
      </w:r>
      <w:r w:rsidR="00683DA3"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優先</w:t>
      </w:r>
      <w:r w:rsidR="00C60EE5" w:rsidRPr="005F2B49">
        <w:rPr>
          <w:rFonts w:ascii="Times New Roman" w:hAnsi="Times New Roman" w:cs="Times New Roman" w:hint="eastAsia"/>
          <w:szCs w:val="32"/>
          <w:lang w:eastAsia="zh-TW"/>
        </w:rPr>
        <w:t>作為指派依據</w:t>
      </w:r>
      <w:r w:rsidR="009860E6" w:rsidRPr="005F2B49">
        <w:rPr>
          <w:rFonts w:ascii="Times New Roman" w:hAnsi="Times New Roman" w:cs="Times New Roman" w:hint="eastAsia"/>
          <w:szCs w:val="32"/>
          <w:lang w:eastAsia="zh-TW"/>
        </w:rPr>
        <w:t>；若分享權限不同，則以權限高的優先</w:t>
      </w:r>
      <w:r w:rsidRPr="005F2B49">
        <w:rPr>
          <w:rFonts w:ascii="Times New Roman" w:hAnsi="Times New Roman" w:cs="Times New Roman" w:hint="eastAsia"/>
          <w:szCs w:val="32"/>
          <w:lang w:eastAsia="zh-TW"/>
        </w:rPr>
        <w:t>；取消</w:t>
      </w:r>
      <w:r w:rsidR="009860E6" w:rsidRPr="005F2B49">
        <w:rPr>
          <w:rFonts w:ascii="Times New Roman" w:hAnsi="Times New Roman" w:cs="Times New Roman" w:hint="eastAsia"/>
          <w:szCs w:val="32"/>
          <w:lang w:eastAsia="zh-TW"/>
        </w:rPr>
        <w:t>指定或公開</w:t>
      </w:r>
      <w:r w:rsidRPr="005F2B49">
        <w:rPr>
          <w:rFonts w:ascii="Times New Roman" w:hAnsi="Times New Roman" w:cs="Times New Roman" w:hint="eastAsia"/>
          <w:szCs w:val="32"/>
          <w:lang w:eastAsia="zh-TW"/>
        </w:rPr>
        <w:t>分享時，撤銷該</w:t>
      </w:r>
      <w:r w:rsidR="00044824" w:rsidRPr="005F2B49">
        <w:rPr>
          <w:rFonts w:ascii="Times New Roman" w:hAnsi="Times New Roman" w:cs="Times New Roman" w:hint="eastAsia"/>
          <w:szCs w:val="32"/>
          <w:lang w:eastAsia="zh-TW"/>
        </w:rPr>
        <w:t>權限</w:t>
      </w:r>
      <w:r w:rsidRPr="005F2B49">
        <w:rPr>
          <w:rFonts w:ascii="Times New Roman" w:hAnsi="Times New Roman" w:cs="Times New Roman" w:hint="eastAsia"/>
          <w:szCs w:val="32"/>
          <w:lang w:eastAsia="zh-TW"/>
        </w:rPr>
        <w:t>所</w:t>
      </w:r>
      <w:r w:rsidR="00683DA3" w:rsidRPr="005F2B49">
        <w:rPr>
          <w:rFonts w:ascii="Times New Roman" w:hAnsi="Times New Roman" w:cs="Times New Roman" w:hint="eastAsia"/>
          <w:szCs w:val="32"/>
          <w:lang w:eastAsia="zh-TW"/>
        </w:rPr>
        <w:t>對應相關教師、班級與學生的</w:t>
      </w:r>
      <w:r w:rsidRPr="005F2B49">
        <w:rPr>
          <w:rFonts w:ascii="Times New Roman" w:hAnsi="Times New Roman" w:cs="Times New Roman" w:hint="eastAsia"/>
          <w:szCs w:val="32"/>
          <w:lang w:eastAsia="zh-TW"/>
        </w:rPr>
        <w:t>使用權</w:t>
      </w:r>
      <w:r w:rsidR="00683DA3" w:rsidRPr="005F2B49">
        <w:rPr>
          <w:rFonts w:ascii="Times New Roman" w:hAnsi="Times New Roman" w:cs="Times New Roman" w:hint="eastAsia"/>
          <w:szCs w:val="32"/>
          <w:lang w:eastAsia="zh-TW"/>
        </w:rPr>
        <w:t>，既有對話會保留但僅能唯讀，無法繼續互動</w:t>
      </w:r>
      <w:r w:rsidRPr="005F2B49">
        <w:rPr>
          <w:rFonts w:ascii="Times New Roman" w:hAnsi="Times New Roman" w:cs="Times New Roman" w:hint="eastAsia"/>
          <w:szCs w:val="32"/>
          <w:lang w:eastAsia="zh-TW"/>
        </w:rPr>
        <w:t>。</w:t>
      </w:r>
    </w:p>
    <w:p w14:paraId="6B14BB50" w14:textId="77777777" w:rsidR="003D3CF7" w:rsidRPr="005F2B49" w:rsidRDefault="003D3CF7" w:rsidP="003D3CF7">
      <w:pPr>
        <w:ind w:left="480"/>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範例說明（依時間順序）：</w:t>
      </w:r>
    </w:p>
    <w:p w14:paraId="1562D9FC" w14:textId="77777777" w:rsidR="003D3CF7" w:rsidRPr="005F2B49" w:rsidRDefault="003D3CF7" w:rsidP="003D3CF7">
      <w:pPr>
        <w:ind w:left="480"/>
        <w:rPr>
          <w:rFonts w:ascii="Times New Roman" w:hAnsi="Times New Roman" w:cs="Times New Roman"/>
          <w:szCs w:val="32"/>
          <w:lang w:eastAsia="zh-TW"/>
        </w:rPr>
      </w:pPr>
      <w:r w:rsidRPr="005F2B49">
        <w:rPr>
          <w:rFonts w:ascii="Times New Roman" w:hAnsi="Times New Roman" w:cs="Times New Roman" w:hint="eastAsia"/>
          <w:b/>
          <w:bCs/>
          <w:szCs w:val="32"/>
          <w:lang w:eastAsia="zh-TW"/>
        </w:rPr>
        <w:t>第一步：</w:t>
      </w:r>
      <w:r w:rsidRPr="005F2B49">
        <w:rPr>
          <w:rFonts w:ascii="Times New Roman" w:hAnsi="Times New Roman" w:cs="Times New Roman" w:hint="eastAsia"/>
          <w:szCs w:val="32"/>
          <w:lang w:eastAsia="zh-TW"/>
        </w:rPr>
        <w:t>指定分享給</w:t>
      </w:r>
      <w:r w:rsidRPr="005F2B49">
        <w:rPr>
          <w:rFonts w:ascii="Times New Roman" w:hAnsi="Times New Roman" w:cs="Times New Roman" w:hint="eastAsia"/>
          <w:szCs w:val="32"/>
          <w:lang w:eastAsia="zh-TW"/>
        </w:rPr>
        <w:t xml:space="preserve"> A </w:t>
      </w:r>
      <w:r w:rsidRPr="005F2B49">
        <w:rPr>
          <w:rFonts w:ascii="Times New Roman" w:hAnsi="Times New Roman" w:cs="Times New Roman" w:hint="eastAsia"/>
          <w:szCs w:val="32"/>
          <w:lang w:eastAsia="zh-TW"/>
        </w:rPr>
        <w:t>教師（指派權限）</w:t>
      </w:r>
    </w:p>
    <w:p w14:paraId="0C515E02" w14:textId="77777777" w:rsidR="003D3CF7" w:rsidRPr="005F2B49" w:rsidRDefault="003D3CF7" w:rsidP="003D3CF7">
      <w:pPr>
        <w:ind w:left="480"/>
        <w:rPr>
          <w:rFonts w:ascii="Times New Roman" w:hAnsi="Times New Roman" w:cs="Times New Roman"/>
          <w:szCs w:val="32"/>
          <w:lang w:eastAsia="zh-TW"/>
        </w:rPr>
      </w:pPr>
      <w:r w:rsidRPr="005F2B49">
        <w:rPr>
          <w:rFonts w:ascii="Times New Roman" w:hAnsi="Times New Roman" w:cs="Times New Roman" w:hint="eastAsia"/>
          <w:szCs w:val="32"/>
          <w:lang w:eastAsia="zh-TW"/>
        </w:rPr>
        <w:t xml:space="preserve">   </w:t>
      </w:r>
      <w:r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 xml:space="preserve"> A </w:t>
      </w:r>
      <w:r w:rsidRPr="005F2B49">
        <w:rPr>
          <w:rFonts w:ascii="Times New Roman" w:hAnsi="Times New Roman" w:cs="Times New Roman" w:hint="eastAsia"/>
          <w:szCs w:val="32"/>
          <w:lang w:eastAsia="zh-TW"/>
        </w:rPr>
        <w:t>教師指派給「班級</w:t>
      </w:r>
      <w:r w:rsidRPr="005F2B49">
        <w:rPr>
          <w:rFonts w:ascii="Times New Roman" w:hAnsi="Times New Roman" w:cs="Times New Roman" w:hint="eastAsia"/>
          <w:szCs w:val="32"/>
          <w:lang w:eastAsia="zh-TW"/>
        </w:rPr>
        <w:t xml:space="preserve"> 1</w:t>
      </w:r>
      <w:r w:rsidRPr="005F2B49">
        <w:rPr>
          <w:rFonts w:ascii="Times New Roman" w:hAnsi="Times New Roman" w:cs="Times New Roman" w:hint="eastAsia"/>
          <w:szCs w:val="32"/>
          <w:lang w:eastAsia="zh-TW"/>
        </w:rPr>
        <w:t>」。</w:t>
      </w:r>
    </w:p>
    <w:p w14:paraId="289034D1" w14:textId="77777777" w:rsidR="003D3CF7" w:rsidRPr="005F2B49" w:rsidRDefault="003D3CF7" w:rsidP="003D3CF7">
      <w:pPr>
        <w:ind w:left="480"/>
        <w:rPr>
          <w:rFonts w:ascii="Times New Roman" w:hAnsi="Times New Roman" w:cs="Times New Roman"/>
          <w:szCs w:val="32"/>
          <w:lang w:eastAsia="zh-TW"/>
        </w:rPr>
      </w:pPr>
      <w:r w:rsidRPr="005F2B49">
        <w:rPr>
          <w:rFonts w:ascii="Times New Roman" w:hAnsi="Times New Roman" w:cs="Times New Roman" w:hint="eastAsia"/>
          <w:b/>
          <w:bCs/>
          <w:szCs w:val="32"/>
          <w:lang w:eastAsia="zh-TW"/>
        </w:rPr>
        <w:t>第二步：</w:t>
      </w:r>
      <w:r w:rsidRPr="005F2B49">
        <w:rPr>
          <w:rFonts w:ascii="Times New Roman" w:hAnsi="Times New Roman" w:cs="Times New Roman" w:hint="eastAsia"/>
          <w:szCs w:val="32"/>
          <w:lang w:eastAsia="zh-TW"/>
        </w:rPr>
        <w:t>之後開啟公開分享（本校教師，完整權限）</w:t>
      </w:r>
    </w:p>
    <w:p w14:paraId="3F46F158" w14:textId="77777777" w:rsidR="003D3CF7" w:rsidRPr="005F2B49" w:rsidRDefault="003D3CF7" w:rsidP="003D3CF7">
      <w:pPr>
        <w:ind w:left="480"/>
        <w:rPr>
          <w:rFonts w:ascii="Times New Roman" w:hAnsi="Times New Roman" w:cs="Times New Roman"/>
          <w:szCs w:val="32"/>
          <w:lang w:eastAsia="zh-TW"/>
        </w:rPr>
      </w:pPr>
      <w:r w:rsidRPr="005F2B49">
        <w:rPr>
          <w:rFonts w:ascii="Times New Roman" w:hAnsi="Times New Roman" w:cs="Times New Roman" w:hint="eastAsia"/>
          <w:szCs w:val="32"/>
          <w:lang w:eastAsia="zh-TW"/>
        </w:rPr>
        <w:t xml:space="preserve">   </w:t>
      </w:r>
      <w:r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 xml:space="preserve"> A </w:t>
      </w:r>
      <w:r w:rsidRPr="005F2B49">
        <w:rPr>
          <w:rFonts w:ascii="Times New Roman" w:hAnsi="Times New Roman" w:cs="Times New Roman" w:hint="eastAsia"/>
          <w:szCs w:val="32"/>
          <w:lang w:eastAsia="zh-TW"/>
        </w:rPr>
        <w:t>教師再指派給「班級</w:t>
      </w:r>
      <w:r w:rsidRPr="005F2B49">
        <w:rPr>
          <w:rFonts w:ascii="Times New Roman" w:hAnsi="Times New Roman" w:cs="Times New Roman" w:hint="eastAsia"/>
          <w:szCs w:val="32"/>
          <w:lang w:eastAsia="zh-TW"/>
        </w:rPr>
        <w:t xml:space="preserve"> 2</w:t>
      </w:r>
      <w:r w:rsidRPr="005F2B49">
        <w:rPr>
          <w:rFonts w:ascii="Times New Roman" w:hAnsi="Times New Roman" w:cs="Times New Roman" w:hint="eastAsia"/>
          <w:szCs w:val="32"/>
          <w:lang w:eastAsia="zh-TW"/>
        </w:rPr>
        <w:t>」。</w:t>
      </w:r>
    </w:p>
    <w:p w14:paraId="1FA59862" w14:textId="77777777" w:rsidR="003D3CF7" w:rsidRPr="005F2B49" w:rsidRDefault="003D3CF7" w:rsidP="003D3CF7">
      <w:pPr>
        <w:ind w:left="480"/>
        <w:rPr>
          <w:rFonts w:ascii="Times New Roman" w:hAnsi="Times New Roman" w:cs="Times New Roman"/>
          <w:szCs w:val="32"/>
          <w:lang w:eastAsia="zh-TW"/>
        </w:rPr>
      </w:pPr>
      <w:r w:rsidRPr="005F2B49">
        <w:rPr>
          <w:rFonts w:ascii="Times New Roman" w:hAnsi="Times New Roman" w:cs="Times New Roman" w:hint="eastAsia"/>
          <w:b/>
          <w:bCs/>
          <w:szCs w:val="32"/>
          <w:lang w:eastAsia="zh-TW"/>
        </w:rPr>
        <w:t>第三步：</w:t>
      </w:r>
      <w:r w:rsidRPr="005F2B49">
        <w:rPr>
          <w:rFonts w:ascii="Times New Roman" w:hAnsi="Times New Roman" w:cs="Times New Roman" w:hint="eastAsia"/>
          <w:szCs w:val="32"/>
          <w:lang w:eastAsia="zh-TW"/>
        </w:rPr>
        <w:t>關閉公開分享時：</w:t>
      </w:r>
    </w:p>
    <w:p w14:paraId="2ED3B228" w14:textId="77777777" w:rsidR="003D3CF7" w:rsidRPr="005F2B49" w:rsidRDefault="003D3CF7" w:rsidP="003D3CF7">
      <w:pPr>
        <w:ind w:left="480"/>
        <w:rPr>
          <w:rFonts w:ascii="Times New Roman" w:hAnsi="Times New Roman" w:cs="Times New Roman"/>
          <w:szCs w:val="32"/>
          <w:lang w:eastAsia="zh-TW"/>
        </w:rPr>
      </w:pPr>
      <w:r w:rsidRPr="005F2B49">
        <w:rPr>
          <w:rFonts w:ascii="Times New Roman" w:hAnsi="Times New Roman" w:cs="Times New Roman" w:hint="eastAsia"/>
          <w:szCs w:val="32"/>
          <w:lang w:eastAsia="zh-TW"/>
        </w:rPr>
        <w:t xml:space="preserve">   </w:t>
      </w:r>
      <w:r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 xml:space="preserve"> </w:t>
      </w:r>
      <w:r w:rsidRPr="005F2B49">
        <w:rPr>
          <w:rFonts w:ascii="Times New Roman" w:hAnsi="Times New Roman" w:cs="Times New Roman" w:hint="eastAsia"/>
          <w:szCs w:val="32"/>
          <w:lang w:eastAsia="zh-TW"/>
        </w:rPr>
        <w:t>僅撤銷「班級</w:t>
      </w:r>
      <w:r w:rsidRPr="005F2B49">
        <w:rPr>
          <w:rFonts w:ascii="Times New Roman" w:hAnsi="Times New Roman" w:cs="Times New Roman" w:hint="eastAsia"/>
          <w:szCs w:val="32"/>
          <w:lang w:eastAsia="zh-TW"/>
        </w:rPr>
        <w:t xml:space="preserve"> 2</w:t>
      </w:r>
      <w:r w:rsidRPr="005F2B49">
        <w:rPr>
          <w:rFonts w:ascii="Times New Roman" w:hAnsi="Times New Roman" w:cs="Times New Roman" w:hint="eastAsia"/>
          <w:szCs w:val="32"/>
          <w:lang w:eastAsia="zh-TW"/>
        </w:rPr>
        <w:t>」的指派（因來源為公開分享）。</w:t>
      </w:r>
    </w:p>
    <w:p w14:paraId="0A66781C" w14:textId="77777777" w:rsidR="003D3CF7" w:rsidRPr="005F2B49" w:rsidRDefault="003D3CF7" w:rsidP="003D3CF7">
      <w:pPr>
        <w:ind w:left="480"/>
        <w:rPr>
          <w:rFonts w:ascii="Times New Roman" w:hAnsi="Times New Roman" w:cs="Times New Roman"/>
          <w:szCs w:val="32"/>
          <w:lang w:eastAsia="zh-TW"/>
        </w:rPr>
      </w:pPr>
      <w:r w:rsidRPr="005F2B49">
        <w:rPr>
          <w:rFonts w:ascii="Times New Roman" w:hAnsi="Times New Roman" w:cs="Times New Roman" w:hint="eastAsia"/>
          <w:szCs w:val="32"/>
          <w:lang w:eastAsia="zh-TW"/>
        </w:rPr>
        <w:t xml:space="preserve">   </w:t>
      </w:r>
      <w:r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 xml:space="preserve"> </w:t>
      </w:r>
      <w:r w:rsidRPr="005F2B49">
        <w:rPr>
          <w:rFonts w:ascii="Times New Roman" w:hAnsi="Times New Roman" w:cs="Times New Roman" w:hint="eastAsia"/>
          <w:szCs w:val="32"/>
          <w:lang w:eastAsia="zh-TW"/>
        </w:rPr>
        <w:t>不影響「班級</w:t>
      </w:r>
      <w:r w:rsidRPr="005F2B49">
        <w:rPr>
          <w:rFonts w:ascii="Times New Roman" w:hAnsi="Times New Roman" w:cs="Times New Roman" w:hint="eastAsia"/>
          <w:szCs w:val="32"/>
          <w:lang w:eastAsia="zh-TW"/>
        </w:rPr>
        <w:t xml:space="preserve"> 1</w:t>
      </w:r>
      <w:r w:rsidRPr="005F2B49">
        <w:rPr>
          <w:rFonts w:ascii="Times New Roman" w:hAnsi="Times New Roman" w:cs="Times New Roman" w:hint="eastAsia"/>
          <w:szCs w:val="32"/>
          <w:lang w:eastAsia="zh-TW"/>
        </w:rPr>
        <w:t>」的指派（因來源為指定分享）。</w:t>
      </w:r>
    </w:p>
    <w:p w14:paraId="181A79E7" w14:textId="77777777" w:rsidR="003D3CF7" w:rsidRPr="005F2B49" w:rsidRDefault="003D3CF7" w:rsidP="003D3CF7">
      <w:pPr>
        <w:ind w:left="480"/>
        <w:rPr>
          <w:rFonts w:ascii="Times New Roman" w:hAnsi="Times New Roman" w:cs="Times New Roman"/>
          <w:szCs w:val="32"/>
          <w:lang w:eastAsia="zh-TW"/>
        </w:rPr>
      </w:pPr>
      <w:r w:rsidRPr="005F2B49">
        <w:rPr>
          <w:rFonts w:ascii="Times New Roman" w:hAnsi="Times New Roman" w:cs="Times New Roman" w:hint="eastAsia"/>
          <w:b/>
          <w:bCs/>
          <w:szCs w:val="32"/>
          <w:lang w:eastAsia="zh-TW"/>
        </w:rPr>
        <w:t>第四步：</w:t>
      </w:r>
      <w:r w:rsidRPr="005F2B49">
        <w:rPr>
          <w:rFonts w:ascii="Times New Roman" w:hAnsi="Times New Roman" w:cs="Times New Roman" w:hint="eastAsia"/>
          <w:szCs w:val="32"/>
          <w:lang w:eastAsia="zh-TW"/>
        </w:rPr>
        <w:t>刪除</w:t>
      </w:r>
      <w:r w:rsidRPr="005F2B49">
        <w:rPr>
          <w:rFonts w:ascii="Times New Roman" w:hAnsi="Times New Roman" w:cs="Times New Roman" w:hint="eastAsia"/>
          <w:szCs w:val="32"/>
          <w:lang w:eastAsia="zh-TW"/>
        </w:rPr>
        <w:t xml:space="preserve"> A </w:t>
      </w:r>
      <w:r w:rsidRPr="005F2B49">
        <w:rPr>
          <w:rFonts w:ascii="Times New Roman" w:hAnsi="Times New Roman" w:cs="Times New Roman" w:hint="eastAsia"/>
          <w:szCs w:val="32"/>
          <w:lang w:eastAsia="zh-TW"/>
        </w:rPr>
        <w:t>教師的指定分享時：</w:t>
      </w:r>
    </w:p>
    <w:p w14:paraId="4AC36171" w14:textId="77777777" w:rsidR="003D3CF7" w:rsidRPr="005F2B49" w:rsidRDefault="003D3CF7" w:rsidP="003D3CF7">
      <w:pPr>
        <w:ind w:left="480"/>
        <w:rPr>
          <w:rFonts w:ascii="Times New Roman" w:hAnsi="Times New Roman" w:cs="Times New Roman"/>
          <w:szCs w:val="32"/>
          <w:lang w:eastAsia="zh-TW"/>
        </w:rPr>
      </w:pPr>
      <w:r w:rsidRPr="005F2B49">
        <w:rPr>
          <w:rFonts w:ascii="Times New Roman" w:hAnsi="Times New Roman" w:cs="Times New Roman" w:hint="eastAsia"/>
          <w:szCs w:val="32"/>
          <w:lang w:eastAsia="zh-TW"/>
        </w:rPr>
        <w:t xml:space="preserve">   </w:t>
      </w:r>
      <w:r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 xml:space="preserve"> </w:t>
      </w:r>
      <w:r w:rsidRPr="005F2B49">
        <w:rPr>
          <w:rFonts w:ascii="Times New Roman" w:hAnsi="Times New Roman" w:cs="Times New Roman" w:hint="eastAsia"/>
          <w:szCs w:val="32"/>
          <w:lang w:eastAsia="zh-TW"/>
        </w:rPr>
        <w:t>自動撤銷「班級</w:t>
      </w:r>
      <w:r w:rsidRPr="005F2B49">
        <w:rPr>
          <w:rFonts w:ascii="Times New Roman" w:hAnsi="Times New Roman" w:cs="Times New Roman" w:hint="eastAsia"/>
          <w:szCs w:val="32"/>
          <w:lang w:eastAsia="zh-TW"/>
        </w:rPr>
        <w:t xml:space="preserve"> 1</w:t>
      </w:r>
      <w:r w:rsidRPr="005F2B49">
        <w:rPr>
          <w:rFonts w:ascii="Times New Roman" w:hAnsi="Times New Roman" w:cs="Times New Roman" w:hint="eastAsia"/>
          <w:szCs w:val="32"/>
          <w:lang w:eastAsia="zh-TW"/>
        </w:rPr>
        <w:t>」的指派。</w:t>
      </w:r>
    </w:p>
    <w:p w14:paraId="447E13AD" w14:textId="77777777" w:rsidR="00775DBF" w:rsidRPr="005F2B49" w:rsidRDefault="00BA196D" w:rsidP="00775DBF">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1010E41E" wp14:editId="641694E5">
            <wp:extent cx="4752754" cy="3257617"/>
            <wp:effectExtent l="0" t="0" r="0" b="0"/>
            <wp:docPr id="126" name="圖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758019" cy="3261226"/>
                    </a:xfrm>
                    <a:prstGeom prst="rect">
                      <a:avLst/>
                    </a:prstGeom>
                  </pic:spPr>
                </pic:pic>
              </a:graphicData>
            </a:graphic>
          </wp:inline>
        </w:drawing>
      </w:r>
    </w:p>
    <w:p w14:paraId="33C5B5B4" w14:textId="6529AC00" w:rsidR="00775DBF" w:rsidRPr="005F2B49" w:rsidRDefault="00775DBF" w:rsidP="00775DBF">
      <w:pPr>
        <w:pStyle w:val="af7"/>
        <w:jc w:val="center"/>
        <w:rPr>
          <w:rFonts w:ascii="Times New Roman" w:hAnsi="Times New Roman" w:cs="Times New Roman"/>
          <w:color w:val="auto"/>
          <w:sz w:val="32"/>
          <w:szCs w:val="32"/>
          <w:lang w:eastAsia="zh-TW"/>
        </w:rPr>
      </w:pPr>
      <w:bookmarkStart w:id="109" w:name="_Toc239949089"/>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34</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對話氣泡小工具語法</w:t>
      </w:r>
      <w:bookmarkEnd w:id="109"/>
    </w:p>
    <w:p w14:paraId="42D89CC6" w14:textId="77777777" w:rsidR="00775DBF" w:rsidRPr="005F2B49" w:rsidRDefault="00775DBF" w:rsidP="00775DBF">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5ADFD015" wp14:editId="0750311F">
            <wp:extent cx="2291024" cy="4082188"/>
            <wp:effectExtent l="0" t="0" r="0" b="0"/>
            <wp:docPr id="53"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295498" cy="4090160"/>
                    </a:xfrm>
                    <a:prstGeom prst="rect">
                      <a:avLst/>
                    </a:prstGeom>
                  </pic:spPr>
                </pic:pic>
              </a:graphicData>
            </a:graphic>
          </wp:inline>
        </w:drawing>
      </w:r>
    </w:p>
    <w:p w14:paraId="0B031E5E" w14:textId="49BE9654" w:rsidR="00775DBF" w:rsidRPr="005F2B49" w:rsidRDefault="00775DBF" w:rsidP="00775DBF">
      <w:pPr>
        <w:pStyle w:val="af7"/>
        <w:jc w:val="center"/>
        <w:rPr>
          <w:rFonts w:ascii="Times New Roman" w:hAnsi="Times New Roman" w:cs="Times New Roman"/>
          <w:color w:val="auto"/>
          <w:sz w:val="32"/>
          <w:szCs w:val="32"/>
          <w:lang w:eastAsia="zh-TW"/>
        </w:rPr>
      </w:pPr>
      <w:bookmarkStart w:id="110" w:name="_Toc239949090"/>
      <w:r w:rsidRPr="005F2B49">
        <w:rPr>
          <w:rFonts w:ascii="Times New Roman" w:hAnsi="Times New Roman" w:cs="Times New Roman" w:hint="eastAsia"/>
          <w:color w:val="auto"/>
          <w:sz w:val="32"/>
          <w:szCs w:val="32"/>
          <w:lang w:eastAsia="zh-TW"/>
        </w:rPr>
        <w:lastRenderedPageBreak/>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35</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對話氣泡小工具畫面</w:t>
      </w:r>
      <w:bookmarkEnd w:id="110"/>
    </w:p>
    <w:p w14:paraId="11B0A5BD" w14:textId="77777777" w:rsidR="00775DBF" w:rsidRPr="005F2B49" w:rsidRDefault="00BA196D" w:rsidP="00775DBF">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15A213E2" wp14:editId="72DCB16C">
            <wp:extent cx="4805917" cy="3509321"/>
            <wp:effectExtent l="0" t="0" r="0" b="0"/>
            <wp:docPr id="127" name="圖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818928" cy="3518822"/>
                    </a:xfrm>
                    <a:prstGeom prst="rect">
                      <a:avLst/>
                    </a:prstGeom>
                  </pic:spPr>
                </pic:pic>
              </a:graphicData>
            </a:graphic>
          </wp:inline>
        </w:drawing>
      </w:r>
    </w:p>
    <w:p w14:paraId="40D2EFDE" w14:textId="6036E4BD" w:rsidR="00775DBF" w:rsidRPr="005F2B49" w:rsidRDefault="00775DBF" w:rsidP="00775DBF">
      <w:pPr>
        <w:ind w:left="480"/>
        <w:jc w:val="center"/>
        <w:rPr>
          <w:rFonts w:ascii="Times New Roman" w:hAnsi="Times New Roman" w:cs="Times New Roman"/>
          <w:b/>
          <w:bCs/>
          <w:szCs w:val="32"/>
          <w:lang w:eastAsia="zh-TW"/>
        </w:rPr>
      </w:pPr>
      <w:bookmarkStart w:id="111" w:name="_Toc239949091"/>
      <w:r w:rsidRPr="005F2B49">
        <w:rPr>
          <w:rFonts w:ascii="Times New Roman" w:hAnsi="Times New Roman" w:cs="Times New Roman" w:hint="eastAsia"/>
          <w:b/>
          <w:bCs/>
          <w:szCs w:val="32"/>
          <w:lang w:eastAsia="zh-TW"/>
        </w:rPr>
        <w:t>圖</w:t>
      </w:r>
      <w:r w:rsidRPr="005F2B49">
        <w:rPr>
          <w:rFonts w:ascii="Times New Roman" w:hAnsi="Times New Roman" w:cs="Times New Roman" w:hint="eastAsia"/>
          <w:b/>
          <w:bCs/>
          <w:szCs w:val="32"/>
          <w:lang w:eastAsia="zh-TW"/>
        </w:rPr>
        <w:t xml:space="preserve"> </w:t>
      </w:r>
      <w:r w:rsidR="00617749" w:rsidRPr="005F2B49">
        <w:rPr>
          <w:rFonts w:ascii="Times New Roman" w:hAnsi="Times New Roman" w:cs="Times New Roman"/>
          <w:b/>
          <w:bCs/>
          <w:szCs w:val="32"/>
          <w:lang w:eastAsia="zh-TW"/>
        </w:rPr>
        <w:fldChar w:fldCharType="begin"/>
      </w:r>
      <w:r w:rsidR="00617749" w:rsidRPr="005F2B49">
        <w:rPr>
          <w:rFonts w:ascii="Times New Roman" w:hAnsi="Times New Roman" w:cs="Times New Roman"/>
          <w:b/>
          <w:bCs/>
          <w:szCs w:val="32"/>
          <w:lang w:eastAsia="zh-TW"/>
        </w:rPr>
        <w:instrText xml:space="preserve"> </w:instrText>
      </w:r>
      <w:r w:rsidR="00617749" w:rsidRPr="005F2B49">
        <w:rPr>
          <w:rFonts w:ascii="Times New Roman" w:hAnsi="Times New Roman" w:cs="Times New Roman" w:hint="eastAsia"/>
          <w:b/>
          <w:bCs/>
          <w:szCs w:val="32"/>
          <w:lang w:eastAsia="zh-TW"/>
        </w:rPr>
        <w:instrText xml:space="preserve">SEQ </w:instrText>
      </w:r>
      <w:r w:rsidR="00617749" w:rsidRPr="005F2B49">
        <w:rPr>
          <w:rFonts w:ascii="Times New Roman" w:hAnsi="Times New Roman" w:cs="Times New Roman" w:hint="eastAsia"/>
          <w:b/>
          <w:bCs/>
          <w:szCs w:val="32"/>
          <w:lang w:eastAsia="zh-TW"/>
        </w:rPr>
        <w:instrText>圖</w:instrText>
      </w:r>
      <w:r w:rsidR="00617749" w:rsidRPr="005F2B49">
        <w:rPr>
          <w:rFonts w:ascii="Times New Roman" w:hAnsi="Times New Roman" w:cs="Times New Roman" w:hint="eastAsia"/>
          <w:b/>
          <w:bCs/>
          <w:szCs w:val="32"/>
          <w:lang w:eastAsia="zh-TW"/>
        </w:rPr>
        <w:instrText xml:space="preserve"> \* ARABIC</w:instrText>
      </w:r>
      <w:r w:rsidR="00617749" w:rsidRPr="005F2B49">
        <w:rPr>
          <w:rFonts w:ascii="Times New Roman" w:hAnsi="Times New Roman" w:cs="Times New Roman"/>
          <w:b/>
          <w:bCs/>
          <w:szCs w:val="32"/>
          <w:lang w:eastAsia="zh-TW"/>
        </w:rPr>
        <w:instrText xml:space="preserve"> </w:instrText>
      </w:r>
      <w:r w:rsidR="00617749" w:rsidRPr="005F2B49">
        <w:rPr>
          <w:rFonts w:ascii="Times New Roman" w:hAnsi="Times New Roman" w:cs="Times New Roman"/>
          <w:b/>
          <w:bCs/>
          <w:szCs w:val="32"/>
          <w:lang w:eastAsia="zh-TW"/>
        </w:rPr>
        <w:fldChar w:fldCharType="separate"/>
      </w:r>
      <w:r w:rsidR="00497BF4" w:rsidRPr="005F2B49">
        <w:rPr>
          <w:rFonts w:ascii="Times New Roman" w:hAnsi="Times New Roman" w:cs="Times New Roman"/>
          <w:b/>
          <w:bCs/>
          <w:noProof/>
          <w:szCs w:val="32"/>
          <w:lang w:eastAsia="zh-TW"/>
        </w:rPr>
        <w:t>36</w:t>
      </w:r>
      <w:r w:rsidR="00617749" w:rsidRPr="005F2B49">
        <w:rPr>
          <w:rFonts w:ascii="Times New Roman" w:hAnsi="Times New Roman" w:cs="Times New Roman"/>
          <w:b/>
          <w:bCs/>
          <w:szCs w:val="32"/>
          <w:lang w:eastAsia="zh-TW"/>
        </w:rPr>
        <w:fldChar w:fldCharType="end"/>
      </w:r>
      <w:r w:rsidRPr="005F2B49">
        <w:rPr>
          <w:rFonts w:ascii="Times New Roman" w:hAnsi="Times New Roman" w:cs="Times New Roman" w:hint="eastAsia"/>
          <w:b/>
          <w:bCs/>
          <w:szCs w:val="32"/>
          <w:lang w:eastAsia="zh-TW"/>
        </w:rPr>
        <w:t>內嵌</w:t>
      </w:r>
      <w:r w:rsidRPr="005F2B49">
        <w:rPr>
          <w:rFonts w:ascii="Times New Roman" w:hAnsi="Times New Roman" w:cs="Times New Roman" w:hint="eastAsia"/>
          <w:b/>
          <w:bCs/>
          <w:szCs w:val="32"/>
          <w:lang w:eastAsia="zh-TW"/>
        </w:rPr>
        <w:t xml:space="preserve"> Iframe </w:t>
      </w:r>
      <w:r w:rsidRPr="005F2B49">
        <w:rPr>
          <w:rFonts w:ascii="Times New Roman" w:hAnsi="Times New Roman" w:cs="Times New Roman" w:hint="eastAsia"/>
          <w:b/>
          <w:bCs/>
          <w:szCs w:val="32"/>
          <w:lang w:eastAsia="zh-TW"/>
        </w:rPr>
        <w:t>語法</w:t>
      </w:r>
      <w:bookmarkEnd w:id="111"/>
    </w:p>
    <w:p w14:paraId="7748F7EE" w14:textId="77777777" w:rsidR="00775DBF" w:rsidRPr="005F2B49" w:rsidRDefault="00775DBF" w:rsidP="00775DBF">
      <w:pPr>
        <w:jc w:val="center"/>
        <w:rPr>
          <w:rFonts w:ascii="Times New Roman" w:hAnsi="Times New Roman" w:cs="Times New Roman"/>
          <w:szCs w:val="32"/>
          <w:lang w:eastAsia="zh-TW"/>
        </w:rPr>
      </w:pPr>
      <w:r w:rsidRPr="005F2B49">
        <w:rPr>
          <w:rFonts w:ascii="Times New Roman" w:hAnsi="Times New Roman" w:cs="Times New Roman"/>
          <w:b/>
          <w:bCs/>
          <w:noProof/>
          <w:szCs w:val="32"/>
          <w:lang w:eastAsia="zh-TW"/>
        </w:rPr>
        <w:drawing>
          <wp:inline distT="0" distB="0" distL="0" distR="0" wp14:anchorId="246B4ED9" wp14:editId="12B07DE3">
            <wp:extent cx="5384566" cy="1627833"/>
            <wp:effectExtent l="0" t="0" r="6985" b="0"/>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453948" cy="1648808"/>
                    </a:xfrm>
                    <a:prstGeom prst="rect">
                      <a:avLst/>
                    </a:prstGeom>
                  </pic:spPr>
                </pic:pic>
              </a:graphicData>
            </a:graphic>
          </wp:inline>
        </w:drawing>
      </w:r>
    </w:p>
    <w:p w14:paraId="455C4EF6" w14:textId="531C9C2F" w:rsidR="0049692C" w:rsidRPr="005F2B49" w:rsidRDefault="00775DBF" w:rsidP="00775DBF">
      <w:pPr>
        <w:ind w:left="480"/>
        <w:jc w:val="center"/>
        <w:rPr>
          <w:rFonts w:ascii="Times New Roman" w:hAnsi="Times New Roman" w:cs="Times New Roman"/>
          <w:b/>
          <w:bCs/>
          <w:szCs w:val="32"/>
          <w:lang w:eastAsia="zh-TW"/>
        </w:rPr>
      </w:pPr>
      <w:bookmarkStart w:id="112" w:name="_Toc239949092"/>
      <w:r w:rsidRPr="005F2B49">
        <w:rPr>
          <w:rFonts w:ascii="Times New Roman" w:hAnsi="Times New Roman" w:cs="Times New Roman" w:hint="eastAsia"/>
          <w:b/>
          <w:bCs/>
          <w:szCs w:val="32"/>
          <w:lang w:eastAsia="zh-TW"/>
        </w:rPr>
        <w:t>圖</w:t>
      </w:r>
      <w:r w:rsidRPr="005F2B49">
        <w:rPr>
          <w:rFonts w:ascii="Times New Roman" w:hAnsi="Times New Roman" w:cs="Times New Roman" w:hint="eastAsia"/>
          <w:b/>
          <w:bCs/>
          <w:szCs w:val="32"/>
          <w:lang w:eastAsia="zh-TW"/>
        </w:rPr>
        <w:t xml:space="preserve"> </w:t>
      </w:r>
      <w:r w:rsidR="00617749" w:rsidRPr="005F2B49">
        <w:rPr>
          <w:rFonts w:ascii="Times New Roman" w:hAnsi="Times New Roman" w:cs="Times New Roman"/>
          <w:b/>
          <w:bCs/>
          <w:szCs w:val="32"/>
          <w:lang w:eastAsia="zh-TW"/>
        </w:rPr>
        <w:fldChar w:fldCharType="begin"/>
      </w:r>
      <w:r w:rsidR="00617749" w:rsidRPr="005F2B49">
        <w:rPr>
          <w:rFonts w:ascii="Times New Roman" w:hAnsi="Times New Roman" w:cs="Times New Roman"/>
          <w:b/>
          <w:bCs/>
          <w:szCs w:val="32"/>
          <w:lang w:eastAsia="zh-TW"/>
        </w:rPr>
        <w:instrText xml:space="preserve"> </w:instrText>
      </w:r>
      <w:r w:rsidR="00617749" w:rsidRPr="005F2B49">
        <w:rPr>
          <w:rFonts w:ascii="Times New Roman" w:hAnsi="Times New Roman" w:cs="Times New Roman" w:hint="eastAsia"/>
          <w:b/>
          <w:bCs/>
          <w:szCs w:val="32"/>
          <w:lang w:eastAsia="zh-TW"/>
        </w:rPr>
        <w:instrText xml:space="preserve">SEQ </w:instrText>
      </w:r>
      <w:r w:rsidR="00617749" w:rsidRPr="005F2B49">
        <w:rPr>
          <w:rFonts w:ascii="Times New Roman" w:hAnsi="Times New Roman" w:cs="Times New Roman" w:hint="eastAsia"/>
          <w:b/>
          <w:bCs/>
          <w:szCs w:val="32"/>
          <w:lang w:eastAsia="zh-TW"/>
        </w:rPr>
        <w:instrText>圖</w:instrText>
      </w:r>
      <w:r w:rsidR="00617749" w:rsidRPr="005F2B49">
        <w:rPr>
          <w:rFonts w:ascii="Times New Roman" w:hAnsi="Times New Roman" w:cs="Times New Roman" w:hint="eastAsia"/>
          <w:b/>
          <w:bCs/>
          <w:szCs w:val="32"/>
          <w:lang w:eastAsia="zh-TW"/>
        </w:rPr>
        <w:instrText xml:space="preserve"> \* ARABIC</w:instrText>
      </w:r>
      <w:r w:rsidR="00617749" w:rsidRPr="005F2B49">
        <w:rPr>
          <w:rFonts w:ascii="Times New Roman" w:hAnsi="Times New Roman" w:cs="Times New Roman"/>
          <w:b/>
          <w:bCs/>
          <w:szCs w:val="32"/>
          <w:lang w:eastAsia="zh-TW"/>
        </w:rPr>
        <w:instrText xml:space="preserve"> </w:instrText>
      </w:r>
      <w:r w:rsidR="00617749" w:rsidRPr="005F2B49">
        <w:rPr>
          <w:rFonts w:ascii="Times New Roman" w:hAnsi="Times New Roman" w:cs="Times New Roman"/>
          <w:b/>
          <w:bCs/>
          <w:szCs w:val="32"/>
          <w:lang w:eastAsia="zh-TW"/>
        </w:rPr>
        <w:fldChar w:fldCharType="separate"/>
      </w:r>
      <w:r w:rsidR="00497BF4" w:rsidRPr="005F2B49">
        <w:rPr>
          <w:rFonts w:ascii="Times New Roman" w:hAnsi="Times New Roman" w:cs="Times New Roman"/>
          <w:b/>
          <w:bCs/>
          <w:noProof/>
          <w:szCs w:val="32"/>
          <w:lang w:eastAsia="zh-TW"/>
        </w:rPr>
        <w:t>37</w:t>
      </w:r>
      <w:r w:rsidR="00617749" w:rsidRPr="005F2B49">
        <w:rPr>
          <w:rFonts w:ascii="Times New Roman" w:hAnsi="Times New Roman" w:cs="Times New Roman"/>
          <w:b/>
          <w:bCs/>
          <w:szCs w:val="32"/>
          <w:lang w:eastAsia="zh-TW"/>
        </w:rPr>
        <w:fldChar w:fldCharType="end"/>
      </w:r>
      <w:r w:rsidRPr="005F2B49">
        <w:rPr>
          <w:rFonts w:ascii="Times New Roman" w:hAnsi="Times New Roman" w:cs="Times New Roman" w:hint="eastAsia"/>
          <w:b/>
          <w:bCs/>
          <w:szCs w:val="32"/>
          <w:lang w:eastAsia="zh-TW"/>
        </w:rPr>
        <w:t xml:space="preserve">  </w:t>
      </w:r>
      <w:r w:rsidRPr="005F2B49">
        <w:rPr>
          <w:rFonts w:ascii="Times New Roman" w:hAnsi="Times New Roman" w:cs="Times New Roman" w:hint="eastAsia"/>
          <w:b/>
          <w:bCs/>
          <w:szCs w:val="32"/>
          <w:lang w:eastAsia="zh-TW"/>
        </w:rPr>
        <w:t>內嵌</w:t>
      </w:r>
      <w:r w:rsidRPr="005F2B49">
        <w:rPr>
          <w:rFonts w:ascii="Times New Roman" w:hAnsi="Times New Roman" w:cs="Times New Roman" w:hint="eastAsia"/>
          <w:b/>
          <w:bCs/>
          <w:szCs w:val="32"/>
          <w:lang w:eastAsia="zh-TW"/>
        </w:rPr>
        <w:t xml:space="preserve"> Iframe</w:t>
      </w:r>
      <w:r w:rsidRPr="005F2B49">
        <w:rPr>
          <w:rFonts w:ascii="Times New Roman" w:hAnsi="Times New Roman" w:cs="Times New Roman" w:hint="eastAsia"/>
          <w:b/>
          <w:bCs/>
          <w:szCs w:val="32"/>
          <w:lang w:eastAsia="zh-TW"/>
        </w:rPr>
        <w:t>畫面</w:t>
      </w:r>
      <w:bookmarkEnd w:id="112"/>
    </w:p>
    <w:p w14:paraId="014E039F" w14:textId="77777777" w:rsidR="0049692C" w:rsidRPr="005F2B49" w:rsidRDefault="0049692C" w:rsidP="0049692C">
      <w:pPr>
        <w:ind w:left="480"/>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嵌入語法：</w:t>
      </w:r>
      <w:r w:rsidR="00233231" w:rsidRPr="005F2B49">
        <w:rPr>
          <w:rFonts w:ascii="Times New Roman" w:hAnsi="Times New Roman" w:cs="Times New Roman"/>
          <w:szCs w:val="32"/>
          <w:lang w:eastAsia="zh-TW"/>
        </w:rPr>
        <w:t>屬於需申請權限的功能。若有使用需求，需先向系統管理者提出申請，經開通權限後才能使用此功能</w:t>
      </w:r>
      <w:r w:rsidR="00233231"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可讓教師或開發者將</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直接整合到自己的網頁中，目前提供兩種嵌入方式：</w:t>
      </w:r>
    </w:p>
    <w:p w14:paraId="28ED8C7B" w14:textId="77777777" w:rsidR="0049692C" w:rsidRPr="005F2B49" w:rsidRDefault="0049692C" w:rsidP="0049692C">
      <w:pPr>
        <w:ind w:left="480"/>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lastRenderedPageBreak/>
        <w:t xml:space="preserve">1. </w:t>
      </w:r>
      <w:r w:rsidRPr="005F2B49">
        <w:rPr>
          <w:rFonts w:ascii="Times New Roman" w:hAnsi="Times New Roman" w:cs="Times New Roman" w:hint="eastAsia"/>
          <w:b/>
          <w:bCs/>
          <w:szCs w:val="32"/>
          <w:lang w:eastAsia="zh-TW"/>
        </w:rPr>
        <w:t>對話氣泡</w:t>
      </w:r>
      <w:r w:rsidR="00A90193" w:rsidRPr="005F2B49">
        <w:rPr>
          <w:rFonts w:ascii="Times New Roman" w:hAnsi="Times New Roman" w:cs="Times New Roman" w:hint="eastAsia"/>
          <w:b/>
          <w:bCs/>
          <w:szCs w:val="32"/>
          <w:lang w:eastAsia="zh-TW"/>
        </w:rPr>
        <w:t>小</w:t>
      </w:r>
      <w:r w:rsidRPr="005F2B49">
        <w:rPr>
          <w:rFonts w:ascii="Times New Roman" w:hAnsi="Times New Roman" w:cs="Times New Roman" w:hint="eastAsia"/>
          <w:b/>
          <w:bCs/>
          <w:szCs w:val="32"/>
          <w:lang w:eastAsia="zh-TW"/>
        </w:rPr>
        <w:t>工具</w:t>
      </w:r>
    </w:p>
    <w:p w14:paraId="3C331A7C" w14:textId="77777777" w:rsidR="0049692C" w:rsidRPr="005F2B49" w:rsidRDefault="0049692C" w:rsidP="0049692C">
      <w:pPr>
        <w:ind w:left="480"/>
        <w:rPr>
          <w:rFonts w:ascii="Times New Roman" w:hAnsi="Times New Roman" w:cs="Times New Roman"/>
          <w:szCs w:val="32"/>
          <w:lang w:eastAsia="zh-TW"/>
        </w:rPr>
      </w:pPr>
      <w:r w:rsidRPr="005F2B49">
        <w:rPr>
          <w:rFonts w:ascii="Times New Roman" w:hAnsi="Times New Roman" w:cs="Times New Roman" w:hint="eastAsia"/>
          <w:szCs w:val="32"/>
          <w:lang w:eastAsia="zh-TW"/>
        </w:rPr>
        <w:t>使用「對話氣泡工具」的嵌入語法後，網頁右下角會出現一個可點擊的聊天按鈕。點擊後，畫面會彈出一個小型對話視窗，使用者即可在網頁上直接與</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進行互動。</w:t>
      </w:r>
    </w:p>
    <w:p w14:paraId="0F8BD730" w14:textId="77777777" w:rsidR="0049692C" w:rsidRPr="005F2B49" w:rsidRDefault="0049692C" w:rsidP="0049692C">
      <w:pPr>
        <w:ind w:left="480"/>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 xml:space="preserve">2. </w:t>
      </w:r>
      <w:r w:rsidRPr="005F2B49">
        <w:rPr>
          <w:rFonts w:ascii="Times New Roman" w:hAnsi="Times New Roman" w:cs="Times New Roman" w:hint="eastAsia"/>
          <w:b/>
          <w:bCs/>
          <w:szCs w:val="32"/>
          <w:lang w:eastAsia="zh-TW"/>
        </w:rPr>
        <w:t>內嵌</w:t>
      </w:r>
      <w:r w:rsidRPr="005F2B49">
        <w:rPr>
          <w:rFonts w:ascii="Times New Roman" w:hAnsi="Times New Roman" w:cs="Times New Roman" w:hint="eastAsia"/>
          <w:b/>
          <w:bCs/>
          <w:szCs w:val="32"/>
          <w:lang w:eastAsia="zh-TW"/>
        </w:rPr>
        <w:t xml:space="preserve"> </w:t>
      </w:r>
      <w:r w:rsidR="00BC4F3A" w:rsidRPr="005F2B49">
        <w:rPr>
          <w:rFonts w:ascii="Times New Roman" w:hAnsi="Times New Roman" w:cs="Times New Roman" w:hint="eastAsia"/>
          <w:b/>
          <w:bCs/>
          <w:szCs w:val="32"/>
          <w:lang w:eastAsia="zh-TW"/>
        </w:rPr>
        <w:t>I</w:t>
      </w:r>
      <w:r w:rsidRPr="005F2B49">
        <w:rPr>
          <w:rFonts w:ascii="Times New Roman" w:hAnsi="Times New Roman" w:cs="Times New Roman" w:hint="eastAsia"/>
          <w:b/>
          <w:bCs/>
          <w:szCs w:val="32"/>
          <w:lang w:eastAsia="zh-TW"/>
        </w:rPr>
        <w:t>frame</w:t>
      </w:r>
    </w:p>
    <w:p w14:paraId="02CAF6DA" w14:textId="77777777" w:rsidR="0049692C" w:rsidRPr="005F2B49" w:rsidRDefault="0049692C" w:rsidP="0049692C">
      <w:pPr>
        <w:ind w:left="480"/>
        <w:rPr>
          <w:rFonts w:ascii="Times New Roman" w:hAnsi="Times New Roman" w:cs="Times New Roman"/>
          <w:szCs w:val="32"/>
          <w:lang w:eastAsia="zh-TW"/>
        </w:rPr>
      </w:pPr>
      <w:r w:rsidRPr="005F2B49">
        <w:rPr>
          <w:rFonts w:ascii="Times New Roman" w:hAnsi="Times New Roman" w:cs="Times New Roman" w:hint="eastAsia"/>
          <w:szCs w:val="32"/>
          <w:lang w:eastAsia="zh-TW"/>
        </w:rPr>
        <w:t>使用「內嵌</w:t>
      </w:r>
      <w:r w:rsidRPr="005F2B49">
        <w:rPr>
          <w:rFonts w:ascii="Times New Roman" w:hAnsi="Times New Roman" w:cs="Times New Roman" w:hint="eastAsia"/>
          <w:szCs w:val="32"/>
          <w:lang w:eastAsia="zh-TW"/>
        </w:rPr>
        <w:t xml:space="preserve"> </w:t>
      </w:r>
      <w:r w:rsidR="00BC4F3A" w:rsidRPr="005F2B49">
        <w:rPr>
          <w:rFonts w:ascii="Times New Roman" w:hAnsi="Times New Roman" w:cs="Times New Roman" w:hint="eastAsia"/>
          <w:szCs w:val="32"/>
          <w:lang w:eastAsia="zh-TW"/>
        </w:rPr>
        <w:t>I</w:t>
      </w:r>
      <w:r w:rsidRPr="005F2B49">
        <w:rPr>
          <w:rFonts w:ascii="Times New Roman" w:hAnsi="Times New Roman" w:cs="Times New Roman" w:hint="eastAsia"/>
          <w:szCs w:val="32"/>
          <w:lang w:eastAsia="zh-TW"/>
        </w:rPr>
        <w:t>frame</w:t>
      </w:r>
      <w:r w:rsidRPr="005F2B49">
        <w:rPr>
          <w:rFonts w:ascii="Times New Roman" w:hAnsi="Times New Roman" w:cs="Times New Roman" w:hint="eastAsia"/>
          <w:szCs w:val="32"/>
          <w:lang w:eastAsia="zh-TW"/>
        </w:rPr>
        <w:t>」的嵌入語法後，</w:t>
      </w:r>
      <w:r w:rsidRPr="005F2B49">
        <w:rPr>
          <w:rFonts w:ascii="Times New Roman" w:hAnsi="Times New Roman" w:cs="Times New Roman" w:hint="eastAsia"/>
          <w:szCs w:val="32"/>
          <w:lang w:eastAsia="zh-TW"/>
        </w:rPr>
        <w:t xml:space="preserve">Chatbot </w:t>
      </w:r>
      <w:r w:rsidRPr="005F2B49">
        <w:rPr>
          <w:rFonts w:ascii="Times New Roman" w:hAnsi="Times New Roman" w:cs="Times New Roman" w:hint="eastAsia"/>
          <w:szCs w:val="32"/>
          <w:lang w:eastAsia="zh-TW"/>
        </w:rPr>
        <w:t>會以完整聊天介面的形式顯示在網頁中。使用者可在頁面上直接看到聊天區塊，並即時與</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對話。</w:t>
      </w:r>
    </w:p>
    <w:p w14:paraId="3F6CB554" w14:textId="77777777" w:rsidR="00470F3B" w:rsidRPr="005F2B49" w:rsidRDefault="00470F3B" w:rsidP="0049692C">
      <w:pPr>
        <w:ind w:left="480"/>
        <w:rPr>
          <w:rFonts w:ascii="Times New Roman" w:hAnsi="Times New Roman" w:cs="Times New Roman"/>
          <w:szCs w:val="32"/>
          <w:lang w:eastAsia="zh-TW"/>
        </w:rPr>
      </w:pPr>
    </w:p>
    <w:p w14:paraId="487530D5" w14:textId="77777777" w:rsidR="00F0240A" w:rsidRPr="005F2B49" w:rsidRDefault="00BA196D" w:rsidP="00F0240A">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090ADAB1" wp14:editId="73540F7F">
            <wp:extent cx="4561368" cy="6231230"/>
            <wp:effectExtent l="0" t="0" r="0" b="0"/>
            <wp:docPr id="1664544640" name="圖片 1664544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568924" cy="6241552"/>
                    </a:xfrm>
                    <a:prstGeom prst="rect">
                      <a:avLst/>
                    </a:prstGeom>
                  </pic:spPr>
                </pic:pic>
              </a:graphicData>
            </a:graphic>
          </wp:inline>
        </w:drawing>
      </w:r>
    </w:p>
    <w:p w14:paraId="52DF39A3" w14:textId="2C5B243A" w:rsidR="00F0240A" w:rsidRPr="005F2B49" w:rsidRDefault="00F0240A" w:rsidP="00F0240A">
      <w:pPr>
        <w:pStyle w:val="af7"/>
        <w:jc w:val="center"/>
        <w:rPr>
          <w:rFonts w:ascii="Times New Roman" w:hAnsi="Times New Roman" w:cs="Times New Roman"/>
          <w:color w:val="auto"/>
          <w:sz w:val="32"/>
          <w:szCs w:val="32"/>
          <w:lang w:eastAsia="zh-TW"/>
        </w:rPr>
      </w:pPr>
      <w:bookmarkStart w:id="113" w:name="_Toc239949093"/>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38</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Chatbot</w:t>
      </w:r>
      <w:r w:rsidRPr="005F2B49">
        <w:rPr>
          <w:rFonts w:ascii="Times New Roman" w:hAnsi="Times New Roman" w:cs="Times New Roman" w:hint="eastAsia"/>
          <w:color w:val="auto"/>
          <w:sz w:val="32"/>
          <w:szCs w:val="32"/>
          <w:lang w:eastAsia="zh-TW"/>
        </w:rPr>
        <w:t>統計分析</w:t>
      </w:r>
      <w:bookmarkEnd w:id="113"/>
    </w:p>
    <w:p w14:paraId="58B30F62" w14:textId="77777777" w:rsidR="00F0240A" w:rsidRPr="005F2B49" w:rsidRDefault="00F0240A" w:rsidP="00F0240A">
      <w:p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統計分析：</w:t>
      </w:r>
      <w:r w:rsidRPr="005F2B49">
        <w:rPr>
          <w:rFonts w:ascii="Times New Roman" w:hAnsi="Times New Roman" w:cs="Times New Roman" w:hint="eastAsia"/>
          <w:szCs w:val="32"/>
          <w:lang w:eastAsia="zh-TW"/>
        </w:rPr>
        <w:t>教師可以看到選取的</w:t>
      </w:r>
      <w:r w:rsidRPr="005F2B49">
        <w:rPr>
          <w:rFonts w:ascii="Times New Roman" w:hAnsi="Times New Roman" w:cs="Times New Roman" w:hint="eastAsia"/>
          <w:szCs w:val="32"/>
          <w:lang w:eastAsia="zh-TW"/>
        </w:rPr>
        <w:t>Chatbot</w:t>
      </w:r>
      <w:r w:rsidRPr="005F2B49">
        <w:rPr>
          <w:rFonts w:ascii="Times New Roman" w:hAnsi="Times New Roman" w:cs="Times New Roman" w:hint="eastAsia"/>
          <w:szCs w:val="32"/>
          <w:lang w:eastAsia="zh-TW"/>
        </w:rPr>
        <w:t>使用的數據，聊天數為使用</w:t>
      </w:r>
      <w:r w:rsidRPr="005F2B49">
        <w:rPr>
          <w:rFonts w:ascii="Times New Roman" w:hAnsi="Times New Roman" w:cs="Times New Roman" w:hint="eastAsia"/>
          <w:szCs w:val="32"/>
          <w:lang w:eastAsia="zh-TW"/>
        </w:rPr>
        <w:t>Chatbot</w:t>
      </w:r>
      <w:r w:rsidRPr="005F2B49">
        <w:rPr>
          <w:rFonts w:ascii="Times New Roman" w:hAnsi="Times New Roman" w:cs="Times New Roman" w:hint="eastAsia"/>
          <w:szCs w:val="32"/>
          <w:lang w:eastAsia="zh-TW"/>
        </w:rPr>
        <w:t>建立的聊天室數量，訊息數為與</w:t>
      </w:r>
      <w:r w:rsidRPr="005F2B49">
        <w:rPr>
          <w:rFonts w:ascii="Times New Roman" w:hAnsi="Times New Roman" w:cs="Times New Roman" w:hint="eastAsia"/>
          <w:szCs w:val="32"/>
          <w:lang w:eastAsia="zh-TW"/>
        </w:rPr>
        <w:t>Chatbot</w:t>
      </w:r>
      <w:r w:rsidRPr="005F2B49">
        <w:rPr>
          <w:rFonts w:ascii="Times New Roman" w:hAnsi="Times New Roman" w:cs="Times New Roman" w:hint="eastAsia"/>
          <w:szCs w:val="32"/>
          <w:lang w:eastAsia="zh-TW"/>
        </w:rPr>
        <w:t>的對話次數。</w:t>
      </w:r>
    </w:p>
    <w:p w14:paraId="68621564" w14:textId="77777777" w:rsidR="00855D94" w:rsidRPr="005F2B49" w:rsidRDefault="006F576C" w:rsidP="00C03F70">
      <w:pPr>
        <w:jc w:val="both"/>
        <w:rPr>
          <w:rFonts w:ascii="Times New Roman" w:hAnsi="Times New Roman" w:cs="Times New Roman"/>
          <w:szCs w:val="32"/>
          <w:lang w:eastAsia="zh-TW"/>
        </w:rPr>
      </w:pPr>
      <w:r w:rsidRPr="005F2B49">
        <w:rPr>
          <w:rFonts w:ascii="Times New Roman" w:hAnsi="Times New Roman" w:cs="Times New Roman"/>
          <w:b/>
          <w:bCs/>
          <w:szCs w:val="32"/>
          <w:lang w:eastAsia="zh-TW"/>
        </w:rPr>
        <w:t>刪除：</w:t>
      </w:r>
      <w:r w:rsidRPr="005F2B49">
        <w:rPr>
          <w:rFonts w:ascii="Times New Roman" w:hAnsi="Times New Roman" w:cs="Times New Roman"/>
          <w:szCs w:val="32"/>
          <w:lang w:eastAsia="zh-TW"/>
        </w:rPr>
        <w:t>移除所選的</w:t>
      </w:r>
      <w:r w:rsidRPr="005F2B49">
        <w:rPr>
          <w:rFonts w:ascii="Times New Roman" w:hAnsi="Times New Roman" w:cs="Times New Roman"/>
          <w:szCs w:val="32"/>
          <w:lang w:eastAsia="zh-TW"/>
        </w:rPr>
        <w:t xml:space="preserve"> Chatbot</w:t>
      </w:r>
      <w:r w:rsidRPr="005F2B49">
        <w:rPr>
          <w:rFonts w:ascii="Times New Roman" w:hAnsi="Times New Roman" w:cs="Times New Roman"/>
          <w:szCs w:val="32"/>
          <w:lang w:eastAsia="zh-TW"/>
        </w:rPr>
        <w:t>。</w:t>
      </w:r>
    </w:p>
    <w:p w14:paraId="15DB81A9" w14:textId="77777777" w:rsidR="00F713CF" w:rsidRPr="005F2B49" w:rsidRDefault="00F713CF" w:rsidP="00C03F70">
      <w:pPr>
        <w:jc w:val="both"/>
        <w:rPr>
          <w:rFonts w:ascii="Times New Roman" w:hAnsi="Times New Roman" w:cs="Times New Roman"/>
          <w:szCs w:val="32"/>
          <w:lang w:eastAsia="zh-TW"/>
        </w:rPr>
      </w:pPr>
    </w:p>
    <w:p w14:paraId="2109EC31" w14:textId="77777777" w:rsidR="0001034F" w:rsidRPr="005F2B49" w:rsidRDefault="0001034F" w:rsidP="008025AA">
      <w:pPr>
        <w:pStyle w:val="4"/>
        <w:rPr>
          <w:color w:val="auto"/>
          <w:lang w:eastAsia="zh-TW"/>
        </w:rPr>
      </w:pPr>
      <w:bookmarkStart w:id="114" w:name="_Toc239949035"/>
      <w:r w:rsidRPr="005F2B49">
        <w:rPr>
          <w:rFonts w:hint="eastAsia"/>
          <w:color w:val="auto"/>
          <w:lang w:eastAsia="zh-TW"/>
        </w:rPr>
        <w:t>管理我的班級</w:t>
      </w:r>
      <w:bookmarkEnd w:id="114"/>
    </w:p>
    <w:p w14:paraId="14B6C555" w14:textId="77777777" w:rsidR="0001034F" w:rsidRPr="005F2B49" w:rsidRDefault="0001034F" w:rsidP="0001034F">
      <w:pPr>
        <w:pStyle w:val="5"/>
        <w:rPr>
          <w:color w:val="auto"/>
          <w:lang w:eastAsia="zh-TW"/>
        </w:rPr>
      </w:pPr>
      <w:r w:rsidRPr="005F2B49">
        <w:rPr>
          <w:rFonts w:hint="eastAsia"/>
          <w:color w:val="auto"/>
          <w:lang w:eastAsia="zh-TW"/>
        </w:rPr>
        <w:t>建立</w:t>
      </w:r>
      <w:r w:rsidRPr="005F2B49">
        <w:rPr>
          <w:color w:val="auto"/>
        </w:rPr>
        <w:t>班級</w:t>
      </w:r>
    </w:p>
    <w:p w14:paraId="42BD03D4" w14:textId="77777777" w:rsidR="0001034F" w:rsidRPr="005F2B49" w:rsidRDefault="00BA196D" w:rsidP="0001034F">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71777301" wp14:editId="674FF429">
            <wp:extent cx="5486400" cy="3480435"/>
            <wp:effectExtent l="0" t="0" r="0" b="5715"/>
            <wp:docPr id="1664544641" name="圖片 1664544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86400" cy="3480435"/>
                    </a:xfrm>
                    <a:prstGeom prst="rect">
                      <a:avLst/>
                    </a:prstGeom>
                  </pic:spPr>
                </pic:pic>
              </a:graphicData>
            </a:graphic>
          </wp:inline>
        </w:drawing>
      </w:r>
    </w:p>
    <w:p w14:paraId="6848AD76" w14:textId="270DC911" w:rsidR="0001034F" w:rsidRPr="005F2B49" w:rsidRDefault="0001034F" w:rsidP="0001034F">
      <w:pPr>
        <w:pStyle w:val="af7"/>
        <w:jc w:val="center"/>
        <w:rPr>
          <w:rFonts w:ascii="Times New Roman" w:hAnsi="Times New Roman" w:cs="Times New Roman"/>
          <w:color w:val="auto"/>
          <w:sz w:val="32"/>
          <w:szCs w:val="32"/>
          <w:lang w:eastAsia="zh-TW"/>
        </w:rPr>
      </w:pPr>
      <w:bookmarkStart w:id="115" w:name="_Toc239949094"/>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39</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hint="eastAsia"/>
          <w:color w:val="auto"/>
          <w:sz w:val="32"/>
          <w:szCs w:val="32"/>
          <w:lang w:eastAsia="zh-TW"/>
        </w:rPr>
        <w:t>管理我的班級頁面</w:t>
      </w:r>
      <w:bookmarkEnd w:id="115"/>
    </w:p>
    <w:p w14:paraId="473372B7" w14:textId="77777777" w:rsidR="0001034F" w:rsidRPr="005F2B49" w:rsidRDefault="00EA5191" w:rsidP="0001034F">
      <w:pPr>
        <w:pStyle w:val="ae"/>
        <w:ind w:left="360"/>
        <w:jc w:val="both"/>
        <w:rPr>
          <w:rFonts w:ascii="Times New Roman" w:hAnsi="Times New Roman" w:cs="Times New Roman"/>
          <w:b/>
          <w:bCs/>
          <w:szCs w:val="32"/>
          <w:lang w:eastAsia="zh-TW"/>
        </w:rPr>
      </w:pPr>
      <w:r w:rsidRPr="005F2B49">
        <w:rPr>
          <w:rFonts w:ascii="Times New Roman" w:hAnsi="Times New Roman" w:cs="Times New Roman" w:hint="eastAsia"/>
          <w:szCs w:val="32"/>
          <w:lang w:eastAsia="zh-TW"/>
        </w:rPr>
        <w:t>教師權限可管理自己所屬的班級與班級成員。此選單僅限教師權限使用</w:t>
      </w:r>
      <w:r w:rsidR="00064613" w:rsidRPr="005F2B49">
        <w:rPr>
          <w:rFonts w:ascii="Times New Roman" w:hAnsi="Times New Roman" w:cs="Times New Roman" w:hint="eastAsia"/>
          <w:szCs w:val="32"/>
          <w:lang w:eastAsia="zh-TW"/>
        </w:rPr>
        <w:t>，</w:t>
      </w:r>
      <w:r w:rsidR="0001034F" w:rsidRPr="005F2B49">
        <w:rPr>
          <w:rFonts w:ascii="Times New Roman" w:hAnsi="Times New Roman" w:cs="Times New Roman"/>
          <w:szCs w:val="32"/>
          <w:lang w:eastAsia="zh-TW"/>
        </w:rPr>
        <w:t>可以進行以下操作：</w:t>
      </w:r>
    </w:p>
    <w:p w14:paraId="1BC4B112" w14:textId="77777777" w:rsidR="0001034F" w:rsidRPr="005F2B49" w:rsidRDefault="00BA196D" w:rsidP="0001034F">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2E1E4141" wp14:editId="59BA2D42">
            <wp:extent cx="4601217" cy="4096322"/>
            <wp:effectExtent l="0" t="0" r="0" b="0"/>
            <wp:docPr id="1664544642" name="圖片 1664544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601217" cy="4096322"/>
                    </a:xfrm>
                    <a:prstGeom prst="rect">
                      <a:avLst/>
                    </a:prstGeom>
                  </pic:spPr>
                </pic:pic>
              </a:graphicData>
            </a:graphic>
          </wp:inline>
        </w:drawing>
      </w:r>
    </w:p>
    <w:p w14:paraId="63C9CA2A" w14:textId="4F65DD85" w:rsidR="0001034F" w:rsidRPr="005F2B49" w:rsidRDefault="0001034F" w:rsidP="0001034F">
      <w:pPr>
        <w:pStyle w:val="af7"/>
        <w:jc w:val="center"/>
        <w:rPr>
          <w:rFonts w:ascii="Times New Roman" w:hAnsi="Times New Roman" w:cs="Times New Roman"/>
          <w:color w:val="auto"/>
          <w:sz w:val="32"/>
          <w:szCs w:val="32"/>
          <w:lang w:eastAsia="zh-TW"/>
        </w:rPr>
      </w:pPr>
      <w:bookmarkStart w:id="116" w:name="_Toc239949095"/>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40</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建立班級</w:t>
      </w:r>
      <w:bookmarkEnd w:id="116"/>
    </w:p>
    <w:p w14:paraId="4F5DAA2A" w14:textId="77777777" w:rsidR="0001034F" w:rsidRPr="005F2B49" w:rsidRDefault="0001034F" w:rsidP="007C1FC0">
      <w:pPr>
        <w:pStyle w:val="ae"/>
        <w:numPr>
          <w:ilvl w:val="0"/>
          <w:numId w:val="18"/>
        </w:num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建立班級</w:t>
      </w:r>
      <w:r w:rsidRPr="005F2B49">
        <w:rPr>
          <w:rFonts w:ascii="Times New Roman" w:hAnsi="Times New Roman" w:cs="Times New Roman"/>
          <w:b/>
          <w:bCs/>
          <w:szCs w:val="32"/>
          <w:lang w:eastAsia="zh-TW"/>
        </w:rPr>
        <w:t>：</w:t>
      </w:r>
      <w:r w:rsidR="00160AD6" w:rsidRPr="005F2B49">
        <w:rPr>
          <w:rFonts w:ascii="Times New Roman" w:hAnsi="Times New Roman" w:cs="Times New Roman"/>
          <w:szCs w:val="32"/>
          <w:lang w:eastAsia="zh-TW"/>
        </w:rPr>
        <w:t>若管理者已於「學校設定」中開啟「班級管理」功能，教師即可使用此功能建立班級；若未開啟，則教師介面將不會顯示此功能。</w:t>
      </w:r>
    </w:p>
    <w:p w14:paraId="5755DF3A" w14:textId="77777777" w:rsidR="001061BE" w:rsidRPr="005F2B49" w:rsidRDefault="00BA196D" w:rsidP="001061BE">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10AB4B41" wp14:editId="1672A41A">
            <wp:extent cx="4610743" cy="3848637"/>
            <wp:effectExtent l="0" t="0" r="0" b="0"/>
            <wp:docPr id="1664544643" name="圖片 1664544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610743" cy="3848637"/>
                    </a:xfrm>
                    <a:prstGeom prst="rect">
                      <a:avLst/>
                    </a:prstGeom>
                  </pic:spPr>
                </pic:pic>
              </a:graphicData>
            </a:graphic>
          </wp:inline>
        </w:drawing>
      </w:r>
    </w:p>
    <w:p w14:paraId="1461A956" w14:textId="5D0AFB7B" w:rsidR="001061BE" w:rsidRPr="005F2B49" w:rsidRDefault="001061BE" w:rsidP="001061BE">
      <w:pPr>
        <w:pStyle w:val="af7"/>
        <w:jc w:val="center"/>
        <w:rPr>
          <w:rFonts w:ascii="Times New Roman" w:hAnsi="Times New Roman" w:cs="Times New Roman"/>
          <w:color w:val="auto"/>
          <w:sz w:val="32"/>
          <w:szCs w:val="32"/>
          <w:lang w:eastAsia="zh-TW"/>
        </w:rPr>
      </w:pPr>
      <w:bookmarkStart w:id="117" w:name="_Toc239949096"/>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41</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編輯</w:t>
      </w:r>
      <w:r w:rsidR="00F713CF" w:rsidRPr="005F2B49">
        <w:rPr>
          <w:rFonts w:ascii="Times New Roman" w:hAnsi="Times New Roman" w:cs="Times New Roman" w:hint="eastAsia"/>
          <w:color w:val="auto"/>
          <w:sz w:val="32"/>
          <w:szCs w:val="32"/>
          <w:lang w:eastAsia="zh-TW"/>
        </w:rPr>
        <w:t>班級</w:t>
      </w:r>
      <w:r w:rsidRPr="005F2B49">
        <w:rPr>
          <w:rFonts w:ascii="Times New Roman" w:hAnsi="Times New Roman" w:cs="Times New Roman" w:hint="eastAsia"/>
          <w:color w:val="auto"/>
          <w:sz w:val="32"/>
          <w:szCs w:val="32"/>
          <w:lang w:eastAsia="zh-TW"/>
        </w:rPr>
        <w:t>介面</w:t>
      </w:r>
      <w:bookmarkEnd w:id="117"/>
    </w:p>
    <w:p w14:paraId="01AA05FD" w14:textId="77777777" w:rsidR="001061BE" w:rsidRPr="005F2B49" w:rsidRDefault="001061BE" w:rsidP="007C1FC0">
      <w:pPr>
        <w:pStyle w:val="ae"/>
        <w:numPr>
          <w:ilvl w:val="0"/>
          <w:numId w:val="18"/>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編輯：</w:t>
      </w:r>
      <w:r w:rsidRPr="005F2B49">
        <w:rPr>
          <w:rFonts w:ascii="Times New Roman" w:hAnsi="Times New Roman" w:cs="Times New Roman"/>
          <w:szCs w:val="32"/>
          <w:lang w:eastAsia="zh-TW"/>
        </w:rPr>
        <w:t>修改班級的名稱，開始以及結束的時間。</w:t>
      </w:r>
    </w:p>
    <w:p w14:paraId="72B461CC" w14:textId="77777777" w:rsidR="00F713CF" w:rsidRPr="005F2B49" w:rsidRDefault="001061BE" w:rsidP="007C1FC0">
      <w:pPr>
        <w:pStyle w:val="ae"/>
        <w:numPr>
          <w:ilvl w:val="0"/>
          <w:numId w:val="18"/>
        </w:numPr>
        <w:rPr>
          <w:rFonts w:ascii="Times New Roman" w:hAnsi="Times New Roman" w:cs="Times New Roman"/>
          <w:b/>
          <w:bCs/>
          <w:szCs w:val="32"/>
          <w:lang w:eastAsia="zh-TW"/>
        </w:rPr>
      </w:pPr>
      <w:r w:rsidRPr="005F2B49">
        <w:rPr>
          <w:rFonts w:ascii="Times New Roman" w:hAnsi="Times New Roman" w:cs="Times New Roman"/>
          <w:b/>
          <w:bCs/>
          <w:szCs w:val="32"/>
          <w:lang w:eastAsia="zh-TW"/>
        </w:rPr>
        <w:t>刪除：</w:t>
      </w:r>
      <w:r w:rsidRPr="005F2B49">
        <w:rPr>
          <w:rFonts w:ascii="Times New Roman" w:hAnsi="Times New Roman" w:cs="Times New Roman"/>
          <w:szCs w:val="32"/>
          <w:lang w:eastAsia="zh-TW"/>
        </w:rPr>
        <w:t>移除所選的班級。</w:t>
      </w:r>
    </w:p>
    <w:p w14:paraId="0D18B35E" w14:textId="77777777" w:rsidR="00F713CF" w:rsidRPr="005F2B49" w:rsidRDefault="00F713CF" w:rsidP="00F713CF">
      <w:pPr>
        <w:pStyle w:val="5"/>
        <w:rPr>
          <w:color w:val="auto"/>
        </w:rPr>
      </w:pPr>
      <w:r w:rsidRPr="005F2B49">
        <w:rPr>
          <w:color w:val="auto"/>
        </w:rPr>
        <w:lastRenderedPageBreak/>
        <w:t>管理成員：</w:t>
      </w:r>
    </w:p>
    <w:p w14:paraId="07A5DD84" w14:textId="77777777" w:rsidR="0001034F" w:rsidRPr="005F2B49" w:rsidRDefault="00BA196D" w:rsidP="0001034F">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25A1B8EA" wp14:editId="463A19E0">
            <wp:extent cx="5486400" cy="5730875"/>
            <wp:effectExtent l="0" t="0" r="0" b="3175"/>
            <wp:docPr id="1664544644" name="圖片 1664544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486400" cy="5730875"/>
                    </a:xfrm>
                    <a:prstGeom prst="rect">
                      <a:avLst/>
                    </a:prstGeom>
                  </pic:spPr>
                </pic:pic>
              </a:graphicData>
            </a:graphic>
          </wp:inline>
        </w:drawing>
      </w:r>
    </w:p>
    <w:p w14:paraId="012FC58F" w14:textId="394FF9FE" w:rsidR="0001034F" w:rsidRPr="005F2B49" w:rsidRDefault="0001034F" w:rsidP="0001034F">
      <w:pPr>
        <w:pStyle w:val="af7"/>
        <w:jc w:val="center"/>
        <w:rPr>
          <w:rFonts w:ascii="Times New Roman" w:hAnsi="Times New Roman" w:cs="Times New Roman"/>
          <w:color w:val="auto"/>
          <w:sz w:val="32"/>
          <w:szCs w:val="32"/>
          <w:lang w:eastAsia="zh-TW"/>
        </w:rPr>
      </w:pPr>
      <w:bookmarkStart w:id="118" w:name="_Toc239949097"/>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42</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管理成員介面</w:t>
      </w:r>
      <w:bookmarkEnd w:id="118"/>
    </w:p>
    <w:p w14:paraId="20BA9FB2" w14:textId="77777777" w:rsidR="001061BE" w:rsidRPr="005F2B49" w:rsidRDefault="001061BE" w:rsidP="00BF6022">
      <w:pPr>
        <w:rPr>
          <w:b/>
          <w:bCs/>
          <w:lang w:eastAsia="zh-TW"/>
        </w:rPr>
      </w:pPr>
      <w:r w:rsidRPr="005F2B49">
        <w:rPr>
          <w:rFonts w:hint="eastAsia"/>
          <w:lang w:eastAsia="zh-TW"/>
        </w:rPr>
        <w:t>管理成員功能可將教師或學生加入班級，方便進行班級成員管理。於此頁面可透過三種方式新增成員：使用「搜尋加入」搜尋系統中已存在的帳號並加入班級；使用「建立」建立新的帳號並直接加入班級；或使用「匯入」功能，透過匯入檔案一次</w:t>
      </w:r>
      <w:r w:rsidRPr="005F2B49">
        <w:rPr>
          <w:rFonts w:hint="eastAsia"/>
          <w:lang w:eastAsia="zh-TW"/>
        </w:rPr>
        <w:lastRenderedPageBreak/>
        <w:t>將多筆帳號批次加入班級。教師與學生的管理方式相同，僅依所選頁籤進行對應身分的成員管理。</w:t>
      </w:r>
    </w:p>
    <w:p w14:paraId="328D319A" w14:textId="77777777" w:rsidR="001061BE" w:rsidRPr="005F2B49" w:rsidRDefault="00BF6022" w:rsidP="001061BE">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3A3DEB13" wp14:editId="474AE85E">
            <wp:extent cx="4262278" cy="6539023"/>
            <wp:effectExtent l="0" t="0" r="5080" b="0"/>
            <wp:docPr id="1664544647" name="圖片 166454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266625" cy="6545692"/>
                    </a:xfrm>
                    <a:prstGeom prst="rect">
                      <a:avLst/>
                    </a:prstGeom>
                  </pic:spPr>
                </pic:pic>
              </a:graphicData>
            </a:graphic>
          </wp:inline>
        </w:drawing>
      </w:r>
    </w:p>
    <w:p w14:paraId="6DB4C04A" w14:textId="17B777DF" w:rsidR="001061BE" w:rsidRPr="005F2B49" w:rsidRDefault="001061BE" w:rsidP="001061BE">
      <w:pPr>
        <w:pStyle w:val="af7"/>
        <w:jc w:val="center"/>
        <w:rPr>
          <w:rFonts w:ascii="Times New Roman" w:hAnsi="Times New Roman" w:cs="Times New Roman"/>
          <w:color w:val="auto"/>
          <w:sz w:val="32"/>
          <w:szCs w:val="32"/>
          <w:lang w:eastAsia="zh-TW"/>
        </w:rPr>
      </w:pPr>
      <w:bookmarkStart w:id="119" w:name="_Toc239949098"/>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43</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新增學生介面</w:t>
      </w:r>
      <w:bookmarkEnd w:id="119"/>
    </w:p>
    <w:p w14:paraId="4A41C930" w14:textId="77777777" w:rsidR="001061BE" w:rsidRPr="005F2B49" w:rsidRDefault="001061BE" w:rsidP="007C1FC0">
      <w:pPr>
        <w:pStyle w:val="ae"/>
        <w:numPr>
          <w:ilvl w:val="0"/>
          <w:numId w:val="16"/>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新增：</w:t>
      </w:r>
      <w:r w:rsidRPr="005F2B49">
        <w:rPr>
          <w:rFonts w:ascii="Times New Roman" w:hAnsi="Times New Roman" w:cs="Times New Roman"/>
          <w:szCs w:val="32"/>
          <w:lang w:eastAsia="zh-TW"/>
        </w:rPr>
        <w:t>建立新的學生帳號。</w:t>
      </w:r>
    </w:p>
    <w:p w14:paraId="58D000B1" w14:textId="77777777" w:rsidR="00F713CF" w:rsidRPr="005F2B49" w:rsidRDefault="00F713CF" w:rsidP="007C1FC0">
      <w:pPr>
        <w:pStyle w:val="ae"/>
        <w:numPr>
          <w:ilvl w:val="0"/>
          <w:numId w:val="16"/>
        </w:num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lastRenderedPageBreak/>
        <w:t>移除班級</w:t>
      </w:r>
      <w:r w:rsidRPr="005F2B49">
        <w:rPr>
          <w:rFonts w:ascii="Times New Roman" w:hAnsi="Times New Roman" w:cs="Times New Roman"/>
          <w:b/>
          <w:bCs/>
          <w:szCs w:val="32"/>
          <w:lang w:eastAsia="zh-TW"/>
        </w:rPr>
        <w:t>：</w:t>
      </w:r>
      <w:r w:rsidRPr="005F2B49">
        <w:rPr>
          <w:rFonts w:ascii="Times New Roman" w:hAnsi="Times New Roman" w:cs="Times New Roman" w:hint="eastAsia"/>
          <w:szCs w:val="32"/>
          <w:lang w:eastAsia="zh-TW"/>
        </w:rPr>
        <w:t>將所選的學生移除班級，不會刪除帳號</w:t>
      </w:r>
      <w:r w:rsidRPr="005F2B49">
        <w:rPr>
          <w:rFonts w:ascii="Times New Roman" w:hAnsi="Times New Roman" w:cs="Times New Roman"/>
          <w:szCs w:val="32"/>
          <w:lang w:eastAsia="zh-TW"/>
        </w:rPr>
        <w:t>。</w:t>
      </w:r>
      <w:r w:rsidR="00EA5191" w:rsidRPr="005F2B49">
        <w:rPr>
          <w:rFonts w:ascii="Times New Roman" w:hAnsi="Times New Roman" w:cs="Times New Roman" w:hint="eastAsia"/>
          <w:szCs w:val="32"/>
          <w:lang w:eastAsia="zh-TW"/>
        </w:rPr>
        <w:t>若需刪除帳號，需另向學校管理者提出申請，由學校管理者協助處理。</w:t>
      </w:r>
    </w:p>
    <w:p w14:paraId="3EB7605D" w14:textId="77777777" w:rsidR="00F713CF" w:rsidRPr="005F2B49" w:rsidRDefault="00F713CF" w:rsidP="00F713CF">
      <w:pPr>
        <w:jc w:val="both"/>
        <w:rPr>
          <w:rFonts w:ascii="Times New Roman" w:hAnsi="Times New Roman" w:cs="Times New Roman"/>
          <w:b/>
          <w:bCs/>
          <w:szCs w:val="32"/>
          <w:lang w:eastAsia="zh-TW"/>
        </w:rPr>
      </w:pPr>
    </w:p>
    <w:p w14:paraId="1BF8B65D" w14:textId="77777777" w:rsidR="001061BE" w:rsidRPr="005F2B49" w:rsidRDefault="001061BE" w:rsidP="007C1FC0">
      <w:pPr>
        <w:pStyle w:val="ae"/>
        <w:numPr>
          <w:ilvl w:val="0"/>
          <w:numId w:val="16"/>
        </w:num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批次匯入：</w:t>
      </w:r>
      <w:r w:rsidRPr="005F2B49">
        <w:rPr>
          <w:rFonts w:ascii="Times New Roman" w:hAnsi="Times New Roman" w:cs="Times New Roman" w:hint="eastAsia"/>
          <w:szCs w:val="32"/>
          <w:lang w:eastAsia="zh-TW"/>
        </w:rPr>
        <w:t>建立多筆學生帳號。使用者只需依系統提供的</w:t>
      </w:r>
      <w:r w:rsidRPr="005F2B49">
        <w:rPr>
          <w:rFonts w:ascii="Times New Roman" w:hAnsi="Times New Roman" w:cs="Times New Roman"/>
          <w:szCs w:val="32"/>
          <w:lang w:eastAsia="zh-TW"/>
        </w:rPr>
        <w:t xml:space="preserve"> Excel </w:t>
      </w:r>
      <w:r w:rsidRPr="005F2B49">
        <w:rPr>
          <w:rFonts w:ascii="Times New Roman" w:hAnsi="Times New Roman" w:cs="Times New Roman" w:hint="eastAsia"/>
          <w:szCs w:val="32"/>
          <w:lang w:eastAsia="zh-TW"/>
        </w:rPr>
        <w:t>範本填寫資料，並上傳檔案，即可由系統自動建立帳號。檔案須符合系統指定格式，否則將匯入失敗。匯入的資料中若有任何一筆資料錯誤，整份檔案的匯入將被取消。</w:t>
      </w:r>
    </w:p>
    <w:p w14:paraId="2F78DAD0" w14:textId="77777777" w:rsidR="001061BE" w:rsidRPr="005F2B49" w:rsidRDefault="001061BE" w:rsidP="007C1FC0">
      <w:pPr>
        <w:pStyle w:val="ae"/>
        <w:numPr>
          <w:ilvl w:val="0"/>
          <w:numId w:val="16"/>
        </w:numPr>
        <w:jc w:val="both"/>
        <w:rPr>
          <w:rFonts w:ascii="Times New Roman" w:hAnsi="Times New Roman" w:cs="Times New Roman"/>
          <w:b/>
          <w:bCs/>
          <w:szCs w:val="32"/>
          <w:lang w:eastAsia="zh-TW"/>
        </w:rPr>
      </w:pPr>
    </w:p>
    <w:p w14:paraId="4A6F2CE9" w14:textId="77777777" w:rsidR="001061BE" w:rsidRPr="005F2B49" w:rsidRDefault="00BF6022" w:rsidP="001061BE">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45F33858" wp14:editId="57476647">
            <wp:extent cx="3306726" cy="4255376"/>
            <wp:effectExtent l="0" t="0" r="8255" b="0"/>
            <wp:docPr id="1664544646" name="圖片 166454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310564" cy="4260315"/>
                    </a:xfrm>
                    <a:prstGeom prst="rect">
                      <a:avLst/>
                    </a:prstGeom>
                  </pic:spPr>
                </pic:pic>
              </a:graphicData>
            </a:graphic>
          </wp:inline>
        </w:drawing>
      </w:r>
    </w:p>
    <w:p w14:paraId="261ACE33" w14:textId="07115C4C" w:rsidR="001061BE" w:rsidRPr="005F2B49" w:rsidRDefault="001061BE" w:rsidP="001061BE">
      <w:pPr>
        <w:pStyle w:val="af7"/>
        <w:jc w:val="center"/>
        <w:rPr>
          <w:rFonts w:ascii="Times New Roman" w:hAnsi="Times New Roman" w:cs="Times New Roman"/>
          <w:color w:val="auto"/>
          <w:sz w:val="32"/>
          <w:szCs w:val="32"/>
          <w:lang w:eastAsia="zh-TW"/>
        </w:rPr>
      </w:pPr>
      <w:bookmarkStart w:id="120" w:name="_Toc239949099"/>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44</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編輯學生介面</w:t>
      </w:r>
      <w:bookmarkEnd w:id="120"/>
    </w:p>
    <w:p w14:paraId="6D652F0D" w14:textId="77777777" w:rsidR="001061BE" w:rsidRPr="005F2B49" w:rsidRDefault="001061BE" w:rsidP="007C1FC0">
      <w:pPr>
        <w:pStyle w:val="ae"/>
        <w:numPr>
          <w:ilvl w:val="0"/>
          <w:numId w:val="16"/>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lastRenderedPageBreak/>
        <w:t>編輯：</w:t>
      </w:r>
      <w:r w:rsidRPr="005F2B49">
        <w:rPr>
          <w:rFonts w:ascii="Times New Roman" w:hAnsi="Times New Roman" w:cs="Times New Roman"/>
          <w:szCs w:val="32"/>
          <w:lang w:eastAsia="zh-TW"/>
        </w:rPr>
        <w:t>修改學生的名稱，電子郵件，學生編號，以及決定是否啟用帳號。</w:t>
      </w:r>
    </w:p>
    <w:p w14:paraId="5DCAEC39" w14:textId="77777777" w:rsidR="001061BE" w:rsidRPr="005F2B49" w:rsidRDefault="00BF6022" w:rsidP="001061BE">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62FE191A" wp14:editId="14D22518">
            <wp:extent cx="3848986" cy="2760708"/>
            <wp:effectExtent l="0" t="0" r="0" b="1905"/>
            <wp:docPr id="1664544648" name="圖片 1664544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853797" cy="2764158"/>
                    </a:xfrm>
                    <a:prstGeom prst="rect">
                      <a:avLst/>
                    </a:prstGeom>
                  </pic:spPr>
                </pic:pic>
              </a:graphicData>
            </a:graphic>
          </wp:inline>
        </w:drawing>
      </w:r>
    </w:p>
    <w:p w14:paraId="4CD53321" w14:textId="77790E36" w:rsidR="001061BE" w:rsidRPr="005F2B49" w:rsidRDefault="001061BE" w:rsidP="001061BE">
      <w:pPr>
        <w:pStyle w:val="af7"/>
        <w:jc w:val="center"/>
        <w:rPr>
          <w:rFonts w:ascii="Times New Roman" w:hAnsi="Times New Roman" w:cs="Times New Roman"/>
          <w:color w:val="auto"/>
          <w:sz w:val="32"/>
          <w:szCs w:val="32"/>
          <w:lang w:eastAsia="zh-TW"/>
        </w:rPr>
      </w:pPr>
      <w:bookmarkStart w:id="121" w:name="_Toc239949100"/>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45</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修改學生密碼介面</w:t>
      </w:r>
      <w:bookmarkEnd w:id="121"/>
    </w:p>
    <w:p w14:paraId="2A174C76" w14:textId="77777777" w:rsidR="001061BE" w:rsidRPr="005F2B49" w:rsidRDefault="001061BE" w:rsidP="007C1FC0">
      <w:pPr>
        <w:pStyle w:val="ae"/>
        <w:numPr>
          <w:ilvl w:val="0"/>
          <w:numId w:val="16"/>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修改密碼：</w:t>
      </w:r>
      <w:r w:rsidRPr="005F2B49">
        <w:rPr>
          <w:rFonts w:ascii="Times New Roman" w:hAnsi="Times New Roman" w:cs="Times New Roman"/>
          <w:szCs w:val="32"/>
          <w:lang w:eastAsia="zh-TW"/>
        </w:rPr>
        <w:t>將所選的學生修改一組新的密碼。</w:t>
      </w:r>
    </w:p>
    <w:p w14:paraId="5ADD0BAE" w14:textId="77777777" w:rsidR="001061BE" w:rsidRPr="005F2B49" w:rsidRDefault="00BF6022" w:rsidP="001061BE">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51B65E93" wp14:editId="22056A1E">
            <wp:extent cx="3530010" cy="5451408"/>
            <wp:effectExtent l="0" t="0" r="0" b="0"/>
            <wp:docPr id="1664544649" name="圖片 166454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534921" cy="5458992"/>
                    </a:xfrm>
                    <a:prstGeom prst="rect">
                      <a:avLst/>
                    </a:prstGeom>
                  </pic:spPr>
                </pic:pic>
              </a:graphicData>
            </a:graphic>
          </wp:inline>
        </w:drawing>
      </w:r>
    </w:p>
    <w:p w14:paraId="6D15F09E" w14:textId="1E0D5870" w:rsidR="001061BE" w:rsidRPr="005F2B49" w:rsidRDefault="001061BE" w:rsidP="001061BE">
      <w:pPr>
        <w:pStyle w:val="af7"/>
        <w:jc w:val="center"/>
        <w:rPr>
          <w:rFonts w:ascii="Times New Roman" w:hAnsi="Times New Roman" w:cs="Times New Roman"/>
          <w:color w:val="auto"/>
          <w:sz w:val="32"/>
          <w:szCs w:val="32"/>
          <w:lang w:eastAsia="zh-TW"/>
        </w:rPr>
      </w:pPr>
      <w:bookmarkStart w:id="122" w:name="_Toc239949101"/>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46</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建立教師帳號介面</w:t>
      </w:r>
      <w:bookmarkEnd w:id="122"/>
    </w:p>
    <w:p w14:paraId="7DBCD881" w14:textId="77777777" w:rsidR="001061BE" w:rsidRPr="005F2B49" w:rsidRDefault="001061BE" w:rsidP="007C1FC0">
      <w:pPr>
        <w:pStyle w:val="ae"/>
        <w:numPr>
          <w:ilvl w:val="0"/>
          <w:numId w:val="17"/>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新增：</w:t>
      </w:r>
      <w:r w:rsidRPr="005F2B49">
        <w:rPr>
          <w:rFonts w:ascii="Times New Roman" w:hAnsi="Times New Roman" w:cs="Times New Roman"/>
          <w:szCs w:val="32"/>
          <w:lang w:eastAsia="zh-TW"/>
        </w:rPr>
        <w:t>建立新的教師帳號。</w:t>
      </w:r>
    </w:p>
    <w:p w14:paraId="50CAB77C" w14:textId="77777777" w:rsidR="001061BE" w:rsidRPr="005F2B49" w:rsidRDefault="001061BE" w:rsidP="007C1FC0">
      <w:pPr>
        <w:pStyle w:val="ae"/>
        <w:numPr>
          <w:ilvl w:val="0"/>
          <w:numId w:val="17"/>
        </w:num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移除班級</w:t>
      </w:r>
      <w:r w:rsidRPr="005F2B49">
        <w:rPr>
          <w:rFonts w:ascii="Times New Roman" w:hAnsi="Times New Roman" w:cs="Times New Roman"/>
          <w:b/>
          <w:bCs/>
          <w:szCs w:val="32"/>
          <w:lang w:eastAsia="zh-TW"/>
        </w:rPr>
        <w:t>：</w:t>
      </w:r>
      <w:r w:rsidRPr="005F2B49">
        <w:rPr>
          <w:rFonts w:ascii="Times New Roman" w:hAnsi="Times New Roman" w:cs="Times New Roman" w:hint="eastAsia"/>
          <w:szCs w:val="32"/>
          <w:lang w:eastAsia="zh-TW"/>
        </w:rPr>
        <w:t>將所選的教師移除班級，不會刪除帳號</w:t>
      </w:r>
      <w:r w:rsidRPr="005F2B49">
        <w:rPr>
          <w:rFonts w:ascii="Times New Roman" w:hAnsi="Times New Roman" w:cs="Times New Roman"/>
          <w:szCs w:val="32"/>
          <w:lang w:eastAsia="zh-TW"/>
        </w:rPr>
        <w:t>。</w:t>
      </w:r>
      <w:r w:rsidR="00EA5191" w:rsidRPr="005F2B49">
        <w:rPr>
          <w:rFonts w:ascii="Times New Roman" w:hAnsi="Times New Roman" w:cs="Times New Roman" w:hint="eastAsia"/>
          <w:szCs w:val="32"/>
          <w:lang w:eastAsia="zh-TW"/>
        </w:rPr>
        <w:t>若需刪除帳號，需另向學校管理者提出申請，由學校管理者協助處理。</w:t>
      </w:r>
    </w:p>
    <w:p w14:paraId="0BEDFC2C" w14:textId="77777777" w:rsidR="001061BE" w:rsidRPr="005F2B49" w:rsidRDefault="001061BE" w:rsidP="001061BE">
      <w:pPr>
        <w:pStyle w:val="ae"/>
        <w:jc w:val="both"/>
        <w:rPr>
          <w:rFonts w:ascii="Times New Roman" w:hAnsi="Times New Roman" w:cs="Times New Roman"/>
          <w:b/>
          <w:bCs/>
          <w:szCs w:val="32"/>
          <w:lang w:eastAsia="zh-TW"/>
        </w:rPr>
      </w:pPr>
    </w:p>
    <w:p w14:paraId="43EFDB95" w14:textId="77777777" w:rsidR="001061BE" w:rsidRPr="005F2B49" w:rsidRDefault="00BF6022" w:rsidP="00BF6022">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4BBB80B3" wp14:editId="1455EC76">
            <wp:extent cx="5934228" cy="2190307"/>
            <wp:effectExtent l="0" t="0" r="0" b="635"/>
            <wp:docPr id="1664544650" name="圖片 166454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37761" cy="2191611"/>
                    </a:xfrm>
                    <a:prstGeom prst="rect">
                      <a:avLst/>
                    </a:prstGeom>
                  </pic:spPr>
                </pic:pic>
              </a:graphicData>
            </a:graphic>
          </wp:inline>
        </w:drawing>
      </w:r>
    </w:p>
    <w:p w14:paraId="63C7B46D" w14:textId="19D50B14" w:rsidR="001061BE" w:rsidRPr="005F2B49" w:rsidRDefault="001061BE" w:rsidP="001061BE">
      <w:pPr>
        <w:pStyle w:val="af7"/>
        <w:jc w:val="center"/>
        <w:rPr>
          <w:rFonts w:ascii="Times New Roman" w:hAnsi="Times New Roman" w:cs="Times New Roman"/>
          <w:b w:val="0"/>
          <w:bCs w:val="0"/>
          <w:color w:val="auto"/>
          <w:sz w:val="32"/>
          <w:szCs w:val="32"/>
          <w:lang w:eastAsia="zh-TW"/>
        </w:rPr>
      </w:pPr>
      <w:bookmarkStart w:id="123" w:name="_Toc239949102"/>
      <w:r w:rsidRPr="005F2B49">
        <w:rPr>
          <w:rFonts w:ascii="Times New Roman" w:hAnsi="Times New Roman" w:cs="Times New Roman"/>
          <w:color w:val="auto"/>
          <w:sz w:val="32"/>
          <w:szCs w:val="32"/>
        </w:rPr>
        <w:t>圖</w:t>
      </w:r>
      <w:r w:rsidRPr="005F2B49">
        <w:rPr>
          <w:rFonts w:ascii="Times New Roman" w:hAnsi="Times New Roman" w:cs="Times New Roman"/>
          <w:color w:val="auto"/>
          <w:sz w:val="32"/>
          <w:szCs w:val="32"/>
        </w:rPr>
        <w:t xml:space="preserve"> </w:t>
      </w:r>
      <w:r w:rsidR="00617749" w:rsidRPr="005F2B49">
        <w:rPr>
          <w:rFonts w:ascii="Times New Roman" w:hAnsi="Times New Roman" w:cs="Times New Roman"/>
          <w:color w:val="auto"/>
          <w:sz w:val="32"/>
          <w:szCs w:val="32"/>
        </w:rPr>
        <w:fldChar w:fldCharType="begin"/>
      </w:r>
      <w:r w:rsidR="00617749" w:rsidRPr="005F2B49">
        <w:rPr>
          <w:rFonts w:ascii="Times New Roman" w:hAnsi="Times New Roman" w:cs="Times New Roman"/>
          <w:color w:val="auto"/>
          <w:sz w:val="32"/>
          <w:szCs w:val="32"/>
        </w:rPr>
        <w:instrText xml:space="preserve"> SEQ </w:instrText>
      </w:r>
      <w:r w:rsidR="00617749" w:rsidRPr="005F2B49">
        <w:rPr>
          <w:rFonts w:ascii="Times New Roman" w:hAnsi="Times New Roman" w:cs="Times New Roman"/>
          <w:color w:val="auto"/>
          <w:sz w:val="32"/>
          <w:szCs w:val="32"/>
        </w:rPr>
        <w:instrText>圖</w:instrText>
      </w:r>
      <w:r w:rsidR="00617749" w:rsidRPr="005F2B49">
        <w:rPr>
          <w:rFonts w:ascii="Times New Roman" w:hAnsi="Times New Roman" w:cs="Times New Roman"/>
          <w:color w:val="auto"/>
          <w:sz w:val="32"/>
          <w:szCs w:val="32"/>
        </w:rPr>
        <w:instrText xml:space="preserve"> \* ARABIC </w:instrText>
      </w:r>
      <w:r w:rsidR="00617749" w:rsidRPr="005F2B49">
        <w:rPr>
          <w:rFonts w:ascii="Times New Roman" w:hAnsi="Times New Roman" w:cs="Times New Roman"/>
          <w:color w:val="auto"/>
          <w:sz w:val="32"/>
          <w:szCs w:val="32"/>
        </w:rPr>
        <w:fldChar w:fldCharType="separate"/>
      </w:r>
      <w:r w:rsidR="00497BF4" w:rsidRPr="005F2B49">
        <w:rPr>
          <w:rFonts w:ascii="Times New Roman" w:hAnsi="Times New Roman" w:cs="Times New Roman"/>
          <w:noProof/>
          <w:color w:val="auto"/>
          <w:sz w:val="32"/>
          <w:szCs w:val="32"/>
        </w:rPr>
        <w:t>47</w:t>
      </w:r>
      <w:r w:rsidR="00617749" w:rsidRPr="005F2B49">
        <w:rPr>
          <w:rFonts w:ascii="Times New Roman" w:hAnsi="Times New Roman" w:cs="Times New Roman"/>
          <w:color w:val="auto"/>
          <w:sz w:val="32"/>
          <w:szCs w:val="32"/>
        </w:rPr>
        <w:fldChar w:fldCharType="end"/>
      </w:r>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批次匯入介面</w:t>
      </w:r>
      <w:bookmarkEnd w:id="123"/>
    </w:p>
    <w:p w14:paraId="7F619681" w14:textId="77777777" w:rsidR="001061BE" w:rsidRPr="005F2B49" w:rsidRDefault="001061BE" w:rsidP="001061BE">
      <w:pPr>
        <w:jc w:val="both"/>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2C4FD453" wp14:editId="0D914BBF">
            <wp:extent cx="5486400" cy="3898900"/>
            <wp:effectExtent l="0" t="0" r="0" b="6350"/>
            <wp:docPr id="83" name="圖片 83" descr="一張含有 文字, 螢幕擷取畫面, 軟體, 數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descr="一張含有 文字, 螢幕擷取畫面, 軟體, 數字 的圖片&#10;&#10;AI 產生的內容可能不正確。"/>
                    <pic:cNvPicPr/>
                  </pic:nvPicPr>
                  <pic:blipFill>
                    <a:blip r:embed="rId67"/>
                    <a:stretch>
                      <a:fillRect/>
                    </a:stretch>
                  </pic:blipFill>
                  <pic:spPr>
                    <a:xfrm>
                      <a:off x="0" y="0"/>
                      <a:ext cx="5486400" cy="3898900"/>
                    </a:xfrm>
                    <a:prstGeom prst="rect">
                      <a:avLst/>
                    </a:prstGeom>
                  </pic:spPr>
                </pic:pic>
              </a:graphicData>
            </a:graphic>
          </wp:inline>
        </w:drawing>
      </w:r>
    </w:p>
    <w:p w14:paraId="5DD7DC0E" w14:textId="45E7C735" w:rsidR="001061BE" w:rsidRPr="005F2B49" w:rsidRDefault="001061BE" w:rsidP="001061BE">
      <w:pPr>
        <w:pStyle w:val="af7"/>
        <w:jc w:val="center"/>
        <w:rPr>
          <w:rFonts w:ascii="Times New Roman" w:hAnsi="Times New Roman" w:cs="Times New Roman"/>
          <w:color w:val="auto"/>
          <w:sz w:val="32"/>
          <w:szCs w:val="32"/>
        </w:rPr>
      </w:pPr>
      <w:bookmarkStart w:id="124" w:name="_Toc239949103"/>
      <w:r w:rsidRPr="005F2B49">
        <w:rPr>
          <w:rFonts w:ascii="Times New Roman" w:hAnsi="Times New Roman" w:cs="Times New Roman" w:hint="eastAsia"/>
          <w:color w:val="auto"/>
          <w:sz w:val="32"/>
          <w:szCs w:val="32"/>
        </w:rPr>
        <w:t>圖</w:t>
      </w:r>
      <w:r w:rsidRPr="005F2B49">
        <w:rPr>
          <w:rFonts w:ascii="Times New Roman" w:hAnsi="Times New Roman" w:cs="Times New Roman" w:hint="eastAsia"/>
          <w:color w:val="auto"/>
          <w:sz w:val="32"/>
          <w:szCs w:val="32"/>
        </w:rPr>
        <w:t xml:space="preserve"> </w:t>
      </w:r>
      <w:r w:rsidR="00617749" w:rsidRPr="005F2B49">
        <w:rPr>
          <w:rFonts w:ascii="Times New Roman" w:hAnsi="Times New Roman" w:cs="Times New Roman"/>
          <w:color w:val="auto"/>
          <w:sz w:val="32"/>
          <w:szCs w:val="32"/>
        </w:rPr>
        <w:fldChar w:fldCharType="begin"/>
      </w:r>
      <w:r w:rsidR="00617749" w:rsidRPr="005F2B49">
        <w:rPr>
          <w:rFonts w:ascii="Times New Roman" w:hAnsi="Times New Roman" w:cs="Times New Roman"/>
          <w:color w:val="auto"/>
          <w:sz w:val="32"/>
          <w:szCs w:val="32"/>
        </w:rPr>
        <w:instrText xml:space="preserve"> </w:instrText>
      </w:r>
      <w:r w:rsidR="00617749" w:rsidRPr="005F2B49">
        <w:rPr>
          <w:rFonts w:ascii="Times New Roman" w:hAnsi="Times New Roman" w:cs="Times New Roman" w:hint="eastAsia"/>
          <w:color w:val="auto"/>
          <w:sz w:val="32"/>
          <w:szCs w:val="32"/>
        </w:rPr>
        <w:instrText xml:space="preserve">SEQ </w:instrText>
      </w:r>
      <w:r w:rsidR="00617749" w:rsidRPr="005F2B49">
        <w:rPr>
          <w:rFonts w:ascii="Times New Roman" w:hAnsi="Times New Roman" w:cs="Times New Roman" w:hint="eastAsia"/>
          <w:color w:val="auto"/>
          <w:sz w:val="32"/>
          <w:szCs w:val="32"/>
        </w:rPr>
        <w:instrText>圖</w:instrText>
      </w:r>
      <w:r w:rsidR="00617749" w:rsidRPr="005F2B49">
        <w:rPr>
          <w:rFonts w:ascii="Times New Roman" w:hAnsi="Times New Roman" w:cs="Times New Roman" w:hint="eastAsia"/>
          <w:color w:val="auto"/>
          <w:sz w:val="32"/>
          <w:szCs w:val="32"/>
        </w:rPr>
        <w:instrText xml:space="preserve"> \* ARABIC</w:instrText>
      </w:r>
      <w:r w:rsidR="00617749" w:rsidRPr="005F2B49">
        <w:rPr>
          <w:rFonts w:ascii="Times New Roman" w:hAnsi="Times New Roman" w:cs="Times New Roman"/>
          <w:color w:val="auto"/>
          <w:sz w:val="32"/>
          <w:szCs w:val="32"/>
        </w:rPr>
        <w:instrText xml:space="preserve"> </w:instrText>
      </w:r>
      <w:r w:rsidR="00617749" w:rsidRPr="005F2B49">
        <w:rPr>
          <w:rFonts w:ascii="Times New Roman" w:hAnsi="Times New Roman" w:cs="Times New Roman"/>
          <w:color w:val="auto"/>
          <w:sz w:val="32"/>
          <w:szCs w:val="32"/>
        </w:rPr>
        <w:fldChar w:fldCharType="separate"/>
      </w:r>
      <w:r w:rsidR="00497BF4" w:rsidRPr="005F2B49">
        <w:rPr>
          <w:rFonts w:ascii="Times New Roman" w:hAnsi="Times New Roman" w:cs="Times New Roman"/>
          <w:noProof/>
          <w:color w:val="auto"/>
          <w:sz w:val="32"/>
          <w:szCs w:val="32"/>
        </w:rPr>
        <w:t>48</w:t>
      </w:r>
      <w:r w:rsidR="00617749" w:rsidRPr="005F2B49">
        <w:rPr>
          <w:rFonts w:ascii="Times New Roman" w:hAnsi="Times New Roman" w:cs="Times New Roman"/>
          <w:color w:val="auto"/>
          <w:sz w:val="32"/>
          <w:szCs w:val="32"/>
        </w:rPr>
        <w:fldChar w:fldCharType="end"/>
      </w:r>
      <w:r w:rsidRPr="005F2B49">
        <w:rPr>
          <w:rFonts w:ascii="Times New Roman" w:hAnsi="Times New Roman" w:cs="Times New Roman" w:hint="eastAsia"/>
          <w:color w:val="auto"/>
          <w:sz w:val="32"/>
          <w:szCs w:val="32"/>
        </w:rPr>
        <w:t xml:space="preserve">  </w:t>
      </w:r>
      <w:r w:rsidRPr="005F2B49">
        <w:rPr>
          <w:rFonts w:ascii="Times New Roman" w:hAnsi="Times New Roman" w:cs="Times New Roman" w:hint="eastAsia"/>
          <w:color w:val="auto"/>
          <w:sz w:val="32"/>
          <w:szCs w:val="32"/>
        </w:rPr>
        <w:t>批次匯入成功介面</w:t>
      </w:r>
      <w:bookmarkEnd w:id="124"/>
    </w:p>
    <w:p w14:paraId="3D21F567" w14:textId="77777777" w:rsidR="001061BE" w:rsidRPr="005F2B49" w:rsidRDefault="001061BE" w:rsidP="001061BE">
      <w:pPr>
        <w:jc w:val="both"/>
        <w:rPr>
          <w:rFonts w:ascii="Times New Roman" w:hAnsi="Times New Roman" w:cs="Times New Roman"/>
          <w:b/>
          <w:bCs/>
          <w:szCs w:val="32"/>
          <w:lang w:eastAsia="zh-TW"/>
        </w:rPr>
      </w:pPr>
      <w:r w:rsidRPr="005F2B49">
        <w:rPr>
          <w:rFonts w:ascii="Times New Roman" w:hAnsi="Times New Roman" w:cs="Times New Roman" w:hint="eastAsia"/>
          <w:b/>
          <w:bCs/>
          <w:noProof/>
          <w:szCs w:val="32"/>
          <w:lang w:eastAsia="zh-TW"/>
        </w:rPr>
        <w:lastRenderedPageBreak/>
        <w:drawing>
          <wp:inline distT="0" distB="0" distL="0" distR="0" wp14:anchorId="1A139ED4" wp14:editId="7DC0E695">
            <wp:extent cx="5486400" cy="3917950"/>
            <wp:effectExtent l="0" t="0" r="0" b="6350"/>
            <wp:docPr id="84" name="圖片 84" descr="一張含有 文字, 螢幕擷取畫面, 軟體, 陳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1" descr="一張含有 文字, 螢幕擷取畫面, 軟體, 陳列 的圖片&#10;&#10;AI 產生的內容可能不正確。"/>
                    <pic:cNvPicPr/>
                  </pic:nvPicPr>
                  <pic:blipFill>
                    <a:blip r:embed="rId68"/>
                    <a:stretch>
                      <a:fillRect/>
                    </a:stretch>
                  </pic:blipFill>
                  <pic:spPr>
                    <a:xfrm>
                      <a:off x="0" y="0"/>
                      <a:ext cx="5486400" cy="3917950"/>
                    </a:xfrm>
                    <a:prstGeom prst="rect">
                      <a:avLst/>
                    </a:prstGeom>
                  </pic:spPr>
                </pic:pic>
              </a:graphicData>
            </a:graphic>
          </wp:inline>
        </w:drawing>
      </w:r>
    </w:p>
    <w:p w14:paraId="5AD054F8" w14:textId="2304EFB1" w:rsidR="001061BE" w:rsidRPr="005F2B49" w:rsidRDefault="001061BE" w:rsidP="001061BE">
      <w:pPr>
        <w:pStyle w:val="af7"/>
        <w:jc w:val="center"/>
        <w:rPr>
          <w:rFonts w:ascii="Times New Roman" w:hAnsi="Times New Roman" w:cs="Times New Roman"/>
          <w:color w:val="auto"/>
          <w:sz w:val="32"/>
          <w:szCs w:val="32"/>
        </w:rPr>
      </w:pPr>
      <w:bookmarkStart w:id="125" w:name="_Toc239949104"/>
      <w:r w:rsidRPr="005F2B49">
        <w:rPr>
          <w:rFonts w:ascii="Times New Roman" w:hAnsi="Times New Roman" w:cs="Times New Roman" w:hint="eastAsia"/>
          <w:color w:val="auto"/>
          <w:sz w:val="32"/>
          <w:szCs w:val="32"/>
        </w:rPr>
        <w:t>圖</w:t>
      </w:r>
      <w:r w:rsidRPr="005F2B49">
        <w:rPr>
          <w:rFonts w:ascii="Times New Roman" w:hAnsi="Times New Roman" w:cs="Times New Roman" w:hint="eastAsia"/>
          <w:color w:val="auto"/>
          <w:sz w:val="32"/>
          <w:szCs w:val="32"/>
        </w:rPr>
        <w:t xml:space="preserve"> </w:t>
      </w:r>
      <w:r w:rsidR="00617749" w:rsidRPr="005F2B49">
        <w:rPr>
          <w:rFonts w:ascii="Times New Roman" w:hAnsi="Times New Roman" w:cs="Times New Roman"/>
          <w:color w:val="auto"/>
          <w:sz w:val="32"/>
          <w:szCs w:val="32"/>
        </w:rPr>
        <w:fldChar w:fldCharType="begin"/>
      </w:r>
      <w:r w:rsidR="00617749" w:rsidRPr="005F2B49">
        <w:rPr>
          <w:rFonts w:ascii="Times New Roman" w:hAnsi="Times New Roman" w:cs="Times New Roman"/>
          <w:color w:val="auto"/>
          <w:sz w:val="32"/>
          <w:szCs w:val="32"/>
        </w:rPr>
        <w:instrText xml:space="preserve"> </w:instrText>
      </w:r>
      <w:r w:rsidR="00617749" w:rsidRPr="005F2B49">
        <w:rPr>
          <w:rFonts w:ascii="Times New Roman" w:hAnsi="Times New Roman" w:cs="Times New Roman" w:hint="eastAsia"/>
          <w:color w:val="auto"/>
          <w:sz w:val="32"/>
          <w:szCs w:val="32"/>
        </w:rPr>
        <w:instrText xml:space="preserve">SEQ </w:instrText>
      </w:r>
      <w:r w:rsidR="00617749" w:rsidRPr="005F2B49">
        <w:rPr>
          <w:rFonts w:ascii="Times New Roman" w:hAnsi="Times New Roman" w:cs="Times New Roman" w:hint="eastAsia"/>
          <w:color w:val="auto"/>
          <w:sz w:val="32"/>
          <w:szCs w:val="32"/>
        </w:rPr>
        <w:instrText>圖</w:instrText>
      </w:r>
      <w:r w:rsidR="00617749" w:rsidRPr="005F2B49">
        <w:rPr>
          <w:rFonts w:ascii="Times New Roman" w:hAnsi="Times New Roman" w:cs="Times New Roman" w:hint="eastAsia"/>
          <w:color w:val="auto"/>
          <w:sz w:val="32"/>
          <w:szCs w:val="32"/>
        </w:rPr>
        <w:instrText xml:space="preserve"> \* ARABIC</w:instrText>
      </w:r>
      <w:r w:rsidR="00617749" w:rsidRPr="005F2B49">
        <w:rPr>
          <w:rFonts w:ascii="Times New Roman" w:hAnsi="Times New Roman" w:cs="Times New Roman"/>
          <w:color w:val="auto"/>
          <w:sz w:val="32"/>
          <w:szCs w:val="32"/>
        </w:rPr>
        <w:instrText xml:space="preserve"> </w:instrText>
      </w:r>
      <w:r w:rsidR="00617749" w:rsidRPr="005F2B49">
        <w:rPr>
          <w:rFonts w:ascii="Times New Roman" w:hAnsi="Times New Roman" w:cs="Times New Roman"/>
          <w:color w:val="auto"/>
          <w:sz w:val="32"/>
          <w:szCs w:val="32"/>
        </w:rPr>
        <w:fldChar w:fldCharType="separate"/>
      </w:r>
      <w:r w:rsidR="00497BF4" w:rsidRPr="005F2B49">
        <w:rPr>
          <w:rFonts w:ascii="Times New Roman" w:hAnsi="Times New Roman" w:cs="Times New Roman"/>
          <w:noProof/>
          <w:color w:val="auto"/>
          <w:sz w:val="32"/>
          <w:szCs w:val="32"/>
        </w:rPr>
        <w:t>49</w:t>
      </w:r>
      <w:r w:rsidR="00617749" w:rsidRPr="005F2B49">
        <w:rPr>
          <w:rFonts w:ascii="Times New Roman" w:hAnsi="Times New Roman" w:cs="Times New Roman"/>
          <w:color w:val="auto"/>
          <w:sz w:val="32"/>
          <w:szCs w:val="32"/>
        </w:rPr>
        <w:fldChar w:fldCharType="end"/>
      </w:r>
      <w:r w:rsidRPr="005F2B49">
        <w:rPr>
          <w:rFonts w:ascii="Times New Roman" w:hAnsi="Times New Roman" w:cs="Times New Roman" w:hint="eastAsia"/>
          <w:color w:val="auto"/>
          <w:sz w:val="32"/>
          <w:szCs w:val="32"/>
        </w:rPr>
        <w:t xml:space="preserve">  </w:t>
      </w:r>
      <w:r w:rsidRPr="005F2B49">
        <w:rPr>
          <w:rFonts w:ascii="Times New Roman" w:hAnsi="Times New Roman" w:cs="Times New Roman" w:hint="eastAsia"/>
          <w:color w:val="auto"/>
          <w:sz w:val="32"/>
          <w:szCs w:val="32"/>
        </w:rPr>
        <w:t>批次匯入失敗介面</w:t>
      </w:r>
      <w:bookmarkEnd w:id="125"/>
    </w:p>
    <w:p w14:paraId="0558A529" w14:textId="77777777" w:rsidR="001061BE" w:rsidRPr="005F2B49" w:rsidRDefault="001061BE" w:rsidP="007C1FC0">
      <w:pPr>
        <w:pStyle w:val="ae"/>
        <w:numPr>
          <w:ilvl w:val="0"/>
          <w:numId w:val="17"/>
        </w:num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批次匯入：</w:t>
      </w:r>
      <w:r w:rsidRPr="005F2B49">
        <w:rPr>
          <w:rFonts w:ascii="Times New Roman" w:hAnsi="Times New Roman" w:cs="Times New Roman" w:hint="eastAsia"/>
          <w:szCs w:val="32"/>
          <w:lang w:eastAsia="zh-TW"/>
        </w:rPr>
        <w:t>建立多筆教師帳號。使用者只需依系統提供的</w:t>
      </w:r>
      <w:r w:rsidRPr="005F2B49">
        <w:rPr>
          <w:rFonts w:ascii="Times New Roman" w:hAnsi="Times New Roman" w:cs="Times New Roman"/>
          <w:szCs w:val="32"/>
          <w:lang w:eastAsia="zh-TW"/>
        </w:rPr>
        <w:t xml:space="preserve"> Excel </w:t>
      </w:r>
      <w:r w:rsidRPr="005F2B49">
        <w:rPr>
          <w:rFonts w:ascii="Times New Roman" w:hAnsi="Times New Roman" w:cs="Times New Roman" w:hint="eastAsia"/>
          <w:szCs w:val="32"/>
          <w:lang w:eastAsia="zh-TW"/>
        </w:rPr>
        <w:t>範本填寫資料，並上傳檔案，即可由系統自動建立帳號。檔案須符合系統指定格式，否則將匯入失敗。匯入的資料中若有任何一筆資料錯誤，整份檔案的匯入將被取消。</w:t>
      </w:r>
    </w:p>
    <w:p w14:paraId="34C4BB0F" w14:textId="77777777" w:rsidR="001061BE" w:rsidRPr="005F2B49" w:rsidRDefault="001061BE" w:rsidP="001061BE">
      <w:pPr>
        <w:pStyle w:val="ae"/>
        <w:jc w:val="both"/>
        <w:rPr>
          <w:rFonts w:ascii="Times New Roman" w:hAnsi="Times New Roman" w:cs="Times New Roman"/>
          <w:b/>
          <w:bCs/>
          <w:szCs w:val="32"/>
          <w:lang w:eastAsia="zh-TW"/>
        </w:rPr>
      </w:pPr>
    </w:p>
    <w:p w14:paraId="7A490BE2" w14:textId="77777777" w:rsidR="00C61E32" w:rsidRPr="005F2B49" w:rsidRDefault="00A622C5" w:rsidP="008025AA">
      <w:pPr>
        <w:pStyle w:val="4"/>
        <w:rPr>
          <w:color w:val="auto"/>
          <w:lang w:eastAsia="zh-TW"/>
        </w:rPr>
      </w:pPr>
      <w:bookmarkStart w:id="126" w:name="_Toc239949036"/>
      <w:r w:rsidRPr="005F2B49">
        <w:rPr>
          <w:rFonts w:hint="eastAsia"/>
          <w:color w:val="auto"/>
          <w:lang w:eastAsia="zh-TW"/>
        </w:rPr>
        <w:lastRenderedPageBreak/>
        <w:t>班級對話紀錄</w:t>
      </w:r>
      <w:bookmarkEnd w:id="126"/>
    </w:p>
    <w:p w14:paraId="5F59CA58" w14:textId="77777777" w:rsidR="00C61E32" w:rsidRPr="005F2B49" w:rsidRDefault="00BF6022" w:rsidP="0089591F">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2BF6AF5B" wp14:editId="23339A65">
            <wp:extent cx="4848447" cy="5957305"/>
            <wp:effectExtent l="0" t="0" r="0" b="5715"/>
            <wp:docPr id="1664544652" name="圖片 1664544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852399" cy="5962160"/>
                    </a:xfrm>
                    <a:prstGeom prst="rect">
                      <a:avLst/>
                    </a:prstGeom>
                  </pic:spPr>
                </pic:pic>
              </a:graphicData>
            </a:graphic>
          </wp:inline>
        </w:drawing>
      </w:r>
    </w:p>
    <w:p w14:paraId="12B48BE1" w14:textId="4F313872" w:rsidR="00C61E32" w:rsidRPr="005F2B49" w:rsidRDefault="00C61E32" w:rsidP="0089591F">
      <w:pPr>
        <w:pStyle w:val="af7"/>
        <w:jc w:val="center"/>
        <w:rPr>
          <w:rFonts w:ascii="Times New Roman" w:hAnsi="Times New Roman" w:cs="Times New Roman"/>
          <w:color w:val="auto"/>
          <w:sz w:val="32"/>
          <w:szCs w:val="32"/>
          <w:lang w:eastAsia="zh-TW"/>
        </w:rPr>
      </w:pPr>
      <w:bookmarkStart w:id="127" w:name="_Ref206079435"/>
      <w:bookmarkStart w:id="128" w:name="_Toc206143767"/>
      <w:bookmarkStart w:id="129" w:name="_Toc206144200"/>
      <w:bookmarkStart w:id="130" w:name="_Toc239949105"/>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50</w:t>
      </w:r>
      <w:r w:rsidR="00617749" w:rsidRPr="005F2B49">
        <w:rPr>
          <w:rFonts w:ascii="Times New Roman" w:hAnsi="Times New Roman" w:cs="Times New Roman"/>
          <w:color w:val="auto"/>
          <w:sz w:val="32"/>
          <w:szCs w:val="32"/>
          <w:lang w:eastAsia="zh-TW"/>
        </w:rPr>
        <w:fldChar w:fldCharType="end"/>
      </w:r>
      <w:bookmarkEnd w:id="127"/>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班級</w:t>
      </w:r>
      <w:r w:rsidR="002011BB" w:rsidRPr="005F2B49">
        <w:rPr>
          <w:rFonts w:ascii="Times New Roman" w:hAnsi="Times New Roman" w:cs="Times New Roman" w:hint="eastAsia"/>
          <w:color w:val="auto"/>
          <w:sz w:val="32"/>
          <w:szCs w:val="32"/>
          <w:lang w:eastAsia="zh-TW"/>
        </w:rPr>
        <w:t>對話</w:t>
      </w:r>
      <w:r w:rsidRPr="005F2B49">
        <w:rPr>
          <w:rFonts w:ascii="Times New Roman" w:hAnsi="Times New Roman" w:cs="Times New Roman"/>
          <w:color w:val="auto"/>
          <w:sz w:val="32"/>
          <w:szCs w:val="32"/>
          <w:lang w:eastAsia="zh-TW"/>
        </w:rPr>
        <w:t>紀錄</w:t>
      </w:r>
      <w:bookmarkEnd w:id="128"/>
      <w:bookmarkEnd w:id="129"/>
      <w:bookmarkEnd w:id="130"/>
    </w:p>
    <w:p w14:paraId="3366FE85" w14:textId="77777777" w:rsidR="006D01F3" w:rsidRPr="005F2B49" w:rsidRDefault="00BF6022" w:rsidP="006D01F3">
      <w:pPr>
        <w:jc w:val="center"/>
        <w:rPr>
          <w:rFonts w:eastAsia="新細明體"/>
          <w:lang w:eastAsia="zh-TW"/>
        </w:rPr>
      </w:pPr>
      <w:r w:rsidRPr="005F2B49">
        <w:rPr>
          <w:rFonts w:eastAsia="新細明體"/>
          <w:noProof/>
          <w:lang w:eastAsia="zh-TW"/>
        </w:rPr>
        <w:lastRenderedPageBreak/>
        <w:drawing>
          <wp:inline distT="0" distB="0" distL="0" distR="0" wp14:anchorId="5D29CED1" wp14:editId="333168B7">
            <wp:extent cx="4486940" cy="4212738"/>
            <wp:effectExtent l="0" t="0" r="8890" b="0"/>
            <wp:docPr id="1664544653" name="圖片 166454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497608" cy="4222754"/>
                    </a:xfrm>
                    <a:prstGeom prst="rect">
                      <a:avLst/>
                    </a:prstGeom>
                  </pic:spPr>
                </pic:pic>
              </a:graphicData>
            </a:graphic>
          </wp:inline>
        </w:drawing>
      </w:r>
    </w:p>
    <w:p w14:paraId="113F0E9C" w14:textId="12E6A983" w:rsidR="006D01F3" w:rsidRPr="005F2B49" w:rsidRDefault="006D01F3" w:rsidP="006D01F3">
      <w:pPr>
        <w:pStyle w:val="af7"/>
        <w:jc w:val="center"/>
        <w:rPr>
          <w:rFonts w:ascii="Times New Roman" w:hAnsi="Times New Roman" w:cs="Times New Roman"/>
          <w:color w:val="auto"/>
          <w:sz w:val="32"/>
          <w:szCs w:val="32"/>
          <w:lang w:eastAsia="zh-TW"/>
        </w:rPr>
      </w:pPr>
      <w:bookmarkStart w:id="131" w:name="_Toc239949106"/>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51</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聊天詳細記錄</w:t>
      </w:r>
      <w:bookmarkEnd w:id="131"/>
    </w:p>
    <w:p w14:paraId="3B20256E" w14:textId="77777777" w:rsidR="00E87548" w:rsidRPr="005F2B49" w:rsidRDefault="00E87548" w:rsidP="00E87548">
      <w:pPr>
        <w:pStyle w:val="ae"/>
        <w:ind w:left="360"/>
        <w:jc w:val="both"/>
        <w:rPr>
          <w:rFonts w:ascii="Times New Roman" w:hAnsi="Times New Roman" w:cs="Times New Roman"/>
          <w:szCs w:val="32"/>
          <w:lang w:eastAsia="zh-TW"/>
        </w:rPr>
      </w:pPr>
      <w:r w:rsidRPr="005F2B49">
        <w:rPr>
          <w:rFonts w:ascii="Times New Roman" w:hAnsi="Times New Roman" w:cs="Times New Roman"/>
          <w:szCs w:val="32"/>
          <w:lang w:eastAsia="zh-TW"/>
        </w:rPr>
        <w:t>教師可以在此功能中查詢到自己班級的學生的聊天紀錄。訊息中包含以下：</w:t>
      </w:r>
    </w:p>
    <w:p w14:paraId="5B48AD9F" w14:textId="77777777" w:rsidR="00E87548" w:rsidRPr="005F2B49" w:rsidRDefault="00E87548" w:rsidP="007C1FC0">
      <w:pPr>
        <w:pStyle w:val="ae"/>
        <w:numPr>
          <w:ilvl w:val="0"/>
          <w:numId w:val="8"/>
        </w:numPr>
        <w:jc w:val="both"/>
        <w:rPr>
          <w:rFonts w:ascii="Times New Roman" w:hAnsi="Times New Roman" w:cs="Times New Roman"/>
          <w:szCs w:val="32"/>
          <w:lang w:eastAsia="zh-TW"/>
        </w:rPr>
      </w:pPr>
      <w:r w:rsidRPr="005F2B49">
        <w:rPr>
          <w:rFonts w:ascii="Times New Roman" w:hAnsi="Times New Roman" w:cs="Times New Roman"/>
          <w:szCs w:val="32"/>
          <w:lang w:eastAsia="zh-TW"/>
        </w:rPr>
        <w:t>使用了幾個聊天室。</w:t>
      </w:r>
    </w:p>
    <w:p w14:paraId="0E39A39A" w14:textId="77777777" w:rsidR="00E87548" w:rsidRPr="005F2B49" w:rsidRDefault="00E87548" w:rsidP="007C1FC0">
      <w:pPr>
        <w:pStyle w:val="ae"/>
        <w:numPr>
          <w:ilvl w:val="0"/>
          <w:numId w:val="8"/>
        </w:numPr>
        <w:jc w:val="both"/>
        <w:rPr>
          <w:rFonts w:ascii="Times New Roman" w:hAnsi="Times New Roman" w:cs="Times New Roman"/>
          <w:szCs w:val="32"/>
          <w:lang w:eastAsia="zh-TW"/>
        </w:rPr>
      </w:pPr>
      <w:r w:rsidRPr="005F2B49">
        <w:rPr>
          <w:rFonts w:ascii="Times New Roman" w:hAnsi="Times New Roman" w:cs="Times New Roman"/>
          <w:szCs w:val="32"/>
          <w:lang w:eastAsia="zh-TW"/>
        </w:rPr>
        <w:t>在聊天室中使用了幾次對話。</w:t>
      </w:r>
    </w:p>
    <w:p w14:paraId="54460191" w14:textId="77777777" w:rsidR="00E87548" w:rsidRPr="005F2B49" w:rsidRDefault="00E87548" w:rsidP="007C1FC0">
      <w:pPr>
        <w:pStyle w:val="ae"/>
        <w:numPr>
          <w:ilvl w:val="0"/>
          <w:numId w:val="8"/>
        </w:numPr>
        <w:jc w:val="both"/>
        <w:rPr>
          <w:rFonts w:ascii="Times New Roman" w:hAnsi="Times New Roman" w:cs="Times New Roman"/>
          <w:szCs w:val="32"/>
          <w:lang w:eastAsia="zh-TW"/>
        </w:rPr>
      </w:pPr>
      <w:r w:rsidRPr="005F2B49">
        <w:rPr>
          <w:rFonts w:ascii="Times New Roman" w:hAnsi="Times New Roman" w:cs="Times New Roman"/>
          <w:szCs w:val="32"/>
          <w:lang w:eastAsia="zh-TW"/>
        </w:rPr>
        <w:t>對話的詳細內容。</w:t>
      </w:r>
    </w:p>
    <w:p w14:paraId="1CB7017A" w14:textId="77777777" w:rsidR="006D01F3" w:rsidRPr="005F2B49" w:rsidRDefault="00E87548" w:rsidP="007C1FC0">
      <w:pPr>
        <w:pStyle w:val="ae"/>
        <w:numPr>
          <w:ilvl w:val="0"/>
          <w:numId w:val="8"/>
        </w:numPr>
        <w:jc w:val="both"/>
        <w:rPr>
          <w:rFonts w:ascii="Times New Roman" w:hAnsi="Times New Roman" w:cs="Times New Roman"/>
          <w:szCs w:val="32"/>
          <w:lang w:eastAsia="zh-TW"/>
        </w:rPr>
      </w:pPr>
      <w:r w:rsidRPr="005F2B49">
        <w:rPr>
          <w:rFonts w:ascii="Times New Roman" w:hAnsi="Times New Roman" w:cs="Times New Roman"/>
          <w:szCs w:val="32"/>
          <w:lang w:eastAsia="zh-TW"/>
        </w:rPr>
        <w:t>聊天的詳細時間。</w:t>
      </w:r>
    </w:p>
    <w:p w14:paraId="33C06B14" w14:textId="77777777" w:rsidR="001B52D6" w:rsidRPr="005F2B49" w:rsidRDefault="001B52D6" w:rsidP="008025AA">
      <w:pPr>
        <w:pStyle w:val="4"/>
        <w:rPr>
          <w:color w:val="auto"/>
        </w:rPr>
      </w:pPr>
      <w:bookmarkStart w:id="132" w:name="_Toc239949037"/>
      <w:r w:rsidRPr="005F2B49">
        <w:rPr>
          <w:rFonts w:hint="eastAsia"/>
          <w:color w:val="auto"/>
        </w:rPr>
        <w:lastRenderedPageBreak/>
        <w:t>匯出對話紀錄</w:t>
      </w:r>
      <w:bookmarkEnd w:id="132"/>
    </w:p>
    <w:p w14:paraId="77D8BC39" w14:textId="77777777" w:rsidR="001B52D6" w:rsidRPr="005F2B49" w:rsidRDefault="00BF6022" w:rsidP="001B52D6">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7835C632" wp14:editId="3DDEEF9E">
            <wp:extent cx="5755855" cy="1339702"/>
            <wp:effectExtent l="0" t="0" r="0" b="0"/>
            <wp:docPr id="1664544654" name="圖片 1664544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64584" cy="1341734"/>
                    </a:xfrm>
                    <a:prstGeom prst="rect">
                      <a:avLst/>
                    </a:prstGeom>
                  </pic:spPr>
                </pic:pic>
              </a:graphicData>
            </a:graphic>
          </wp:inline>
        </w:drawing>
      </w:r>
    </w:p>
    <w:p w14:paraId="50B9CE5E" w14:textId="2941D90D" w:rsidR="001B52D6" w:rsidRPr="005F2B49" w:rsidRDefault="008C2AAB" w:rsidP="008C2AAB">
      <w:pPr>
        <w:pStyle w:val="af7"/>
        <w:jc w:val="center"/>
        <w:rPr>
          <w:rFonts w:ascii="Times New Roman" w:hAnsi="Times New Roman" w:cs="Times New Roman"/>
          <w:color w:val="auto"/>
          <w:sz w:val="32"/>
          <w:szCs w:val="32"/>
          <w:lang w:eastAsia="zh-TW"/>
        </w:rPr>
      </w:pPr>
      <w:bookmarkStart w:id="133" w:name="_Toc239949107"/>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52</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001B52D6" w:rsidRPr="005F2B49">
        <w:rPr>
          <w:rFonts w:ascii="Times New Roman" w:hAnsi="Times New Roman" w:cs="Times New Roman" w:hint="eastAsia"/>
          <w:color w:val="auto"/>
          <w:sz w:val="32"/>
          <w:szCs w:val="32"/>
          <w:lang w:eastAsia="zh-TW"/>
        </w:rPr>
        <w:t>匯出對話紀錄</w:t>
      </w:r>
      <w:bookmarkEnd w:id="133"/>
    </w:p>
    <w:p w14:paraId="032EC923" w14:textId="77777777" w:rsidR="001B52D6" w:rsidRPr="005F2B49" w:rsidRDefault="001B52D6" w:rsidP="001B52D6">
      <w:pPr>
        <w:rPr>
          <w:rFonts w:ascii="Times New Roman" w:hAnsi="Times New Roman" w:cs="Times New Roman"/>
          <w:szCs w:val="32"/>
          <w:lang w:eastAsia="zh-TW"/>
        </w:rPr>
      </w:pPr>
      <w:r w:rsidRPr="005F2B49">
        <w:rPr>
          <w:rFonts w:ascii="Times New Roman" w:hAnsi="Times New Roman" w:cs="Times New Roman"/>
          <w:szCs w:val="32"/>
          <w:lang w:eastAsia="zh-TW"/>
        </w:rPr>
        <w:t>教師可以選擇自己所屬班級，設定要匯出的內容日期，點選</w:t>
      </w:r>
      <w:r w:rsidRPr="005F2B49">
        <w:rPr>
          <w:rFonts w:ascii="Times New Roman" w:hAnsi="Times New Roman" w:cs="Times New Roman" w:hint="eastAsia"/>
          <w:szCs w:val="32"/>
          <w:lang w:eastAsia="zh-TW"/>
        </w:rPr>
        <w:t>“</w:t>
      </w:r>
      <w:r w:rsidRPr="005F2B49">
        <w:rPr>
          <w:rFonts w:ascii="Times New Roman" w:hAnsi="Times New Roman" w:cs="Times New Roman"/>
          <w:szCs w:val="32"/>
          <w:lang w:eastAsia="zh-TW"/>
        </w:rPr>
        <w:t>匯出</w:t>
      </w:r>
      <w:r w:rsidRPr="005F2B49">
        <w:rPr>
          <w:rFonts w:ascii="Times New Roman" w:hAnsi="Times New Roman" w:cs="Times New Roman"/>
          <w:szCs w:val="32"/>
          <w:lang w:eastAsia="zh-TW"/>
        </w:rPr>
        <w:t>Excel</w:t>
      </w:r>
      <w:r w:rsidRPr="005F2B49">
        <w:rPr>
          <w:rFonts w:ascii="Times New Roman" w:hAnsi="Times New Roman" w:cs="Times New Roman" w:hint="eastAsia"/>
          <w:szCs w:val="32"/>
          <w:lang w:eastAsia="zh-TW"/>
        </w:rPr>
        <w:t>”</w:t>
      </w:r>
      <w:r w:rsidRPr="005F2B49">
        <w:rPr>
          <w:rFonts w:ascii="Times New Roman" w:hAnsi="Times New Roman" w:cs="Times New Roman"/>
          <w:szCs w:val="32"/>
          <w:lang w:eastAsia="zh-TW"/>
        </w:rPr>
        <w:t>即可匯出</w:t>
      </w:r>
      <w:r w:rsidRPr="005F2B49">
        <w:rPr>
          <w:rFonts w:ascii="Times New Roman" w:hAnsi="Times New Roman" w:cs="Times New Roman"/>
          <w:szCs w:val="32"/>
          <w:lang w:eastAsia="zh-TW"/>
        </w:rPr>
        <w:t>Excel</w:t>
      </w:r>
      <w:r w:rsidRPr="005F2B49">
        <w:rPr>
          <w:rFonts w:ascii="Times New Roman" w:hAnsi="Times New Roman" w:cs="Times New Roman"/>
          <w:szCs w:val="32"/>
          <w:lang w:eastAsia="zh-TW"/>
        </w:rPr>
        <w:t>檔案。</w:t>
      </w:r>
      <w:r w:rsidR="0097193D" w:rsidRPr="005F2B49">
        <w:rPr>
          <w:rFonts w:ascii="Times New Roman" w:hAnsi="Times New Roman" w:cs="Times New Roman" w:hint="eastAsia"/>
          <w:szCs w:val="32"/>
          <w:lang w:eastAsia="zh-TW"/>
        </w:rPr>
        <w:t>在對話紀錄中，可查看每一筆對話的詳細資訊，包含</w:t>
      </w:r>
      <w:r w:rsidR="0097193D" w:rsidRPr="005F2B49">
        <w:rPr>
          <w:rFonts w:ascii="Times New Roman" w:hAnsi="Times New Roman" w:cs="Times New Roman"/>
          <w:szCs w:val="32"/>
          <w:lang w:eastAsia="zh-TW"/>
        </w:rPr>
        <w:t>對話時間</w:t>
      </w:r>
      <w:r w:rsidR="0097193D" w:rsidRPr="005F2B49">
        <w:rPr>
          <w:rFonts w:ascii="Times New Roman" w:hAnsi="Times New Roman" w:cs="Times New Roman" w:hint="eastAsia"/>
          <w:szCs w:val="32"/>
          <w:lang w:eastAsia="zh-TW"/>
        </w:rPr>
        <w:t>、使用的</w:t>
      </w:r>
      <w:r w:rsidR="0097193D" w:rsidRPr="005F2B49">
        <w:rPr>
          <w:rFonts w:ascii="Times New Roman" w:hAnsi="Times New Roman" w:cs="Times New Roman" w:hint="eastAsia"/>
          <w:szCs w:val="32"/>
          <w:lang w:eastAsia="zh-TW"/>
        </w:rPr>
        <w:t xml:space="preserve"> Chatbot </w:t>
      </w:r>
      <w:r w:rsidR="0097193D" w:rsidRPr="005F2B49">
        <w:rPr>
          <w:rFonts w:ascii="Times New Roman" w:hAnsi="Times New Roman" w:cs="Times New Roman" w:hint="eastAsia"/>
          <w:szCs w:val="32"/>
          <w:lang w:eastAsia="zh-TW"/>
        </w:rPr>
        <w:t>名稱以及使用的</w:t>
      </w:r>
      <w:r w:rsidR="0097193D" w:rsidRPr="005F2B49">
        <w:rPr>
          <w:rFonts w:ascii="Times New Roman" w:hAnsi="Times New Roman" w:cs="Times New Roman" w:hint="eastAsia"/>
          <w:szCs w:val="32"/>
          <w:lang w:eastAsia="zh-TW"/>
        </w:rPr>
        <w:t xml:space="preserve"> LLM </w:t>
      </w:r>
      <w:r w:rsidR="0097193D" w:rsidRPr="005F2B49">
        <w:rPr>
          <w:rFonts w:ascii="Times New Roman" w:hAnsi="Times New Roman" w:cs="Times New Roman" w:hint="eastAsia"/>
          <w:szCs w:val="32"/>
          <w:lang w:eastAsia="zh-TW"/>
        </w:rPr>
        <w:t>模型名稱。</w:t>
      </w:r>
    </w:p>
    <w:p w14:paraId="34E70727" w14:textId="77777777" w:rsidR="00E32E3B" w:rsidRPr="005F2B49" w:rsidRDefault="00E32E3B" w:rsidP="0073501C">
      <w:pPr>
        <w:rPr>
          <w:rFonts w:ascii="Times New Roman" w:hAnsi="Times New Roman" w:cs="Times New Roman"/>
          <w:szCs w:val="32"/>
          <w:lang w:eastAsia="zh-TW"/>
        </w:rPr>
      </w:pPr>
    </w:p>
    <w:p w14:paraId="1E0A28EE" w14:textId="77777777" w:rsidR="00E32E3B" w:rsidRPr="005F2B49" w:rsidRDefault="00E32E3B" w:rsidP="00E32E3B">
      <w:pPr>
        <w:pStyle w:val="4"/>
        <w:rPr>
          <w:rFonts w:ascii="Times New Roman" w:hAnsi="Times New Roman" w:cs="Times New Roman"/>
          <w:color w:val="auto"/>
          <w:lang w:eastAsia="zh-TW"/>
        </w:rPr>
      </w:pPr>
      <w:bookmarkStart w:id="134" w:name="_Toc239949038"/>
      <w:r w:rsidRPr="005F2B49">
        <w:rPr>
          <w:rFonts w:ascii="Times New Roman" w:hAnsi="Times New Roman" w:cs="Times New Roman"/>
          <w:color w:val="auto"/>
          <w:lang w:eastAsia="zh-TW"/>
        </w:rPr>
        <w:t xml:space="preserve">API </w:t>
      </w:r>
      <w:r w:rsidRPr="005F2B49">
        <w:rPr>
          <w:rFonts w:ascii="Times New Roman" w:hAnsi="Times New Roman" w:cs="Times New Roman"/>
          <w:color w:val="auto"/>
          <w:lang w:eastAsia="zh-TW"/>
        </w:rPr>
        <w:t>金鑰</w:t>
      </w:r>
      <w:bookmarkEnd w:id="134"/>
    </w:p>
    <w:p w14:paraId="06D10111" w14:textId="77777777" w:rsidR="0073501C" w:rsidRPr="005F2B49" w:rsidRDefault="0073501C" w:rsidP="0073501C">
      <w:pPr>
        <w:pStyle w:val="af7"/>
        <w:jc w:val="center"/>
        <w:rPr>
          <w:rFonts w:ascii="Times New Roman" w:hAnsi="Times New Roman" w:cs="Times New Roman"/>
          <w:color w:val="auto"/>
          <w:sz w:val="32"/>
          <w:szCs w:val="32"/>
          <w:lang w:eastAsia="zh-TW"/>
        </w:rPr>
      </w:pPr>
      <w:r w:rsidRPr="005F2B49">
        <w:rPr>
          <w:rFonts w:ascii="Times New Roman" w:hAnsi="Times New Roman" w:cs="Times New Roman"/>
          <w:noProof/>
          <w:color w:val="auto"/>
          <w:szCs w:val="32"/>
          <w:lang w:eastAsia="zh-TW"/>
        </w:rPr>
        <w:drawing>
          <wp:inline distT="0" distB="0" distL="0" distR="0" wp14:anchorId="3B4C5EF3" wp14:editId="7BE36B9D">
            <wp:extent cx="3864337" cy="2806564"/>
            <wp:effectExtent l="0" t="0" r="3175" b="0"/>
            <wp:docPr id="25087488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874882" name=""/>
                    <pic:cNvPicPr/>
                  </pic:nvPicPr>
                  <pic:blipFill>
                    <a:blip r:embed="rId72"/>
                    <a:stretch>
                      <a:fillRect/>
                    </a:stretch>
                  </pic:blipFill>
                  <pic:spPr>
                    <a:xfrm>
                      <a:off x="0" y="0"/>
                      <a:ext cx="3868926" cy="2809897"/>
                    </a:xfrm>
                    <a:prstGeom prst="rect">
                      <a:avLst/>
                    </a:prstGeom>
                  </pic:spPr>
                </pic:pic>
              </a:graphicData>
            </a:graphic>
          </wp:inline>
        </w:drawing>
      </w:r>
    </w:p>
    <w:p w14:paraId="1B228B0C" w14:textId="1F44455A" w:rsidR="0073501C" w:rsidRPr="005F2B49" w:rsidRDefault="0073501C" w:rsidP="0073501C">
      <w:pPr>
        <w:pStyle w:val="af7"/>
        <w:jc w:val="center"/>
        <w:rPr>
          <w:rFonts w:ascii="Times New Roman" w:hAnsi="Times New Roman" w:cs="Times New Roman"/>
          <w:color w:val="auto"/>
          <w:sz w:val="32"/>
          <w:szCs w:val="32"/>
          <w:lang w:eastAsia="zh-TW"/>
        </w:rPr>
      </w:pPr>
      <w:bookmarkStart w:id="135" w:name="_Toc239949108"/>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53</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API</w:t>
      </w:r>
      <w:r w:rsidRPr="005F2B49">
        <w:rPr>
          <w:rFonts w:ascii="Times New Roman" w:hAnsi="Times New Roman" w:cs="Times New Roman" w:hint="eastAsia"/>
          <w:color w:val="auto"/>
          <w:sz w:val="32"/>
          <w:szCs w:val="32"/>
          <w:lang w:eastAsia="zh-TW"/>
        </w:rPr>
        <w:t>金鑰介面</w:t>
      </w:r>
      <w:bookmarkEnd w:id="135"/>
    </w:p>
    <w:p w14:paraId="173D02BC" w14:textId="77777777" w:rsidR="0073501C" w:rsidRPr="005F2B49" w:rsidRDefault="0073501C" w:rsidP="0073501C">
      <w:pPr>
        <w:rPr>
          <w:lang w:eastAsia="zh-TW"/>
        </w:rPr>
      </w:pPr>
    </w:p>
    <w:p w14:paraId="1A9EA2B1" w14:textId="77777777" w:rsidR="0073501C" w:rsidRPr="005F2B49" w:rsidRDefault="0073501C" w:rsidP="0073501C">
      <w:pPr>
        <w:rPr>
          <w:lang w:eastAsia="zh-TW"/>
        </w:rPr>
      </w:pPr>
      <w:r w:rsidRPr="005F2B49">
        <w:rPr>
          <w:lang w:eastAsia="zh-TW"/>
        </w:rPr>
        <w:lastRenderedPageBreak/>
        <w:t xml:space="preserve">API </w:t>
      </w:r>
      <w:r w:rsidRPr="005F2B49">
        <w:rPr>
          <w:lang w:eastAsia="zh-TW"/>
        </w:rPr>
        <w:t>金鑰功能屬於需申請權限的功能。若有</w:t>
      </w:r>
      <w:r w:rsidRPr="005F2B49">
        <w:rPr>
          <w:lang w:eastAsia="zh-TW"/>
        </w:rPr>
        <w:t xml:space="preserve"> API </w:t>
      </w:r>
      <w:r w:rsidRPr="005F2B49">
        <w:rPr>
          <w:lang w:eastAsia="zh-TW"/>
        </w:rPr>
        <w:t>串接需求，需先向系統管理者提出申請，經開通權限後才能建立及使用</w:t>
      </w:r>
      <w:r w:rsidRPr="005F2B49">
        <w:rPr>
          <w:lang w:eastAsia="zh-TW"/>
        </w:rPr>
        <w:t xml:space="preserve"> API </w:t>
      </w:r>
      <w:r w:rsidRPr="005F2B49">
        <w:rPr>
          <w:lang w:eastAsia="zh-TW"/>
        </w:rPr>
        <w:t>金鑰。</w:t>
      </w:r>
    </w:p>
    <w:p w14:paraId="52D42336" w14:textId="77777777" w:rsidR="0073501C" w:rsidRPr="005F2B49" w:rsidRDefault="0073501C" w:rsidP="0073501C">
      <w:pPr>
        <w:rPr>
          <w:lang w:eastAsia="zh-TW"/>
        </w:rPr>
      </w:pPr>
      <w:r w:rsidRPr="005F2B49">
        <w:rPr>
          <w:lang w:eastAsia="zh-TW"/>
        </w:rPr>
        <w:t>使用者可建立</w:t>
      </w:r>
      <w:r w:rsidRPr="005F2B49">
        <w:rPr>
          <w:lang w:eastAsia="zh-TW"/>
        </w:rPr>
        <w:t xml:space="preserve"> API </w:t>
      </w:r>
      <w:r w:rsidRPr="005F2B49">
        <w:rPr>
          <w:lang w:eastAsia="zh-TW"/>
        </w:rPr>
        <w:t>金鑰（</w:t>
      </w:r>
      <w:r w:rsidRPr="005F2B49">
        <w:rPr>
          <w:lang w:eastAsia="zh-TW"/>
        </w:rPr>
        <w:t>API Key</w:t>
      </w:r>
      <w:r w:rsidRPr="005F2B49">
        <w:rPr>
          <w:lang w:eastAsia="zh-TW"/>
        </w:rPr>
        <w:t>），透過</w:t>
      </w:r>
      <w:r w:rsidRPr="005F2B49">
        <w:rPr>
          <w:lang w:eastAsia="zh-TW"/>
        </w:rPr>
        <w:t xml:space="preserve"> API </w:t>
      </w:r>
      <w:r w:rsidRPr="005F2B49">
        <w:rPr>
          <w:lang w:eastAsia="zh-TW"/>
        </w:rPr>
        <w:t>與歐姆學園進行系統串接，讓外部應用程式能夠呼叫相關功能，進一步整合至其他系統或服務中。</w:t>
      </w:r>
      <w:r w:rsidRPr="005F2B49">
        <w:rPr>
          <w:rFonts w:hint="eastAsia"/>
          <w:lang w:eastAsia="zh-TW"/>
        </w:rPr>
        <w:t>建立</w:t>
      </w:r>
      <w:r w:rsidRPr="005F2B49">
        <w:rPr>
          <w:rFonts w:hint="eastAsia"/>
          <w:lang w:eastAsia="zh-TW"/>
        </w:rPr>
        <w:t xml:space="preserve"> API </w:t>
      </w:r>
      <w:r w:rsidRPr="005F2B49">
        <w:rPr>
          <w:rFonts w:hint="eastAsia"/>
          <w:lang w:eastAsia="zh-TW"/>
        </w:rPr>
        <w:t>金鑰時，可依照實際使用需求設定金鑰權限，限制該金鑰可執行的操作，包含：</w:t>
      </w:r>
    </w:p>
    <w:p w14:paraId="2F57B053" w14:textId="77777777" w:rsidR="0073501C" w:rsidRPr="005F2B49" w:rsidRDefault="0073501C" w:rsidP="007C1FC0">
      <w:pPr>
        <w:pStyle w:val="ae"/>
        <w:numPr>
          <w:ilvl w:val="0"/>
          <w:numId w:val="26"/>
        </w:numPr>
        <w:rPr>
          <w:lang w:eastAsia="zh-TW"/>
        </w:rPr>
      </w:pPr>
      <w:r w:rsidRPr="005F2B49">
        <w:rPr>
          <w:rFonts w:hint="eastAsia"/>
          <w:lang w:eastAsia="zh-TW"/>
        </w:rPr>
        <w:t>對話發送</w:t>
      </w:r>
      <w:r w:rsidRPr="005F2B49">
        <w:rPr>
          <w:rFonts w:hint="eastAsia"/>
          <w:lang w:eastAsia="zh-TW"/>
        </w:rPr>
        <w:t xml:space="preserve"> Chat</w:t>
      </w:r>
      <w:r w:rsidRPr="005F2B49">
        <w:rPr>
          <w:rFonts w:hint="eastAsia"/>
          <w:lang w:eastAsia="zh-TW"/>
        </w:rPr>
        <w:t>（寫）：允許透過</w:t>
      </w:r>
      <w:r w:rsidRPr="005F2B49">
        <w:rPr>
          <w:rFonts w:hint="eastAsia"/>
          <w:lang w:eastAsia="zh-TW"/>
        </w:rPr>
        <w:t xml:space="preserve"> API </w:t>
      </w:r>
      <w:r w:rsidRPr="005F2B49">
        <w:rPr>
          <w:rFonts w:hint="eastAsia"/>
          <w:lang w:eastAsia="zh-TW"/>
        </w:rPr>
        <w:t>發送對話訊息。</w:t>
      </w:r>
    </w:p>
    <w:p w14:paraId="52143499" w14:textId="77777777" w:rsidR="0073501C" w:rsidRPr="005F2B49" w:rsidRDefault="0073501C" w:rsidP="007C1FC0">
      <w:pPr>
        <w:pStyle w:val="ae"/>
        <w:numPr>
          <w:ilvl w:val="0"/>
          <w:numId w:val="26"/>
        </w:numPr>
        <w:rPr>
          <w:lang w:eastAsia="zh-TW"/>
        </w:rPr>
      </w:pPr>
      <w:r w:rsidRPr="005F2B49">
        <w:rPr>
          <w:rFonts w:hint="eastAsia"/>
          <w:lang w:eastAsia="zh-TW"/>
        </w:rPr>
        <w:t>對話紀錄查詢</w:t>
      </w:r>
      <w:r w:rsidRPr="005F2B49">
        <w:rPr>
          <w:rFonts w:hint="eastAsia"/>
          <w:lang w:eastAsia="zh-TW"/>
        </w:rPr>
        <w:t xml:space="preserve"> Conversations</w:t>
      </w:r>
      <w:r w:rsidRPr="005F2B49">
        <w:rPr>
          <w:rFonts w:hint="eastAsia"/>
          <w:lang w:eastAsia="zh-TW"/>
        </w:rPr>
        <w:t>（讀）：允許透過</w:t>
      </w:r>
      <w:r w:rsidRPr="005F2B49">
        <w:rPr>
          <w:rFonts w:hint="eastAsia"/>
          <w:lang w:eastAsia="zh-TW"/>
        </w:rPr>
        <w:t xml:space="preserve"> API </w:t>
      </w:r>
      <w:r w:rsidRPr="005F2B49">
        <w:rPr>
          <w:rFonts w:hint="eastAsia"/>
          <w:lang w:eastAsia="zh-TW"/>
        </w:rPr>
        <w:t>讀取及查詢對話紀錄。</w:t>
      </w:r>
    </w:p>
    <w:p w14:paraId="6C32A041" w14:textId="77777777" w:rsidR="0073501C" w:rsidRPr="005F2B49" w:rsidRDefault="0073501C" w:rsidP="007C1FC0">
      <w:pPr>
        <w:pStyle w:val="ae"/>
        <w:numPr>
          <w:ilvl w:val="0"/>
          <w:numId w:val="26"/>
        </w:numPr>
        <w:rPr>
          <w:lang w:eastAsia="zh-TW"/>
        </w:rPr>
      </w:pPr>
      <w:r w:rsidRPr="005F2B49">
        <w:rPr>
          <w:rFonts w:hint="eastAsia"/>
          <w:lang w:eastAsia="zh-TW"/>
        </w:rPr>
        <w:t xml:space="preserve">Chatbot </w:t>
      </w:r>
      <w:r w:rsidRPr="005F2B49">
        <w:rPr>
          <w:rFonts w:hint="eastAsia"/>
          <w:lang w:eastAsia="zh-TW"/>
        </w:rPr>
        <w:t>設定讀取</w:t>
      </w:r>
      <w:r w:rsidRPr="005F2B49">
        <w:rPr>
          <w:rFonts w:hint="eastAsia"/>
          <w:lang w:eastAsia="zh-TW"/>
        </w:rPr>
        <w:t xml:space="preserve"> Chatbots</w:t>
      </w:r>
      <w:r w:rsidRPr="005F2B49">
        <w:rPr>
          <w:rFonts w:hint="eastAsia"/>
          <w:lang w:eastAsia="zh-TW"/>
        </w:rPr>
        <w:t>（讀）：允許透過</w:t>
      </w:r>
      <w:r w:rsidRPr="005F2B49">
        <w:rPr>
          <w:rFonts w:hint="eastAsia"/>
          <w:lang w:eastAsia="zh-TW"/>
        </w:rPr>
        <w:t xml:space="preserve"> API </w:t>
      </w:r>
      <w:r w:rsidRPr="005F2B49">
        <w:rPr>
          <w:rFonts w:hint="eastAsia"/>
          <w:lang w:eastAsia="zh-TW"/>
        </w:rPr>
        <w:t>讀取</w:t>
      </w:r>
      <w:r w:rsidRPr="005F2B49">
        <w:rPr>
          <w:rFonts w:hint="eastAsia"/>
          <w:lang w:eastAsia="zh-TW"/>
        </w:rPr>
        <w:t xml:space="preserve"> Chatbot </w:t>
      </w:r>
      <w:r w:rsidRPr="005F2B49">
        <w:rPr>
          <w:rFonts w:hint="eastAsia"/>
          <w:lang w:eastAsia="zh-TW"/>
        </w:rPr>
        <w:t>的相關設定。</w:t>
      </w:r>
    </w:p>
    <w:p w14:paraId="6D3AD32C" w14:textId="77777777" w:rsidR="007077BA" w:rsidRPr="005F2B49" w:rsidRDefault="007077BA" w:rsidP="007077BA">
      <w:pPr>
        <w:rPr>
          <w:rFonts w:ascii="Times New Roman" w:hAnsi="Times New Roman" w:cs="Times New Roman"/>
          <w:szCs w:val="32"/>
          <w:lang w:eastAsia="zh-TW"/>
        </w:rPr>
      </w:pPr>
      <w:r w:rsidRPr="005F2B49">
        <w:rPr>
          <w:rFonts w:ascii="Times New Roman" w:hAnsi="Times New Roman" w:cs="Times New Roman"/>
          <w:szCs w:val="32"/>
          <w:lang w:eastAsia="zh-TW"/>
        </w:rPr>
        <w:br w:type="page"/>
      </w:r>
    </w:p>
    <w:p w14:paraId="04C43F0A" w14:textId="77777777" w:rsidR="00806AF4" w:rsidRPr="005F2B49" w:rsidRDefault="00C61E32" w:rsidP="001B52D6">
      <w:pPr>
        <w:pStyle w:val="31"/>
        <w:rPr>
          <w:color w:val="auto"/>
        </w:rPr>
      </w:pPr>
      <w:bookmarkStart w:id="136" w:name="_Toc206396959"/>
      <w:bookmarkStart w:id="137" w:name="_Toc206400343"/>
      <w:bookmarkStart w:id="138" w:name="_Toc206402255"/>
      <w:bookmarkStart w:id="139" w:name="_Toc206402355"/>
      <w:bookmarkStart w:id="140" w:name="_Toc206403988"/>
      <w:bookmarkStart w:id="141" w:name="_Toc206404307"/>
      <w:bookmarkStart w:id="142" w:name="_Toc239949039"/>
      <w:r w:rsidRPr="005F2B49">
        <w:rPr>
          <w:color w:val="auto"/>
        </w:rPr>
        <w:lastRenderedPageBreak/>
        <w:t>3.</w:t>
      </w:r>
      <w:r w:rsidR="003253A4" w:rsidRPr="005F2B49">
        <w:rPr>
          <w:rFonts w:hint="eastAsia"/>
          <w:color w:val="auto"/>
        </w:rPr>
        <w:t>1</w:t>
      </w:r>
      <w:r w:rsidRPr="005F2B49">
        <w:rPr>
          <w:color w:val="auto"/>
        </w:rPr>
        <w:t>.</w:t>
      </w:r>
      <w:r w:rsidR="00E6281A" w:rsidRPr="005F2B49">
        <w:rPr>
          <w:color w:val="auto"/>
        </w:rPr>
        <w:t>2</w:t>
      </w:r>
      <w:r w:rsidRPr="005F2B49">
        <w:rPr>
          <w:color w:val="auto"/>
        </w:rPr>
        <w:t xml:space="preserve"> </w:t>
      </w:r>
      <w:r w:rsidR="00E6281A" w:rsidRPr="005F2B49">
        <w:rPr>
          <w:color w:val="auto"/>
        </w:rPr>
        <w:t>學校管理者選單</w:t>
      </w:r>
      <w:bookmarkEnd w:id="136"/>
      <w:bookmarkEnd w:id="137"/>
      <w:bookmarkEnd w:id="138"/>
      <w:bookmarkEnd w:id="139"/>
      <w:bookmarkEnd w:id="140"/>
      <w:bookmarkEnd w:id="141"/>
      <w:bookmarkEnd w:id="142"/>
    </w:p>
    <w:p w14:paraId="77B32671" w14:textId="77777777" w:rsidR="00806AF4" w:rsidRPr="005F2B49" w:rsidRDefault="00034499" w:rsidP="00806AF4">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34E03069" wp14:editId="2150528C">
            <wp:extent cx="5083791" cy="4828425"/>
            <wp:effectExtent l="0" t="0" r="3175" b="0"/>
            <wp:docPr id="191078461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784613" name=""/>
                    <pic:cNvPicPr/>
                  </pic:nvPicPr>
                  <pic:blipFill>
                    <a:blip r:embed="rId73"/>
                    <a:stretch>
                      <a:fillRect/>
                    </a:stretch>
                  </pic:blipFill>
                  <pic:spPr>
                    <a:xfrm>
                      <a:off x="0" y="0"/>
                      <a:ext cx="5091661" cy="4835900"/>
                    </a:xfrm>
                    <a:prstGeom prst="rect">
                      <a:avLst/>
                    </a:prstGeom>
                  </pic:spPr>
                </pic:pic>
              </a:graphicData>
            </a:graphic>
          </wp:inline>
        </w:drawing>
      </w:r>
    </w:p>
    <w:p w14:paraId="2ED6A5A7" w14:textId="0B35CED4" w:rsidR="00806AF4" w:rsidRPr="005F2B49" w:rsidRDefault="00806AF4" w:rsidP="00624EF3">
      <w:pPr>
        <w:pStyle w:val="af7"/>
        <w:jc w:val="center"/>
        <w:rPr>
          <w:rFonts w:ascii="Times New Roman" w:hAnsi="Times New Roman" w:cs="Times New Roman"/>
          <w:bCs w:val="0"/>
          <w:color w:val="auto"/>
          <w:sz w:val="32"/>
          <w:szCs w:val="32"/>
          <w:lang w:eastAsia="zh-TW"/>
        </w:rPr>
      </w:pPr>
      <w:bookmarkStart w:id="143" w:name="_Toc239949109"/>
      <w:r w:rsidRPr="005F2B49">
        <w:rPr>
          <w:rFonts w:ascii="Times New Roman" w:hAnsi="Times New Roman" w:cs="Times New Roman" w:hint="eastAsia"/>
          <w:bCs w:val="0"/>
          <w:color w:val="auto"/>
          <w:sz w:val="32"/>
          <w:szCs w:val="32"/>
          <w:lang w:eastAsia="zh-TW"/>
        </w:rPr>
        <w:t>圖</w:t>
      </w:r>
      <w:r w:rsidRPr="005F2B49">
        <w:rPr>
          <w:rFonts w:ascii="Times New Roman" w:hAnsi="Times New Roman" w:cs="Times New Roman" w:hint="eastAsia"/>
          <w:bCs w:val="0"/>
          <w:color w:val="auto"/>
          <w:sz w:val="32"/>
          <w:szCs w:val="32"/>
          <w:lang w:eastAsia="zh-TW"/>
        </w:rPr>
        <w:t xml:space="preserve"> </w:t>
      </w:r>
      <w:r w:rsidR="00617749" w:rsidRPr="005F2B49">
        <w:rPr>
          <w:rFonts w:ascii="Times New Roman" w:hAnsi="Times New Roman" w:cs="Times New Roman"/>
          <w:bCs w:val="0"/>
          <w:color w:val="auto"/>
          <w:sz w:val="32"/>
          <w:szCs w:val="32"/>
          <w:lang w:eastAsia="zh-TW"/>
        </w:rPr>
        <w:fldChar w:fldCharType="begin"/>
      </w:r>
      <w:r w:rsidR="00617749" w:rsidRPr="005F2B49">
        <w:rPr>
          <w:rFonts w:ascii="Times New Roman" w:hAnsi="Times New Roman" w:cs="Times New Roman"/>
          <w:bCs w:val="0"/>
          <w:color w:val="auto"/>
          <w:sz w:val="32"/>
          <w:szCs w:val="32"/>
          <w:lang w:eastAsia="zh-TW"/>
        </w:rPr>
        <w:instrText xml:space="preserve"> </w:instrText>
      </w:r>
      <w:r w:rsidR="00617749" w:rsidRPr="005F2B49">
        <w:rPr>
          <w:rFonts w:ascii="Times New Roman" w:hAnsi="Times New Roman" w:cs="Times New Roman" w:hint="eastAsia"/>
          <w:bCs w:val="0"/>
          <w:color w:val="auto"/>
          <w:sz w:val="32"/>
          <w:szCs w:val="32"/>
          <w:lang w:eastAsia="zh-TW"/>
        </w:rPr>
        <w:instrText xml:space="preserve">SEQ </w:instrText>
      </w:r>
      <w:r w:rsidR="00617749" w:rsidRPr="005F2B49">
        <w:rPr>
          <w:rFonts w:ascii="Times New Roman" w:hAnsi="Times New Roman" w:cs="Times New Roman" w:hint="eastAsia"/>
          <w:bCs w:val="0"/>
          <w:color w:val="auto"/>
          <w:sz w:val="32"/>
          <w:szCs w:val="32"/>
          <w:lang w:eastAsia="zh-TW"/>
        </w:rPr>
        <w:instrText>圖</w:instrText>
      </w:r>
      <w:r w:rsidR="00617749" w:rsidRPr="005F2B49">
        <w:rPr>
          <w:rFonts w:ascii="Times New Roman" w:hAnsi="Times New Roman" w:cs="Times New Roman" w:hint="eastAsia"/>
          <w:bCs w:val="0"/>
          <w:color w:val="auto"/>
          <w:sz w:val="32"/>
          <w:szCs w:val="32"/>
          <w:lang w:eastAsia="zh-TW"/>
        </w:rPr>
        <w:instrText xml:space="preserve"> \* ARABIC</w:instrText>
      </w:r>
      <w:r w:rsidR="00617749" w:rsidRPr="005F2B49">
        <w:rPr>
          <w:rFonts w:ascii="Times New Roman" w:hAnsi="Times New Roman" w:cs="Times New Roman"/>
          <w:bCs w:val="0"/>
          <w:color w:val="auto"/>
          <w:sz w:val="32"/>
          <w:szCs w:val="32"/>
          <w:lang w:eastAsia="zh-TW"/>
        </w:rPr>
        <w:instrText xml:space="preserve"> </w:instrText>
      </w:r>
      <w:r w:rsidR="00617749" w:rsidRPr="005F2B49">
        <w:rPr>
          <w:rFonts w:ascii="Times New Roman" w:hAnsi="Times New Roman" w:cs="Times New Roman"/>
          <w:bCs w:val="0"/>
          <w:color w:val="auto"/>
          <w:sz w:val="32"/>
          <w:szCs w:val="32"/>
          <w:lang w:eastAsia="zh-TW"/>
        </w:rPr>
        <w:fldChar w:fldCharType="separate"/>
      </w:r>
      <w:r w:rsidR="00497BF4" w:rsidRPr="005F2B49">
        <w:rPr>
          <w:rFonts w:ascii="Times New Roman" w:hAnsi="Times New Roman" w:cs="Times New Roman"/>
          <w:bCs w:val="0"/>
          <w:noProof/>
          <w:color w:val="auto"/>
          <w:sz w:val="32"/>
          <w:szCs w:val="32"/>
          <w:lang w:eastAsia="zh-TW"/>
        </w:rPr>
        <w:t>54</w:t>
      </w:r>
      <w:r w:rsidR="00617749" w:rsidRPr="005F2B49">
        <w:rPr>
          <w:rFonts w:ascii="Times New Roman" w:hAnsi="Times New Roman" w:cs="Times New Roman"/>
          <w:bCs w:val="0"/>
          <w:color w:val="auto"/>
          <w:sz w:val="32"/>
          <w:szCs w:val="32"/>
          <w:lang w:eastAsia="zh-TW"/>
        </w:rPr>
        <w:fldChar w:fldCharType="end"/>
      </w:r>
      <w:r w:rsidRPr="005F2B49">
        <w:rPr>
          <w:rFonts w:ascii="Times New Roman" w:hAnsi="Times New Roman" w:cs="Times New Roman" w:hint="eastAsia"/>
          <w:bCs w:val="0"/>
          <w:color w:val="auto"/>
          <w:sz w:val="32"/>
          <w:szCs w:val="32"/>
          <w:lang w:eastAsia="zh-TW"/>
        </w:rPr>
        <w:t xml:space="preserve">  </w:t>
      </w:r>
      <w:r w:rsidRPr="005F2B49">
        <w:rPr>
          <w:rFonts w:ascii="Times New Roman" w:hAnsi="Times New Roman" w:cs="Times New Roman" w:hint="eastAsia"/>
          <w:bCs w:val="0"/>
          <w:color w:val="auto"/>
          <w:sz w:val="32"/>
          <w:szCs w:val="32"/>
          <w:lang w:eastAsia="zh-TW"/>
        </w:rPr>
        <w:t>學校管理者登入後台介面</w:t>
      </w:r>
      <w:bookmarkEnd w:id="143"/>
    </w:p>
    <w:p w14:paraId="7B9DC105" w14:textId="77777777" w:rsidR="007077BA" w:rsidRPr="005F2B49" w:rsidRDefault="007077BA" w:rsidP="007077BA">
      <w:pPr>
        <w:jc w:val="both"/>
        <w:rPr>
          <w:rFonts w:ascii="Times New Roman" w:hAnsi="Times New Roman" w:cs="Times New Roman"/>
          <w:szCs w:val="32"/>
          <w:lang w:eastAsia="zh-TW"/>
        </w:rPr>
      </w:pPr>
      <w:r w:rsidRPr="005F2B49">
        <w:rPr>
          <w:rFonts w:ascii="Times New Roman" w:hAnsi="Times New Roman" w:cs="Times New Roman"/>
          <w:szCs w:val="32"/>
          <w:lang w:eastAsia="zh-TW"/>
        </w:rPr>
        <w:t>學校管理權限可以看到</w:t>
      </w:r>
      <w:r w:rsidR="00C309DB" w:rsidRPr="005F2B49">
        <w:rPr>
          <w:rFonts w:ascii="Times New Roman" w:hAnsi="Times New Roman" w:cs="Times New Roman" w:hint="eastAsia"/>
          <w:szCs w:val="32"/>
          <w:lang w:eastAsia="zh-TW"/>
        </w:rPr>
        <w:t>學校管理者選單</w:t>
      </w:r>
      <w:r w:rsidRPr="005F2B49">
        <w:rPr>
          <w:rFonts w:ascii="Times New Roman" w:hAnsi="Times New Roman" w:cs="Times New Roman"/>
          <w:szCs w:val="32"/>
          <w:lang w:eastAsia="zh-TW"/>
        </w:rPr>
        <w:t>以及教師選單，學校管理者選單功能包含以下：</w:t>
      </w:r>
    </w:p>
    <w:p w14:paraId="6E02D659" w14:textId="77777777" w:rsidR="0069795A" w:rsidRPr="005F2B49" w:rsidRDefault="007A1A1B" w:rsidP="001B52D6">
      <w:pPr>
        <w:pStyle w:val="4"/>
        <w:rPr>
          <w:color w:val="auto"/>
        </w:rPr>
      </w:pPr>
      <w:bookmarkStart w:id="144" w:name="_Toc239949040"/>
      <w:r w:rsidRPr="005F2B49">
        <w:rPr>
          <w:color w:val="auto"/>
        </w:rPr>
        <w:lastRenderedPageBreak/>
        <w:t>班級管理</w:t>
      </w:r>
      <w:bookmarkEnd w:id="144"/>
    </w:p>
    <w:p w14:paraId="7DE60625" w14:textId="77777777" w:rsidR="00C61E32" w:rsidRPr="005F2B49" w:rsidRDefault="00D241FF" w:rsidP="0089591F">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3F72B277" wp14:editId="2E354F55">
            <wp:extent cx="5420481" cy="3620005"/>
            <wp:effectExtent l="0" t="0" r="8890" b="0"/>
            <wp:docPr id="1664544657" name="圖片 1664544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420481" cy="3620005"/>
                    </a:xfrm>
                    <a:prstGeom prst="rect">
                      <a:avLst/>
                    </a:prstGeom>
                  </pic:spPr>
                </pic:pic>
              </a:graphicData>
            </a:graphic>
          </wp:inline>
        </w:drawing>
      </w:r>
    </w:p>
    <w:p w14:paraId="7C86B658" w14:textId="3E9BA238" w:rsidR="00C250D3" w:rsidRPr="005F2B49" w:rsidRDefault="00C61E32" w:rsidP="0089591F">
      <w:pPr>
        <w:pStyle w:val="af7"/>
        <w:jc w:val="center"/>
        <w:rPr>
          <w:rFonts w:ascii="Times New Roman" w:hAnsi="Times New Roman" w:cs="Times New Roman"/>
          <w:color w:val="auto"/>
          <w:sz w:val="32"/>
          <w:szCs w:val="32"/>
          <w:lang w:eastAsia="zh-TW"/>
        </w:rPr>
      </w:pPr>
      <w:bookmarkStart w:id="145" w:name="_Ref206079525"/>
      <w:bookmarkStart w:id="146" w:name="_Toc206143768"/>
      <w:bookmarkStart w:id="147" w:name="_Toc206144201"/>
      <w:bookmarkStart w:id="148" w:name="_Toc239949110"/>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55</w:t>
      </w:r>
      <w:r w:rsidR="00617749" w:rsidRPr="005F2B49">
        <w:rPr>
          <w:rFonts w:ascii="Times New Roman" w:hAnsi="Times New Roman" w:cs="Times New Roman"/>
          <w:color w:val="auto"/>
          <w:sz w:val="32"/>
          <w:szCs w:val="32"/>
          <w:lang w:eastAsia="zh-TW"/>
        </w:rPr>
        <w:fldChar w:fldCharType="end"/>
      </w:r>
      <w:bookmarkEnd w:id="145"/>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班級管理</w:t>
      </w:r>
      <w:bookmarkEnd w:id="146"/>
      <w:bookmarkEnd w:id="147"/>
      <w:bookmarkEnd w:id="148"/>
    </w:p>
    <w:p w14:paraId="570E4661" w14:textId="77777777" w:rsidR="006563EA" w:rsidRPr="005F2B49" w:rsidRDefault="006563EA" w:rsidP="006563EA">
      <w:pPr>
        <w:pStyle w:val="ae"/>
        <w:ind w:left="360"/>
        <w:jc w:val="both"/>
        <w:rPr>
          <w:rFonts w:ascii="Times New Roman" w:hAnsi="Times New Roman" w:cs="Times New Roman"/>
          <w:b/>
          <w:bCs/>
          <w:szCs w:val="32"/>
          <w:lang w:eastAsia="zh-TW"/>
        </w:rPr>
      </w:pPr>
      <w:r w:rsidRPr="005F2B49">
        <w:rPr>
          <w:rFonts w:ascii="Times New Roman" w:hAnsi="Times New Roman" w:cs="Times New Roman"/>
          <w:szCs w:val="32"/>
          <w:lang w:eastAsia="zh-TW"/>
        </w:rPr>
        <w:t>管理者可在此功能中查看所屬學校的全部班級，</w:t>
      </w:r>
      <w:r w:rsidR="001404D1" w:rsidRPr="005F2B49">
        <w:rPr>
          <w:rFonts w:ascii="Times New Roman" w:hAnsi="Times New Roman" w:cs="Times New Roman" w:hint="eastAsia"/>
          <w:szCs w:val="32"/>
          <w:lang w:eastAsia="zh-TW"/>
        </w:rPr>
        <w:t>與教師權限的“管理我的班級＂，不同</w:t>
      </w:r>
      <w:r w:rsidRPr="005F2B49">
        <w:rPr>
          <w:rFonts w:ascii="Times New Roman" w:hAnsi="Times New Roman" w:cs="Times New Roman"/>
          <w:szCs w:val="32"/>
          <w:lang w:eastAsia="zh-TW"/>
        </w:rPr>
        <w:t>並可進行以下操作</w:t>
      </w:r>
      <w:r w:rsidR="001404D1" w:rsidRPr="005F2B49">
        <w:rPr>
          <w:rFonts w:ascii="Times New Roman" w:hAnsi="Times New Roman" w:cs="Times New Roman"/>
          <w:szCs w:val="32"/>
          <w:lang w:eastAsia="zh-TW"/>
        </w:rPr>
        <w:t>：</w:t>
      </w:r>
      <w:r w:rsidR="001404D1" w:rsidRPr="005F2B49">
        <w:rPr>
          <w:rFonts w:ascii="Times New Roman" w:hAnsi="Times New Roman" w:cs="Times New Roman"/>
          <w:b/>
          <w:bCs/>
          <w:szCs w:val="32"/>
          <w:lang w:eastAsia="zh-TW"/>
        </w:rPr>
        <w:t xml:space="preserve"> </w:t>
      </w:r>
    </w:p>
    <w:p w14:paraId="59AECD2E" w14:textId="77777777" w:rsidR="00247C9B" w:rsidRPr="005F2B49" w:rsidRDefault="00D241FF" w:rsidP="00247C9B">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1513F955" wp14:editId="3A50DDDD">
            <wp:extent cx="4715533" cy="4143953"/>
            <wp:effectExtent l="0" t="0" r="8890" b="9525"/>
            <wp:docPr id="1664544658" name="圖片 1664544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715533" cy="4143953"/>
                    </a:xfrm>
                    <a:prstGeom prst="rect">
                      <a:avLst/>
                    </a:prstGeom>
                  </pic:spPr>
                </pic:pic>
              </a:graphicData>
            </a:graphic>
          </wp:inline>
        </w:drawing>
      </w:r>
    </w:p>
    <w:p w14:paraId="220244AA" w14:textId="7E0DCE3F" w:rsidR="00247C9B" w:rsidRPr="005F2B49" w:rsidRDefault="00247C9B" w:rsidP="00247C9B">
      <w:pPr>
        <w:pStyle w:val="af7"/>
        <w:jc w:val="center"/>
        <w:rPr>
          <w:rFonts w:ascii="Times New Roman" w:hAnsi="Times New Roman" w:cs="Times New Roman"/>
          <w:color w:val="auto"/>
          <w:sz w:val="32"/>
          <w:szCs w:val="32"/>
          <w:lang w:eastAsia="zh-TW"/>
        </w:rPr>
      </w:pPr>
      <w:bookmarkStart w:id="149" w:name="_Toc239949111"/>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56</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班級管理新增介面</w:t>
      </w:r>
      <w:bookmarkEnd w:id="149"/>
    </w:p>
    <w:p w14:paraId="4C10F743" w14:textId="77777777" w:rsidR="006563EA" w:rsidRPr="005F2B49" w:rsidRDefault="006563EA" w:rsidP="007C1FC0">
      <w:pPr>
        <w:pStyle w:val="ae"/>
        <w:numPr>
          <w:ilvl w:val="0"/>
          <w:numId w:val="18"/>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新增：</w:t>
      </w:r>
      <w:r w:rsidRPr="005F2B49">
        <w:rPr>
          <w:rFonts w:ascii="Times New Roman" w:hAnsi="Times New Roman" w:cs="Times New Roman"/>
          <w:szCs w:val="32"/>
          <w:lang w:eastAsia="zh-TW"/>
        </w:rPr>
        <w:t>建立新的班級。</w:t>
      </w:r>
    </w:p>
    <w:p w14:paraId="41EAA672" w14:textId="77777777" w:rsidR="00247C9B" w:rsidRPr="005F2B49" w:rsidRDefault="00D241FF" w:rsidP="00247C9B">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5B361E25" wp14:editId="42E601E0">
            <wp:extent cx="4699591" cy="3518166"/>
            <wp:effectExtent l="0" t="0" r="6350" b="6350"/>
            <wp:docPr id="1664544659" name="圖片 1664544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706640" cy="3523443"/>
                    </a:xfrm>
                    <a:prstGeom prst="rect">
                      <a:avLst/>
                    </a:prstGeom>
                  </pic:spPr>
                </pic:pic>
              </a:graphicData>
            </a:graphic>
          </wp:inline>
        </w:drawing>
      </w:r>
    </w:p>
    <w:p w14:paraId="62004CD6" w14:textId="5BF58137" w:rsidR="00247C9B" w:rsidRPr="005F2B49" w:rsidRDefault="00247C9B" w:rsidP="00247C9B">
      <w:pPr>
        <w:pStyle w:val="af7"/>
        <w:jc w:val="center"/>
        <w:rPr>
          <w:rFonts w:ascii="Times New Roman" w:hAnsi="Times New Roman" w:cs="Times New Roman"/>
          <w:color w:val="auto"/>
          <w:sz w:val="32"/>
          <w:szCs w:val="32"/>
          <w:lang w:eastAsia="zh-TW"/>
        </w:rPr>
      </w:pPr>
      <w:bookmarkStart w:id="150" w:name="_Toc239949112"/>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57</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班級管理加入成員介面</w:t>
      </w:r>
      <w:bookmarkEnd w:id="150"/>
    </w:p>
    <w:p w14:paraId="40909D63" w14:textId="77777777" w:rsidR="006563EA" w:rsidRPr="005F2B49" w:rsidRDefault="006563EA" w:rsidP="007C1FC0">
      <w:pPr>
        <w:pStyle w:val="ae"/>
        <w:numPr>
          <w:ilvl w:val="0"/>
          <w:numId w:val="18"/>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加入成員：</w:t>
      </w:r>
      <w:r w:rsidRPr="005F2B49">
        <w:rPr>
          <w:rFonts w:ascii="Times New Roman" w:hAnsi="Times New Roman" w:cs="Times New Roman"/>
          <w:szCs w:val="32"/>
          <w:lang w:eastAsia="zh-TW"/>
        </w:rPr>
        <w:t>將成員新增到班級中。</w:t>
      </w:r>
    </w:p>
    <w:p w14:paraId="06F2AB2C" w14:textId="77777777" w:rsidR="00247C9B" w:rsidRPr="005F2B49" w:rsidRDefault="00D241FF" w:rsidP="00247C9B">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038DF09E" wp14:editId="3FE1C5EB">
            <wp:extent cx="4516757" cy="3732028"/>
            <wp:effectExtent l="0" t="0" r="0" b="1905"/>
            <wp:docPr id="1664544660" name="圖片 1664544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532892" cy="3745359"/>
                    </a:xfrm>
                    <a:prstGeom prst="rect">
                      <a:avLst/>
                    </a:prstGeom>
                  </pic:spPr>
                </pic:pic>
              </a:graphicData>
            </a:graphic>
          </wp:inline>
        </w:drawing>
      </w:r>
    </w:p>
    <w:p w14:paraId="269D600C" w14:textId="1E4C37F2" w:rsidR="00247C9B" w:rsidRPr="005F2B49" w:rsidRDefault="00247C9B" w:rsidP="00247C9B">
      <w:pPr>
        <w:pStyle w:val="af7"/>
        <w:jc w:val="center"/>
        <w:rPr>
          <w:rFonts w:ascii="Times New Roman" w:hAnsi="Times New Roman" w:cs="Times New Roman"/>
          <w:color w:val="auto"/>
          <w:sz w:val="32"/>
          <w:szCs w:val="32"/>
          <w:lang w:eastAsia="zh-TW"/>
        </w:rPr>
      </w:pPr>
      <w:bookmarkStart w:id="151" w:name="_Toc239949113"/>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58</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加入成員編輯介面</w:t>
      </w:r>
      <w:bookmarkEnd w:id="151"/>
    </w:p>
    <w:p w14:paraId="7E7A7483" w14:textId="77777777" w:rsidR="006563EA" w:rsidRPr="005F2B49" w:rsidRDefault="006563EA" w:rsidP="007C1FC0">
      <w:pPr>
        <w:pStyle w:val="ae"/>
        <w:numPr>
          <w:ilvl w:val="0"/>
          <w:numId w:val="18"/>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編輯：</w:t>
      </w:r>
      <w:r w:rsidRPr="005F2B49">
        <w:rPr>
          <w:rFonts w:ascii="Times New Roman" w:hAnsi="Times New Roman" w:cs="Times New Roman"/>
          <w:szCs w:val="32"/>
          <w:lang w:eastAsia="zh-TW"/>
        </w:rPr>
        <w:t>修改班級的名稱，開始以及結束的時間，以及決定是否啟用。</w:t>
      </w:r>
    </w:p>
    <w:p w14:paraId="3AD4C2B9" w14:textId="77777777" w:rsidR="006563EA" w:rsidRPr="005F2B49" w:rsidRDefault="006563EA" w:rsidP="007C1FC0">
      <w:pPr>
        <w:pStyle w:val="ae"/>
        <w:numPr>
          <w:ilvl w:val="0"/>
          <w:numId w:val="7"/>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刪除：</w:t>
      </w:r>
      <w:r w:rsidRPr="005F2B49">
        <w:rPr>
          <w:rFonts w:ascii="Times New Roman" w:hAnsi="Times New Roman" w:cs="Times New Roman"/>
          <w:szCs w:val="32"/>
          <w:lang w:eastAsia="zh-TW"/>
        </w:rPr>
        <w:t>移除所選的班級。</w:t>
      </w:r>
    </w:p>
    <w:p w14:paraId="0F3EF3E0" w14:textId="77777777" w:rsidR="0089591F" w:rsidRPr="005F2B49" w:rsidRDefault="0089591F" w:rsidP="0089591F">
      <w:pPr>
        <w:rPr>
          <w:rFonts w:ascii="Times New Roman" w:hAnsi="Times New Roman" w:cs="Times New Roman"/>
          <w:szCs w:val="32"/>
          <w:lang w:eastAsia="zh-TW"/>
        </w:rPr>
      </w:pPr>
    </w:p>
    <w:p w14:paraId="7D1E827B" w14:textId="77777777" w:rsidR="00B8017C" w:rsidRPr="005F2B49" w:rsidRDefault="007A1A1B" w:rsidP="001B52D6">
      <w:pPr>
        <w:pStyle w:val="4"/>
        <w:rPr>
          <w:color w:val="auto"/>
        </w:rPr>
      </w:pPr>
      <w:bookmarkStart w:id="152" w:name="_Toc239949041"/>
      <w:r w:rsidRPr="005F2B49">
        <w:rPr>
          <w:color w:val="auto"/>
        </w:rPr>
        <w:lastRenderedPageBreak/>
        <w:t>教師管理</w:t>
      </w:r>
      <w:bookmarkEnd w:id="152"/>
    </w:p>
    <w:p w14:paraId="1680AC09" w14:textId="77777777" w:rsidR="00C61E32" w:rsidRPr="005F2B49" w:rsidRDefault="00D241FF" w:rsidP="00B8017C">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5B022459" wp14:editId="72772859">
            <wp:extent cx="4688958" cy="4090356"/>
            <wp:effectExtent l="0" t="0" r="0" b="5715"/>
            <wp:docPr id="1664544661" name="圖片 1664544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698254" cy="4098466"/>
                    </a:xfrm>
                    <a:prstGeom prst="rect">
                      <a:avLst/>
                    </a:prstGeom>
                  </pic:spPr>
                </pic:pic>
              </a:graphicData>
            </a:graphic>
          </wp:inline>
        </w:drawing>
      </w:r>
    </w:p>
    <w:p w14:paraId="615498C7" w14:textId="6A4F1AC1" w:rsidR="00C61E32" w:rsidRPr="005F2B49" w:rsidRDefault="00C61E32" w:rsidP="0089591F">
      <w:pPr>
        <w:pStyle w:val="af7"/>
        <w:jc w:val="center"/>
        <w:rPr>
          <w:rFonts w:ascii="Times New Roman" w:hAnsi="Times New Roman" w:cs="Times New Roman"/>
          <w:color w:val="auto"/>
          <w:sz w:val="32"/>
          <w:szCs w:val="32"/>
          <w:lang w:eastAsia="zh-TW"/>
        </w:rPr>
      </w:pPr>
      <w:bookmarkStart w:id="153" w:name="_Ref206079497"/>
      <w:bookmarkStart w:id="154" w:name="_Toc206143769"/>
      <w:bookmarkStart w:id="155" w:name="_Toc206144202"/>
      <w:bookmarkStart w:id="156" w:name="_Toc239949114"/>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59</w:t>
      </w:r>
      <w:r w:rsidR="00617749" w:rsidRPr="005F2B49">
        <w:rPr>
          <w:rFonts w:ascii="Times New Roman" w:hAnsi="Times New Roman" w:cs="Times New Roman"/>
          <w:color w:val="auto"/>
          <w:sz w:val="32"/>
          <w:szCs w:val="32"/>
          <w:lang w:eastAsia="zh-TW"/>
        </w:rPr>
        <w:fldChar w:fldCharType="end"/>
      </w:r>
      <w:bookmarkEnd w:id="153"/>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教師管理</w:t>
      </w:r>
      <w:bookmarkEnd w:id="154"/>
      <w:bookmarkEnd w:id="155"/>
      <w:bookmarkEnd w:id="156"/>
    </w:p>
    <w:p w14:paraId="0575FD63" w14:textId="77777777" w:rsidR="006563EA" w:rsidRPr="005F2B49" w:rsidRDefault="006563EA" w:rsidP="006563EA">
      <w:pPr>
        <w:pStyle w:val="ae"/>
        <w:ind w:left="360"/>
        <w:jc w:val="both"/>
        <w:rPr>
          <w:rFonts w:ascii="Times New Roman" w:hAnsi="Times New Roman" w:cs="Times New Roman"/>
          <w:b/>
          <w:bCs/>
          <w:szCs w:val="32"/>
          <w:lang w:eastAsia="zh-TW"/>
        </w:rPr>
      </w:pPr>
      <w:r w:rsidRPr="005F2B49">
        <w:rPr>
          <w:rFonts w:ascii="Times New Roman" w:hAnsi="Times New Roman" w:cs="Times New Roman"/>
          <w:szCs w:val="32"/>
          <w:lang w:eastAsia="zh-TW"/>
        </w:rPr>
        <w:t>管理者可在此功能中查看所屬學校的全部教師帳號，並可進行以下操作：</w:t>
      </w:r>
    </w:p>
    <w:p w14:paraId="1A867271" w14:textId="77777777" w:rsidR="00D73BB2" w:rsidRPr="005F2B49" w:rsidRDefault="001F5C29" w:rsidP="00D73BB2">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680BF4DF" wp14:editId="2DBDF55D">
            <wp:extent cx="4696480" cy="7039957"/>
            <wp:effectExtent l="0" t="0" r="8890" b="8890"/>
            <wp:docPr id="1664544662" name="圖片 1664544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696480" cy="7039957"/>
                    </a:xfrm>
                    <a:prstGeom prst="rect">
                      <a:avLst/>
                    </a:prstGeom>
                  </pic:spPr>
                </pic:pic>
              </a:graphicData>
            </a:graphic>
          </wp:inline>
        </w:drawing>
      </w:r>
    </w:p>
    <w:p w14:paraId="32E12AB9" w14:textId="7E78CAFF" w:rsidR="00D73BB2" w:rsidRPr="005F2B49" w:rsidRDefault="00D73BB2" w:rsidP="00D73BB2">
      <w:pPr>
        <w:pStyle w:val="af7"/>
        <w:jc w:val="center"/>
        <w:rPr>
          <w:rFonts w:ascii="Times New Roman" w:hAnsi="Times New Roman" w:cs="Times New Roman"/>
          <w:color w:val="auto"/>
          <w:sz w:val="32"/>
          <w:szCs w:val="32"/>
          <w:lang w:eastAsia="zh-TW"/>
        </w:rPr>
      </w:pPr>
      <w:bookmarkStart w:id="157" w:name="_Toc239949115"/>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60</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新增教師介面</w:t>
      </w:r>
      <w:bookmarkEnd w:id="157"/>
    </w:p>
    <w:p w14:paraId="0330D49A" w14:textId="77777777" w:rsidR="008A00DB" w:rsidRPr="005F2B49" w:rsidRDefault="006563EA" w:rsidP="007C1FC0">
      <w:pPr>
        <w:pStyle w:val="ae"/>
        <w:numPr>
          <w:ilvl w:val="0"/>
          <w:numId w:val="17"/>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新增：</w:t>
      </w:r>
      <w:r w:rsidRPr="005F2B49">
        <w:rPr>
          <w:rFonts w:ascii="Times New Roman" w:hAnsi="Times New Roman" w:cs="Times New Roman"/>
          <w:szCs w:val="32"/>
          <w:lang w:eastAsia="zh-TW"/>
        </w:rPr>
        <w:t>建立新的教師帳號。</w:t>
      </w:r>
    </w:p>
    <w:p w14:paraId="0358BFD0" w14:textId="77777777" w:rsidR="008A00DB" w:rsidRPr="005F2B49" w:rsidRDefault="001F5C29" w:rsidP="001F5C29">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7BC4342A" wp14:editId="2DD8172C">
            <wp:extent cx="5486400" cy="2082165"/>
            <wp:effectExtent l="0" t="0" r="0" b="0"/>
            <wp:docPr id="1664544663" name="圖片 1664544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494848" cy="2085371"/>
                    </a:xfrm>
                    <a:prstGeom prst="rect">
                      <a:avLst/>
                    </a:prstGeom>
                  </pic:spPr>
                </pic:pic>
              </a:graphicData>
            </a:graphic>
          </wp:inline>
        </w:drawing>
      </w:r>
    </w:p>
    <w:p w14:paraId="7EC333F3" w14:textId="641AB05F" w:rsidR="008A00DB" w:rsidRPr="005F2B49" w:rsidRDefault="008A00DB" w:rsidP="008A00DB">
      <w:pPr>
        <w:pStyle w:val="af7"/>
        <w:jc w:val="center"/>
        <w:rPr>
          <w:rFonts w:ascii="Times New Roman" w:hAnsi="Times New Roman" w:cs="Times New Roman"/>
          <w:b w:val="0"/>
          <w:bCs w:val="0"/>
          <w:color w:val="auto"/>
          <w:sz w:val="32"/>
          <w:szCs w:val="32"/>
          <w:lang w:eastAsia="zh-TW"/>
        </w:rPr>
      </w:pPr>
      <w:bookmarkStart w:id="158" w:name="_Toc239949116"/>
      <w:r w:rsidRPr="005F2B49">
        <w:rPr>
          <w:rFonts w:ascii="Times New Roman" w:hAnsi="Times New Roman" w:cs="Times New Roman"/>
          <w:color w:val="auto"/>
          <w:sz w:val="32"/>
          <w:szCs w:val="32"/>
        </w:rPr>
        <w:t>圖</w:t>
      </w:r>
      <w:r w:rsidRPr="005F2B49">
        <w:rPr>
          <w:rFonts w:ascii="Times New Roman" w:hAnsi="Times New Roman" w:cs="Times New Roman"/>
          <w:color w:val="auto"/>
          <w:sz w:val="32"/>
          <w:szCs w:val="32"/>
        </w:rPr>
        <w:t xml:space="preserve"> </w:t>
      </w:r>
      <w:r w:rsidR="00617749" w:rsidRPr="005F2B49">
        <w:rPr>
          <w:rFonts w:ascii="Times New Roman" w:hAnsi="Times New Roman" w:cs="Times New Roman"/>
          <w:color w:val="auto"/>
          <w:sz w:val="32"/>
          <w:szCs w:val="32"/>
        </w:rPr>
        <w:fldChar w:fldCharType="begin"/>
      </w:r>
      <w:r w:rsidR="00617749" w:rsidRPr="005F2B49">
        <w:rPr>
          <w:rFonts w:ascii="Times New Roman" w:hAnsi="Times New Roman" w:cs="Times New Roman"/>
          <w:color w:val="auto"/>
          <w:sz w:val="32"/>
          <w:szCs w:val="32"/>
        </w:rPr>
        <w:instrText xml:space="preserve"> SEQ </w:instrText>
      </w:r>
      <w:r w:rsidR="00617749" w:rsidRPr="005F2B49">
        <w:rPr>
          <w:rFonts w:ascii="Times New Roman" w:hAnsi="Times New Roman" w:cs="Times New Roman"/>
          <w:color w:val="auto"/>
          <w:sz w:val="32"/>
          <w:szCs w:val="32"/>
        </w:rPr>
        <w:instrText>圖</w:instrText>
      </w:r>
      <w:r w:rsidR="00617749" w:rsidRPr="005F2B49">
        <w:rPr>
          <w:rFonts w:ascii="Times New Roman" w:hAnsi="Times New Roman" w:cs="Times New Roman"/>
          <w:color w:val="auto"/>
          <w:sz w:val="32"/>
          <w:szCs w:val="32"/>
        </w:rPr>
        <w:instrText xml:space="preserve"> \* ARABIC </w:instrText>
      </w:r>
      <w:r w:rsidR="00617749" w:rsidRPr="005F2B49">
        <w:rPr>
          <w:rFonts w:ascii="Times New Roman" w:hAnsi="Times New Roman" w:cs="Times New Roman"/>
          <w:color w:val="auto"/>
          <w:sz w:val="32"/>
          <w:szCs w:val="32"/>
        </w:rPr>
        <w:fldChar w:fldCharType="separate"/>
      </w:r>
      <w:r w:rsidR="00497BF4" w:rsidRPr="005F2B49">
        <w:rPr>
          <w:rFonts w:ascii="Times New Roman" w:hAnsi="Times New Roman" w:cs="Times New Roman"/>
          <w:noProof/>
          <w:color w:val="auto"/>
          <w:sz w:val="32"/>
          <w:szCs w:val="32"/>
        </w:rPr>
        <w:t>61</w:t>
      </w:r>
      <w:r w:rsidR="00617749" w:rsidRPr="005F2B49">
        <w:rPr>
          <w:rFonts w:ascii="Times New Roman" w:hAnsi="Times New Roman" w:cs="Times New Roman"/>
          <w:color w:val="auto"/>
          <w:sz w:val="32"/>
          <w:szCs w:val="32"/>
        </w:rPr>
        <w:fldChar w:fldCharType="end"/>
      </w:r>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批次匯入介面</w:t>
      </w:r>
      <w:bookmarkEnd w:id="158"/>
    </w:p>
    <w:p w14:paraId="21ACFA9D" w14:textId="77777777" w:rsidR="008A00DB" w:rsidRPr="005F2B49" w:rsidRDefault="008A00DB" w:rsidP="008A00DB">
      <w:pPr>
        <w:jc w:val="both"/>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2810F08F" wp14:editId="2D1BF4B9">
            <wp:extent cx="5486400" cy="3898900"/>
            <wp:effectExtent l="0" t="0" r="0" b="6350"/>
            <wp:docPr id="10" name="圖片 10" descr="一張含有 文字, 螢幕擷取畫面, 軟體, 數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descr="一張含有 文字, 螢幕擷取畫面, 軟體, 數字 的圖片&#10;&#10;AI 產生的內容可能不正確。"/>
                    <pic:cNvPicPr/>
                  </pic:nvPicPr>
                  <pic:blipFill>
                    <a:blip r:embed="rId67"/>
                    <a:stretch>
                      <a:fillRect/>
                    </a:stretch>
                  </pic:blipFill>
                  <pic:spPr>
                    <a:xfrm>
                      <a:off x="0" y="0"/>
                      <a:ext cx="5486400" cy="3898900"/>
                    </a:xfrm>
                    <a:prstGeom prst="rect">
                      <a:avLst/>
                    </a:prstGeom>
                  </pic:spPr>
                </pic:pic>
              </a:graphicData>
            </a:graphic>
          </wp:inline>
        </w:drawing>
      </w:r>
    </w:p>
    <w:p w14:paraId="041721A5" w14:textId="778D57B4" w:rsidR="008A00DB" w:rsidRPr="005F2B49" w:rsidRDefault="008A00DB" w:rsidP="008A00DB">
      <w:pPr>
        <w:pStyle w:val="af7"/>
        <w:jc w:val="center"/>
        <w:rPr>
          <w:rFonts w:ascii="Times New Roman" w:hAnsi="Times New Roman" w:cs="Times New Roman"/>
          <w:color w:val="auto"/>
          <w:sz w:val="32"/>
          <w:szCs w:val="32"/>
        </w:rPr>
      </w:pPr>
      <w:bookmarkStart w:id="159" w:name="_Toc239949117"/>
      <w:r w:rsidRPr="005F2B49">
        <w:rPr>
          <w:rFonts w:ascii="Times New Roman" w:hAnsi="Times New Roman" w:cs="Times New Roman" w:hint="eastAsia"/>
          <w:color w:val="auto"/>
          <w:sz w:val="32"/>
          <w:szCs w:val="32"/>
        </w:rPr>
        <w:t>圖</w:t>
      </w:r>
      <w:r w:rsidRPr="005F2B49">
        <w:rPr>
          <w:rFonts w:ascii="Times New Roman" w:hAnsi="Times New Roman" w:cs="Times New Roman" w:hint="eastAsia"/>
          <w:color w:val="auto"/>
          <w:sz w:val="32"/>
          <w:szCs w:val="32"/>
        </w:rPr>
        <w:t xml:space="preserve"> </w:t>
      </w:r>
      <w:r w:rsidR="00617749" w:rsidRPr="005F2B49">
        <w:rPr>
          <w:rFonts w:ascii="Times New Roman" w:hAnsi="Times New Roman" w:cs="Times New Roman"/>
          <w:color w:val="auto"/>
          <w:sz w:val="32"/>
          <w:szCs w:val="32"/>
        </w:rPr>
        <w:fldChar w:fldCharType="begin"/>
      </w:r>
      <w:r w:rsidR="00617749" w:rsidRPr="005F2B49">
        <w:rPr>
          <w:rFonts w:ascii="Times New Roman" w:hAnsi="Times New Roman" w:cs="Times New Roman"/>
          <w:color w:val="auto"/>
          <w:sz w:val="32"/>
          <w:szCs w:val="32"/>
        </w:rPr>
        <w:instrText xml:space="preserve"> </w:instrText>
      </w:r>
      <w:r w:rsidR="00617749" w:rsidRPr="005F2B49">
        <w:rPr>
          <w:rFonts w:ascii="Times New Roman" w:hAnsi="Times New Roman" w:cs="Times New Roman" w:hint="eastAsia"/>
          <w:color w:val="auto"/>
          <w:sz w:val="32"/>
          <w:szCs w:val="32"/>
        </w:rPr>
        <w:instrText xml:space="preserve">SEQ </w:instrText>
      </w:r>
      <w:r w:rsidR="00617749" w:rsidRPr="005F2B49">
        <w:rPr>
          <w:rFonts w:ascii="Times New Roman" w:hAnsi="Times New Roman" w:cs="Times New Roman" w:hint="eastAsia"/>
          <w:color w:val="auto"/>
          <w:sz w:val="32"/>
          <w:szCs w:val="32"/>
        </w:rPr>
        <w:instrText>圖</w:instrText>
      </w:r>
      <w:r w:rsidR="00617749" w:rsidRPr="005F2B49">
        <w:rPr>
          <w:rFonts w:ascii="Times New Roman" w:hAnsi="Times New Roman" w:cs="Times New Roman" w:hint="eastAsia"/>
          <w:color w:val="auto"/>
          <w:sz w:val="32"/>
          <w:szCs w:val="32"/>
        </w:rPr>
        <w:instrText xml:space="preserve"> \* ARABIC</w:instrText>
      </w:r>
      <w:r w:rsidR="00617749" w:rsidRPr="005F2B49">
        <w:rPr>
          <w:rFonts w:ascii="Times New Roman" w:hAnsi="Times New Roman" w:cs="Times New Roman"/>
          <w:color w:val="auto"/>
          <w:sz w:val="32"/>
          <w:szCs w:val="32"/>
        </w:rPr>
        <w:instrText xml:space="preserve"> </w:instrText>
      </w:r>
      <w:r w:rsidR="00617749" w:rsidRPr="005F2B49">
        <w:rPr>
          <w:rFonts w:ascii="Times New Roman" w:hAnsi="Times New Roman" w:cs="Times New Roman"/>
          <w:color w:val="auto"/>
          <w:sz w:val="32"/>
          <w:szCs w:val="32"/>
        </w:rPr>
        <w:fldChar w:fldCharType="separate"/>
      </w:r>
      <w:r w:rsidR="00497BF4" w:rsidRPr="005F2B49">
        <w:rPr>
          <w:rFonts w:ascii="Times New Roman" w:hAnsi="Times New Roman" w:cs="Times New Roman"/>
          <w:noProof/>
          <w:color w:val="auto"/>
          <w:sz w:val="32"/>
          <w:szCs w:val="32"/>
        </w:rPr>
        <w:t>62</w:t>
      </w:r>
      <w:r w:rsidR="00617749" w:rsidRPr="005F2B49">
        <w:rPr>
          <w:rFonts w:ascii="Times New Roman" w:hAnsi="Times New Roman" w:cs="Times New Roman"/>
          <w:color w:val="auto"/>
          <w:sz w:val="32"/>
          <w:szCs w:val="32"/>
        </w:rPr>
        <w:fldChar w:fldCharType="end"/>
      </w:r>
      <w:r w:rsidRPr="005F2B49">
        <w:rPr>
          <w:rFonts w:ascii="Times New Roman" w:hAnsi="Times New Roman" w:cs="Times New Roman" w:hint="eastAsia"/>
          <w:color w:val="auto"/>
          <w:sz w:val="32"/>
          <w:szCs w:val="32"/>
        </w:rPr>
        <w:t xml:space="preserve">  </w:t>
      </w:r>
      <w:r w:rsidRPr="005F2B49">
        <w:rPr>
          <w:rFonts w:ascii="Times New Roman" w:hAnsi="Times New Roman" w:cs="Times New Roman" w:hint="eastAsia"/>
          <w:color w:val="auto"/>
          <w:sz w:val="32"/>
          <w:szCs w:val="32"/>
        </w:rPr>
        <w:t>批次匯入成功介面</w:t>
      </w:r>
      <w:bookmarkEnd w:id="159"/>
    </w:p>
    <w:p w14:paraId="06726ACC" w14:textId="77777777" w:rsidR="008A00DB" w:rsidRPr="005F2B49" w:rsidRDefault="008A00DB" w:rsidP="008A00DB">
      <w:pPr>
        <w:jc w:val="both"/>
        <w:rPr>
          <w:rFonts w:ascii="Times New Roman" w:hAnsi="Times New Roman" w:cs="Times New Roman"/>
          <w:b/>
          <w:bCs/>
          <w:szCs w:val="32"/>
          <w:lang w:eastAsia="zh-TW"/>
        </w:rPr>
      </w:pPr>
      <w:r w:rsidRPr="005F2B49">
        <w:rPr>
          <w:rFonts w:ascii="Times New Roman" w:hAnsi="Times New Roman" w:cs="Times New Roman" w:hint="eastAsia"/>
          <w:b/>
          <w:bCs/>
          <w:noProof/>
          <w:szCs w:val="32"/>
          <w:lang w:eastAsia="zh-TW"/>
        </w:rPr>
        <w:lastRenderedPageBreak/>
        <w:drawing>
          <wp:inline distT="0" distB="0" distL="0" distR="0" wp14:anchorId="213FF9D8" wp14:editId="069DB275">
            <wp:extent cx="5486400" cy="3917950"/>
            <wp:effectExtent l="0" t="0" r="0" b="6350"/>
            <wp:docPr id="11" name="圖片 11" descr="一張含有 文字, 螢幕擷取畫面, 軟體, 陳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圖片 11" descr="一張含有 文字, 螢幕擷取畫面, 軟體, 陳列 的圖片&#10;&#10;AI 產生的內容可能不正確。"/>
                    <pic:cNvPicPr/>
                  </pic:nvPicPr>
                  <pic:blipFill>
                    <a:blip r:embed="rId68"/>
                    <a:stretch>
                      <a:fillRect/>
                    </a:stretch>
                  </pic:blipFill>
                  <pic:spPr>
                    <a:xfrm>
                      <a:off x="0" y="0"/>
                      <a:ext cx="5486400" cy="3917950"/>
                    </a:xfrm>
                    <a:prstGeom prst="rect">
                      <a:avLst/>
                    </a:prstGeom>
                  </pic:spPr>
                </pic:pic>
              </a:graphicData>
            </a:graphic>
          </wp:inline>
        </w:drawing>
      </w:r>
    </w:p>
    <w:p w14:paraId="6E77BBE5" w14:textId="2FE30394" w:rsidR="008A00DB" w:rsidRPr="005F2B49" w:rsidRDefault="008A00DB" w:rsidP="008A00DB">
      <w:pPr>
        <w:pStyle w:val="af7"/>
        <w:jc w:val="center"/>
        <w:rPr>
          <w:rFonts w:ascii="Times New Roman" w:hAnsi="Times New Roman" w:cs="Times New Roman"/>
          <w:color w:val="auto"/>
          <w:sz w:val="32"/>
          <w:szCs w:val="32"/>
        </w:rPr>
      </w:pPr>
      <w:bookmarkStart w:id="160" w:name="_Toc239949118"/>
      <w:r w:rsidRPr="005F2B49">
        <w:rPr>
          <w:rFonts w:ascii="Times New Roman" w:hAnsi="Times New Roman" w:cs="Times New Roman" w:hint="eastAsia"/>
          <w:color w:val="auto"/>
          <w:sz w:val="32"/>
          <w:szCs w:val="32"/>
        </w:rPr>
        <w:t>圖</w:t>
      </w:r>
      <w:r w:rsidRPr="005F2B49">
        <w:rPr>
          <w:rFonts w:ascii="Times New Roman" w:hAnsi="Times New Roman" w:cs="Times New Roman" w:hint="eastAsia"/>
          <w:color w:val="auto"/>
          <w:sz w:val="32"/>
          <w:szCs w:val="32"/>
        </w:rPr>
        <w:t xml:space="preserve"> </w:t>
      </w:r>
      <w:r w:rsidR="00617749" w:rsidRPr="005F2B49">
        <w:rPr>
          <w:rFonts w:ascii="Times New Roman" w:hAnsi="Times New Roman" w:cs="Times New Roman"/>
          <w:color w:val="auto"/>
          <w:sz w:val="32"/>
          <w:szCs w:val="32"/>
        </w:rPr>
        <w:fldChar w:fldCharType="begin"/>
      </w:r>
      <w:r w:rsidR="00617749" w:rsidRPr="005F2B49">
        <w:rPr>
          <w:rFonts w:ascii="Times New Roman" w:hAnsi="Times New Roman" w:cs="Times New Roman"/>
          <w:color w:val="auto"/>
          <w:sz w:val="32"/>
          <w:szCs w:val="32"/>
        </w:rPr>
        <w:instrText xml:space="preserve"> </w:instrText>
      </w:r>
      <w:r w:rsidR="00617749" w:rsidRPr="005F2B49">
        <w:rPr>
          <w:rFonts w:ascii="Times New Roman" w:hAnsi="Times New Roman" w:cs="Times New Roman" w:hint="eastAsia"/>
          <w:color w:val="auto"/>
          <w:sz w:val="32"/>
          <w:szCs w:val="32"/>
        </w:rPr>
        <w:instrText xml:space="preserve">SEQ </w:instrText>
      </w:r>
      <w:r w:rsidR="00617749" w:rsidRPr="005F2B49">
        <w:rPr>
          <w:rFonts w:ascii="Times New Roman" w:hAnsi="Times New Roman" w:cs="Times New Roman" w:hint="eastAsia"/>
          <w:color w:val="auto"/>
          <w:sz w:val="32"/>
          <w:szCs w:val="32"/>
        </w:rPr>
        <w:instrText>圖</w:instrText>
      </w:r>
      <w:r w:rsidR="00617749" w:rsidRPr="005F2B49">
        <w:rPr>
          <w:rFonts w:ascii="Times New Roman" w:hAnsi="Times New Roman" w:cs="Times New Roman" w:hint="eastAsia"/>
          <w:color w:val="auto"/>
          <w:sz w:val="32"/>
          <w:szCs w:val="32"/>
        </w:rPr>
        <w:instrText xml:space="preserve"> \* ARABIC</w:instrText>
      </w:r>
      <w:r w:rsidR="00617749" w:rsidRPr="005F2B49">
        <w:rPr>
          <w:rFonts w:ascii="Times New Roman" w:hAnsi="Times New Roman" w:cs="Times New Roman"/>
          <w:color w:val="auto"/>
          <w:sz w:val="32"/>
          <w:szCs w:val="32"/>
        </w:rPr>
        <w:instrText xml:space="preserve"> </w:instrText>
      </w:r>
      <w:r w:rsidR="00617749" w:rsidRPr="005F2B49">
        <w:rPr>
          <w:rFonts w:ascii="Times New Roman" w:hAnsi="Times New Roman" w:cs="Times New Roman"/>
          <w:color w:val="auto"/>
          <w:sz w:val="32"/>
          <w:szCs w:val="32"/>
        </w:rPr>
        <w:fldChar w:fldCharType="separate"/>
      </w:r>
      <w:r w:rsidR="00497BF4" w:rsidRPr="005F2B49">
        <w:rPr>
          <w:rFonts w:ascii="Times New Roman" w:hAnsi="Times New Roman" w:cs="Times New Roman"/>
          <w:noProof/>
          <w:color w:val="auto"/>
          <w:sz w:val="32"/>
          <w:szCs w:val="32"/>
        </w:rPr>
        <w:t>63</w:t>
      </w:r>
      <w:r w:rsidR="00617749" w:rsidRPr="005F2B49">
        <w:rPr>
          <w:rFonts w:ascii="Times New Roman" w:hAnsi="Times New Roman" w:cs="Times New Roman"/>
          <w:color w:val="auto"/>
          <w:sz w:val="32"/>
          <w:szCs w:val="32"/>
        </w:rPr>
        <w:fldChar w:fldCharType="end"/>
      </w:r>
      <w:r w:rsidRPr="005F2B49">
        <w:rPr>
          <w:rFonts w:ascii="Times New Roman" w:hAnsi="Times New Roman" w:cs="Times New Roman" w:hint="eastAsia"/>
          <w:color w:val="auto"/>
          <w:sz w:val="32"/>
          <w:szCs w:val="32"/>
        </w:rPr>
        <w:t xml:space="preserve">  </w:t>
      </w:r>
      <w:r w:rsidRPr="005F2B49">
        <w:rPr>
          <w:rFonts w:ascii="Times New Roman" w:hAnsi="Times New Roman" w:cs="Times New Roman" w:hint="eastAsia"/>
          <w:color w:val="auto"/>
          <w:sz w:val="32"/>
          <w:szCs w:val="32"/>
        </w:rPr>
        <w:t>批次匯入失敗介面</w:t>
      </w:r>
      <w:bookmarkEnd w:id="160"/>
    </w:p>
    <w:p w14:paraId="02702B58" w14:textId="77777777" w:rsidR="008A00DB" w:rsidRPr="005F2B49" w:rsidRDefault="008A00DB" w:rsidP="007C1FC0">
      <w:pPr>
        <w:pStyle w:val="ae"/>
        <w:numPr>
          <w:ilvl w:val="0"/>
          <w:numId w:val="17"/>
        </w:num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批次匯入：</w:t>
      </w:r>
      <w:r w:rsidRPr="005F2B49">
        <w:rPr>
          <w:rFonts w:ascii="Times New Roman" w:hAnsi="Times New Roman" w:cs="Times New Roman" w:hint="eastAsia"/>
          <w:szCs w:val="32"/>
          <w:lang w:eastAsia="zh-TW"/>
        </w:rPr>
        <w:t>建立多筆教師帳號。使用者只需依系統提供的</w:t>
      </w:r>
      <w:r w:rsidRPr="005F2B49">
        <w:rPr>
          <w:rFonts w:ascii="Times New Roman" w:hAnsi="Times New Roman" w:cs="Times New Roman"/>
          <w:szCs w:val="32"/>
          <w:lang w:eastAsia="zh-TW"/>
        </w:rPr>
        <w:t xml:space="preserve"> Excel </w:t>
      </w:r>
      <w:r w:rsidRPr="005F2B49">
        <w:rPr>
          <w:rFonts w:ascii="Times New Roman" w:hAnsi="Times New Roman" w:cs="Times New Roman" w:hint="eastAsia"/>
          <w:szCs w:val="32"/>
          <w:lang w:eastAsia="zh-TW"/>
        </w:rPr>
        <w:t>範本填寫資料，並上傳檔案，即可由系統自動建立帳號。檔案須符合系統指定格式，否則將匯入失敗。匯入的資料中若有任何一筆資料錯誤，整份檔案的匯入將被取消。</w:t>
      </w:r>
    </w:p>
    <w:p w14:paraId="243B78DB" w14:textId="77777777" w:rsidR="008A00DB" w:rsidRPr="005F2B49" w:rsidRDefault="008A00DB" w:rsidP="008A00DB">
      <w:pPr>
        <w:jc w:val="both"/>
        <w:rPr>
          <w:rFonts w:ascii="Times New Roman" w:hAnsi="Times New Roman" w:cs="Times New Roman"/>
          <w:b/>
          <w:bCs/>
          <w:szCs w:val="32"/>
          <w:lang w:eastAsia="zh-TW"/>
        </w:rPr>
      </w:pPr>
    </w:p>
    <w:p w14:paraId="189831A5" w14:textId="77777777" w:rsidR="008E387C" w:rsidRPr="005F2B49" w:rsidRDefault="001F5C29" w:rsidP="008E387C">
      <w:pPr>
        <w:pStyle w:val="ae"/>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7BCE7F97" wp14:editId="31FDDFA6">
            <wp:extent cx="4061637" cy="5984256"/>
            <wp:effectExtent l="0" t="0" r="0" b="0"/>
            <wp:docPr id="1664544664" name="圖片 166454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066739" cy="5991773"/>
                    </a:xfrm>
                    <a:prstGeom prst="rect">
                      <a:avLst/>
                    </a:prstGeom>
                  </pic:spPr>
                </pic:pic>
              </a:graphicData>
            </a:graphic>
          </wp:inline>
        </w:drawing>
      </w:r>
    </w:p>
    <w:p w14:paraId="21B54762" w14:textId="29E55778" w:rsidR="008E387C" w:rsidRPr="005F2B49" w:rsidRDefault="008E387C" w:rsidP="008E387C">
      <w:pPr>
        <w:pStyle w:val="af7"/>
        <w:jc w:val="center"/>
        <w:rPr>
          <w:rFonts w:ascii="Times New Roman" w:hAnsi="Times New Roman" w:cs="Times New Roman"/>
          <w:color w:val="auto"/>
          <w:sz w:val="32"/>
          <w:szCs w:val="32"/>
          <w:lang w:eastAsia="zh-TW"/>
        </w:rPr>
      </w:pPr>
      <w:bookmarkStart w:id="161" w:name="_Toc239949119"/>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64</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編輯教師介面</w:t>
      </w:r>
      <w:bookmarkEnd w:id="161"/>
    </w:p>
    <w:p w14:paraId="4280362B" w14:textId="77777777" w:rsidR="006563EA" w:rsidRPr="005F2B49" w:rsidRDefault="006563EA" w:rsidP="007C1FC0">
      <w:pPr>
        <w:pStyle w:val="ae"/>
        <w:numPr>
          <w:ilvl w:val="0"/>
          <w:numId w:val="17"/>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編輯：</w:t>
      </w:r>
      <w:r w:rsidRPr="005F2B49">
        <w:rPr>
          <w:rFonts w:ascii="Times New Roman" w:hAnsi="Times New Roman" w:cs="Times New Roman"/>
          <w:szCs w:val="32"/>
          <w:lang w:eastAsia="zh-TW"/>
        </w:rPr>
        <w:t>修改教師的名稱，電子郵件，教師編號，以及決定是否啟用帳號。</w:t>
      </w:r>
    </w:p>
    <w:p w14:paraId="4BAAF8F8" w14:textId="77777777" w:rsidR="007D0C8D" w:rsidRPr="005F2B49" w:rsidRDefault="001F5C29" w:rsidP="007D0C8D">
      <w:pPr>
        <w:ind w:left="360"/>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52D9BE14" wp14:editId="1D05C2A9">
            <wp:extent cx="4019107" cy="2846867"/>
            <wp:effectExtent l="0" t="0" r="635" b="0"/>
            <wp:docPr id="1664544665" name="圖片 1664544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021528" cy="2848582"/>
                    </a:xfrm>
                    <a:prstGeom prst="rect">
                      <a:avLst/>
                    </a:prstGeom>
                  </pic:spPr>
                </pic:pic>
              </a:graphicData>
            </a:graphic>
          </wp:inline>
        </w:drawing>
      </w:r>
    </w:p>
    <w:p w14:paraId="791E2AC4" w14:textId="113DD16C" w:rsidR="007D0C8D" w:rsidRPr="005F2B49" w:rsidRDefault="007D0C8D" w:rsidP="007D0C8D">
      <w:pPr>
        <w:pStyle w:val="af7"/>
        <w:jc w:val="center"/>
        <w:rPr>
          <w:rFonts w:ascii="Times New Roman" w:hAnsi="Times New Roman" w:cs="Times New Roman"/>
          <w:color w:val="auto"/>
          <w:sz w:val="32"/>
          <w:szCs w:val="32"/>
          <w:lang w:eastAsia="zh-TW"/>
        </w:rPr>
      </w:pPr>
      <w:bookmarkStart w:id="162" w:name="_Toc239949120"/>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65</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0028042A" w:rsidRPr="005F2B49">
        <w:rPr>
          <w:rFonts w:ascii="Times New Roman" w:hAnsi="Times New Roman" w:cs="Times New Roman" w:hint="eastAsia"/>
          <w:color w:val="auto"/>
          <w:sz w:val="32"/>
          <w:szCs w:val="32"/>
          <w:lang w:eastAsia="zh-TW"/>
        </w:rPr>
        <w:t>修改</w:t>
      </w:r>
      <w:r w:rsidRPr="005F2B49">
        <w:rPr>
          <w:rFonts w:ascii="Times New Roman" w:hAnsi="Times New Roman" w:cs="Times New Roman" w:hint="eastAsia"/>
          <w:color w:val="auto"/>
          <w:sz w:val="32"/>
          <w:szCs w:val="32"/>
          <w:lang w:eastAsia="zh-TW"/>
        </w:rPr>
        <w:t>教師密碼畫面</w:t>
      </w:r>
      <w:bookmarkEnd w:id="162"/>
    </w:p>
    <w:p w14:paraId="155B97E4" w14:textId="77777777" w:rsidR="006563EA" w:rsidRPr="005F2B49" w:rsidRDefault="006563EA" w:rsidP="007C1FC0">
      <w:pPr>
        <w:pStyle w:val="ae"/>
        <w:numPr>
          <w:ilvl w:val="0"/>
          <w:numId w:val="17"/>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修改密碼：</w:t>
      </w:r>
      <w:r w:rsidRPr="005F2B49">
        <w:rPr>
          <w:rFonts w:ascii="Times New Roman" w:hAnsi="Times New Roman" w:cs="Times New Roman"/>
          <w:szCs w:val="32"/>
          <w:lang w:eastAsia="zh-TW"/>
        </w:rPr>
        <w:t>將所選的教師修改一組新的密碼。</w:t>
      </w:r>
    </w:p>
    <w:p w14:paraId="75DED4E0" w14:textId="77777777" w:rsidR="007D0C8D" w:rsidRPr="005F2B49" w:rsidRDefault="001F5C29" w:rsidP="007D0C8D">
      <w:pPr>
        <w:jc w:val="both"/>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6EECBDA2" wp14:editId="6B7DAB5E">
            <wp:extent cx="5337544" cy="3596664"/>
            <wp:effectExtent l="0" t="0" r="0" b="3810"/>
            <wp:docPr id="1664544666" name="圖片 1664544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339351" cy="3597882"/>
                    </a:xfrm>
                    <a:prstGeom prst="rect">
                      <a:avLst/>
                    </a:prstGeom>
                  </pic:spPr>
                </pic:pic>
              </a:graphicData>
            </a:graphic>
          </wp:inline>
        </w:drawing>
      </w:r>
    </w:p>
    <w:p w14:paraId="0099876C" w14:textId="35FFA780" w:rsidR="007D0C8D" w:rsidRPr="005F2B49" w:rsidRDefault="007D0C8D" w:rsidP="007D0C8D">
      <w:pPr>
        <w:pStyle w:val="af7"/>
        <w:jc w:val="center"/>
        <w:rPr>
          <w:rFonts w:ascii="Times New Roman" w:hAnsi="Times New Roman" w:cs="Times New Roman"/>
          <w:color w:val="auto"/>
          <w:sz w:val="32"/>
          <w:szCs w:val="32"/>
          <w:lang w:eastAsia="zh-TW"/>
        </w:rPr>
      </w:pPr>
      <w:bookmarkStart w:id="163" w:name="_Toc239949121"/>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66</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指派教師加入班級介面</w:t>
      </w:r>
      <w:bookmarkEnd w:id="163"/>
    </w:p>
    <w:p w14:paraId="1CECD908" w14:textId="77777777" w:rsidR="006563EA" w:rsidRPr="005F2B49" w:rsidRDefault="006563EA" w:rsidP="007C1FC0">
      <w:pPr>
        <w:pStyle w:val="ae"/>
        <w:numPr>
          <w:ilvl w:val="0"/>
          <w:numId w:val="17"/>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lastRenderedPageBreak/>
        <w:t>加入班級：</w:t>
      </w:r>
      <w:r w:rsidRPr="005F2B49">
        <w:rPr>
          <w:rFonts w:ascii="Times New Roman" w:hAnsi="Times New Roman" w:cs="Times New Roman"/>
          <w:szCs w:val="32"/>
          <w:lang w:eastAsia="zh-TW"/>
        </w:rPr>
        <w:t>將所選的教師加入到班級中。</w:t>
      </w:r>
    </w:p>
    <w:p w14:paraId="454ED47C" w14:textId="77777777" w:rsidR="00C250D3" w:rsidRPr="005F2B49" w:rsidRDefault="006563EA" w:rsidP="007C1FC0">
      <w:pPr>
        <w:pStyle w:val="ae"/>
        <w:numPr>
          <w:ilvl w:val="0"/>
          <w:numId w:val="17"/>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刪除：</w:t>
      </w:r>
      <w:r w:rsidRPr="005F2B49">
        <w:rPr>
          <w:rFonts w:ascii="Times New Roman" w:hAnsi="Times New Roman" w:cs="Times New Roman"/>
          <w:szCs w:val="32"/>
          <w:lang w:eastAsia="zh-TW"/>
        </w:rPr>
        <w:t>移除所選的教師。</w:t>
      </w:r>
      <w:r w:rsidR="00C250D3" w:rsidRPr="005F2B49">
        <w:rPr>
          <w:rFonts w:ascii="Times New Roman" w:hAnsi="Times New Roman" w:cs="Times New Roman"/>
          <w:b/>
          <w:bCs/>
          <w:szCs w:val="32"/>
          <w:lang w:eastAsia="zh-TW"/>
        </w:rPr>
        <w:br w:type="page"/>
      </w:r>
    </w:p>
    <w:p w14:paraId="7C3A7073" w14:textId="77777777" w:rsidR="0069795A" w:rsidRPr="005F2B49" w:rsidRDefault="007A1A1B" w:rsidP="001B52D6">
      <w:pPr>
        <w:pStyle w:val="4"/>
        <w:rPr>
          <w:color w:val="auto"/>
        </w:rPr>
      </w:pPr>
      <w:bookmarkStart w:id="164" w:name="_Toc239949042"/>
      <w:r w:rsidRPr="005F2B49">
        <w:rPr>
          <w:color w:val="auto"/>
        </w:rPr>
        <w:lastRenderedPageBreak/>
        <w:t>學生管理</w:t>
      </w:r>
      <w:bookmarkEnd w:id="164"/>
    </w:p>
    <w:p w14:paraId="68F8D460" w14:textId="77777777" w:rsidR="00C61E32" w:rsidRPr="005F2B49" w:rsidRDefault="009224F3" w:rsidP="0089591F">
      <w:pPr>
        <w:ind w:left="360"/>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2221888F" wp14:editId="7F5ECC9F">
            <wp:extent cx="5146158" cy="4427840"/>
            <wp:effectExtent l="0" t="0" r="0" b="0"/>
            <wp:docPr id="1664544668" name="圖片 1664544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150822" cy="4431853"/>
                    </a:xfrm>
                    <a:prstGeom prst="rect">
                      <a:avLst/>
                    </a:prstGeom>
                  </pic:spPr>
                </pic:pic>
              </a:graphicData>
            </a:graphic>
          </wp:inline>
        </w:drawing>
      </w:r>
    </w:p>
    <w:p w14:paraId="2CF85698" w14:textId="2DDB3C7D" w:rsidR="00C61E32" w:rsidRPr="005F2B49" w:rsidRDefault="00C61E32" w:rsidP="0089591F">
      <w:pPr>
        <w:pStyle w:val="af7"/>
        <w:jc w:val="center"/>
        <w:rPr>
          <w:rFonts w:ascii="Times New Roman" w:hAnsi="Times New Roman" w:cs="Times New Roman"/>
          <w:color w:val="auto"/>
          <w:sz w:val="32"/>
          <w:szCs w:val="32"/>
          <w:lang w:eastAsia="zh-TW"/>
        </w:rPr>
      </w:pPr>
      <w:bookmarkStart w:id="165" w:name="_Ref206079649"/>
      <w:bookmarkStart w:id="166" w:name="_Toc206143770"/>
      <w:bookmarkStart w:id="167" w:name="_Toc206144203"/>
      <w:bookmarkStart w:id="168" w:name="_Toc239949122"/>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67</w:t>
      </w:r>
      <w:r w:rsidR="00617749" w:rsidRPr="005F2B49">
        <w:rPr>
          <w:rFonts w:ascii="Times New Roman" w:hAnsi="Times New Roman" w:cs="Times New Roman"/>
          <w:color w:val="auto"/>
          <w:sz w:val="32"/>
          <w:szCs w:val="32"/>
          <w:lang w:eastAsia="zh-TW"/>
        </w:rPr>
        <w:fldChar w:fldCharType="end"/>
      </w:r>
      <w:bookmarkEnd w:id="165"/>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學生管理</w:t>
      </w:r>
      <w:bookmarkEnd w:id="166"/>
      <w:bookmarkEnd w:id="167"/>
      <w:bookmarkEnd w:id="168"/>
    </w:p>
    <w:p w14:paraId="4E1ED863" w14:textId="77777777" w:rsidR="006563EA" w:rsidRPr="005F2B49" w:rsidRDefault="006563EA" w:rsidP="006563EA">
      <w:pPr>
        <w:pStyle w:val="ae"/>
        <w:ind w:left="360"/>
        <w:jc w:val="both"/>
        <w:rPr>
          <w:rFonts w:ascii="Times New Roman" w:hAnsi="Times New Roman" w:cs="Times New Roman"/>
          <w:b/>
          <w:bCs/>
          <w:szCs w:val="32"/>
          <w:lang w:eastAsia="zh-TW"/>
        </w:rPr>
      </w:pPr>
      <w:r w:rsidRPr="005F2B49">
        <w:rPr>
          <w:rFonts w:ascii="Times New Roman" w:hAnsi="Times New Roman" w:cs="Times New Roman"/>
          <w:szCs w:val="32"/>
          <w:lang w:eastAsia="zh-TW"/>
        </w:rPr>
        <w:t>管理者可在此功能中查看所屬學校的全部學生帳號，並可進行以下操作：</w:t>
      </w:r>
    </w:p>
    <w:p w14:paraId="10603FA2" w14:textId="77777777" w:rsidR="007D0C8D" w:rsidRPr="005F2B49" w:rsidRDefault="009224F3" w:rsidP="007D0C8D">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79F9A7B7" wp14:editId="5D9A5369">
            <wp:extent cx="3955311" cy="6023233"/>
            <wp:effectExtent l="0" t="0" r="7620" b="0"/>
            <wp:docPr id="1664544669" name="圖片 1664544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962914" cy="6034811"/>
                    </a:xfrm>
                    <a:prstGeom prst="rect">
                      <a:avLst/>
                    </a:prstGeom>
                  </pic:spPr>
                </pic:pic>
              </a:graphicData>
            </a:graphic>
          </wp:inline>
        </w:drawing>
      </w:r>
    </w:p>
    <w:p w14:paraId="5775F262" w14:textId="0B6798D7" w:rsidR="007D0C8D" w:rsidRPr="005F2B49" w:rsidRDefault="007D0C8D" w:rsidP="007D0C8D">
      <w:pPr>
        <w:pStyle w:val="af7"/>
        <w:jc w:val="center"/>
        <w:rPr>
          <w:rFonts w:ascii="Times New Roman" w:hAnsi="Times New Roman" w:cs="Times New Roman"/>
          <w:color w:val="auto"/>
          <w:sz w:val="32"/>
          <w:szCs w:val="32"/>
          <w:lang w:eastAsia="zh-TW"/>
        </w:rPr>
      </w:pPr>
      <w:bookmarkStart w:id="169" w:name="_Toc239949123"/>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68</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新增學生介面</w:t>
      </w:r>
      <w:bookmarkEnd w:id="169"/>
    </w:p>
    <w:p w14:paraId="62E06CD8" w14:textId="77777777" w:rsidR="008A00DB" w:rsidRPr="005F2B49" w:rsidRDefault="006563EA" w:rsidP="007C1FC0">
      <w:pPr>
        <w:pStyle w:val="ae"/>
        <w:numPr>
          <w:ilvl w:val="0"/>
          <w:numId w:val="16"/>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新增：</w:t>
      </w:r>
      <w:r w:rsidRPr="005F2B49">
        <w:rPr>
          <w:rFonts w:ascii="Times New Roman" w:hAnsi="Times New Roman" w:cs="Times New Roman"/>
          <w:szCs w:val="32"/>
          <w:lang w:eastAsia="zh-TW"/>
        </w:rPr>
        <w:t>建立新的學生帳號。</w:t>
      </w:r>
    </w:p>
    <w:p w14:paraId="56BC931A" w14:textId="77777777" w:rsidR="008A00DB" w:rsidRPr="005F2B49" w:rsidRDefault="008A00DB" w:rsidP="007C1FC0">
      <w:pPr>
        <w:pStyle w:val="ae"/>
        <w:numPr>
          <w:ilvl w:val="0"/>
          <w:numId w:val="16"/>
        </w:num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批次匯入：</w:t>
      </w:r>
      <w:r w:rsidRPr="005F2B49">
        <w:rPr>
          <w:rFonts w:ascii="Times New Roman" w:hAnsi="Times New Roman" w:cs="Times New Roman" w:hint="eastAsia"/>
          <w:szCs w:val="32"/>
          <w:lang w:eastAsia="zh-TW"/>
        </w:rPr>
        <w:t>建立多筆學生帳號。使用者只需依系統提供的</w:t>
      </w:r>
      <w:r w:rsidRPr="005F2B49">
        <w:rPr>
          <w:rFonts w:ascii="Times New Roman" w:hAnsi="Times New Roman" w:cs="Times New Roman"/>
          <w:szCs w:val="32"/>
          <w:lang w:eastAsia="zh-TW"/>
        </w:rPr>
        <w:t xml:space="preserve"> Excel </w:t>
      </w:r>
      <w:r w:rsidRPr="005F2B49">
        <w:rPr>
          <w:rFonts w:ascii="Times New Roman" w:hAnsi="Times New Roman" w:cs="Times New Roman" w:hint="eastAsia"/>
          <w:szCs w:val="32"/>
          <w:lang w:eastAsia="zh-TW"/>
        </w:rPr>
        <w:t>範本填寫資料，並上傳檔案，即可由系統自動建立帳號。檔案須符合系統指定格式，否則將匯入失敗。</w:t>
      </w:r>
      <w:r w:rsidRPr="005F2B49">
        <w:rPr>
          <w:rFonts w:ascii="Times New Roman" w:hAnsi="Times New Roman" w:cs="Times New Roman" w:hint="eastAsia"/>
          <w:szCs w:val="32"/>
          <w:lang w:eastAsia="zh-TW"/>
        </w:rPr>
        <w:lastRenderedPageBreak/>
        <w:t>匯入的資料中若有任何一筆資料錯誤，整份檔案的匯入將被取消。</w:t>
      </w:r>
    </w:p>
    <w:p w14:paraId="1B643738" w14:textId="77777777" w:rsidR="008A00DB" w:rsidRPr="005F2B49" w:rsidRDefault="008A00DB" w:rsidP="007C1FC0">
      <w:pPr>
        <w:pStyle w:val="ae"/>
        <w:numPr>
          <w:ilvl w:val="0"/>
          <w:numId w:val="16"/>
        </w:numPr>
        <w:jc w:val="both"/>
        <w:rPr>
          <w:rFonts w:ascii="Times New Roman" w:hAnsi="Times New Roman" w:cs="Times New Roman"/>
          <w:b/>
          <w:bCs/>
          <w:szCs w:val="32"/>
          <w:lang w:eastAsia="zh-TW"/>
        </w:rPr>
      </w:pPr>
    </w:p>
    <w:p w14:paraId="6EA732F6" w14:textId="77777777" w:rsidR="007D0C8D" w:rsidRPr="005F2B49" w:rsidRDefault="009224F3" w:rsidP="007D0C8D">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37D26C26" wp14:editId="0DE5DD9A">
            <wp:extent cx="3742660" cy="5590696"/>
            <wp:effectExtent l="0" t="0" r="0" b="0"/>
            <wp:docPr id="1664544670" name="圖片 1664544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749209" cy="5600479"/>
                    </a:xfrm>
                    <a:prstGeom prst="rect">
                      <a:avLst/>
                    </a:prstGeom>
                  </pic:spPr>
                </pic:pic>
              </a:graphicData>
            </a:graphic>
          </wp:inline>
        </w:drawing>
      </w:r>
    </w:p>
    <w:p w14:paraId="1F5AFC7C" w14:textId="28355E91" w:rsidR="007D0C8D" w:rsidRPr="005F2B49" w:rsidRDefault="007D0C8D" w:rsidP="007D0C8D">
      <w:pPr>
        <w:pStyle w:val="af7"/>
        <w:jc w:val="center"/>
        <w:rPr>
          <w:rFonts w:ascii="Times New Roman" w:hAnsi="Times New Roman" w:cs="Times New Roman"/>
          <w:color w:val="auto"/>
          <w:sz w:val="32"/>
          <w:szCs w:val="32"/>
          <w:lang w:eastAsia="zh-TW"/>
        </w:rPr>
      </w:pPr>
      <w:bookmarkStart w:id="170" w:name="_Toc239949124"/>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69</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編輯學生介面</w:t>
      </w:r>
      <w:bookmarkEnd w:id="170"/>
    </w:p>
    <w:p w14:paraId="0094D0EE" w14:textId="77777777" w:rsidR="006563EA" w:rsidRPr="005F2B49" w:rsidRDefault="006563EA" w:rsidP="007C1FC0">
      <w:pPr>
        <w:pStyle w:val="ae"/>
        <w:numPr>
          <w:ilvl w:val="0"/>
          <w:numId w:val="16"/>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編輯：</w:t>
      </w:r>
      <w:r w:rsidRPr="005F2B49">
        <w:rPr>
          <w:rFonts w:ascii="Times New Roman" w:hAnsi="Times New Roman" w:cs="Times New Roman"/>
          <w:szCs w:val="32"/>
          <w:lang w:eastAsia="zh-TW"/>
        </w:rPr>
        <w:t>修改學生的名稱，電子郵件，學生編號，以及決定是否啟用帳號。</w:t>
      </w:r>
    </w:p>
    <w:p w14:paraId="681FF08F" w14:textId="77777777" w:rsidR="007D0C8D" w:rsidRPr="005F2B49" w:rsidRDefault="009224F3" w:rsidP="0028042A">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lastRenderedPageBreak/>
        <w:drawing>
          <wp:inline distT="0" distB="0" distL="0" distR="0" wp14:anchorId="1B411526" wp14:editId="4DBCF500">
            <wp:extent cx="4263656" cy="3011700"/>
            <wp:effectExtent l="0" t="0" r="3810" b="0"/>
            <wp:docPr id="1664544671" name="圖片 1664544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269621" cy="3015914"/>
                    </a:xfrm>
                    <a:prstGeom prst="rect">
                      <a:avLst/>
                    </a:prstGeom>
                  </pic:spPr>
                </pic:pic>
              </a:graphicData>
            </a:graphic>
          </wp:inline>
        </w:drawing>
      </w:r>
    </w:p>
    <w:p w14:paraId="2C5C7D56" w14:textId="4F561E0F" w:rsidR="007D0C8D" w:rsidRPr="005F2B49" w:rsidRDefault="0028042A" w:rsidP="0028042A">
      <w:pPr>
        <w:pStyle w:val="af7"/>
        <w:jc w:val="center"/>
        <w:rPr>
          <w:rFonts w:ascii="Times New Roman" w:hAnsi="Times New Roman" w:cs="Times New Roman"/>
          <w:color w:val="auto"/>
          <w:sz w:val="32"/>
          <w:szCs w:val="32"/>
          <w:lang w:eastAsia="zh-TW"/>
        </w:rPr>
      </w:pPr>
      <w:bookmarkStart w:id="171" w:name="_Toc239949125"/>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70</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修改學生密碼介面</w:t>
      </w:r>
      <w:bookmarkEnd w:id="171"/>
    </w:p>
    <w:p w14:paraId="734113F2" w14:textId="77777777" w:rsidR="006563EA" w:rsidRPr="005F2B49" w:rsidRDefault="006563EA" w:rsidP="007C1FC0">
      <w:pPr>
        <w:pStyle w:val="ae"/>
        <w:numPr>
          <w:ilvl w:val="0"/>
          <w:numId w:val="16"/>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修改密碼：</w:t>
      </w:r>
      <w:r w:rsidRPr="005F2B49">
        <w:rPr>
          <w:rFonts w:ascii="Times New Roman" w:hAnsi="Times New Roman" w:cs="Times New Roman"/>
          <w:szCs w:val="32"/>
          <w:lang w:eastAsia="zh-TW"/>
        </w:rPr>
        <w:t>將所選的學生修改一組新的密碼。</w:t>
      </w:r>
    </w:p>
    <w:p w14:paraId="22A7249A" w14:textId="77777777" w:rsidR="00695732" w:rsidRPr="005F2B49" w:rsidRDefault="009224F3" w:rsidP="00695732">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66CA19C9" wp14:editId="7BE29BEB">
            <wp:extent cx="5486400" cy="3760470"/>
            <wp:effectExtent l="0" t="0" r="0" b="0"/>
            <wp:docPr id="1664544672" name="圖片 1664544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486400" cy="3760470"/>
                    </a:xfrm>
                    <a:prstGeom prst="rect">
                      <a:avLst/>
                    </a:prstGeom>
                  </pic:spPr>
                </pic:pic>
              </a:graphicData>
            </a:graphic>
          </wp:inline>
        </w:drawing>
      </w:r>
    </w:p>
    <w:p w14:paraId="0133DAD3" w14:textId="64AEA460" w:rsidR="00695732" w:rsidRPr="005F2B49" w:rsidRDefault="00695732" w:rsidP="00695732">
      <w:pPr>
        <w:pStyle w:val="af7"/>
        <w:jc w:val="center"/>
        <w:rPr>
          <w:rFonts w:ascii="Times New Roman" w:hAnsi="Times New Roman" w:cs="Times New Roman"/>
          <w:color w:val="auto"/>
          <w:sz w:val="32"/>
          <w:szCs w:val="32"/>
          <w:lang w:eastAsia="zh-TW"/>
        </w:rPr>
      </w:pPr>
      <w:bookmarkStart w:id="172" w:name="_Toc239949126"/>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71</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指派學生加入班級介面</w:t>
      </w:r>
      <w:bookmarkEnd w:id="172"/>
    </w:p>
    <w:p w14:paraId="3D5E90F1" w14:textId="77777777" w:rsidR="006563EA" w:rsidRPr="005F2B49" w:rsidRDefault="006563EA" w:rsidP="007C1FC0">
      <w:pPr>
        <w:pStyle w:val="ae"/>
        <w:numPr>
          <w:ilvl w:val="0"/>
          <w:numId w:val="16"/>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lastRenderedPageBreak/>
        <w:t>加入班級：</w:t>
      </w:r>
      <w:r w:rsidRPr="005F2B49">
        <w:rPr>
          <w:rFonts w:ascii="Times New Roman" w:hAnsi="Times New Roman" w:cs="Times New Roman"/>
          <w:szCs w:val="32"/>
          <w:lang w:eastAsia="zh-TW"/>
        </w:rPr>
        <w:t>將所選的學生加入到班級中。</w:t>
      </w:r>
    </w:p>
    <w:p w14:paraId="6FEB418B" w14:textId="77777777" w:rsidR="00C250D3" w:rsidRPr="005F2B49" w:rsidRDefault="006563EA" w:rsidP="007C1FC0">
      <w:pPr>
        <w:pStyle w:val="ae"/>
        <w:numPr>
          <w:ilvl w:val="0"/>
          <w:numId w:val="16"/>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刪除：</w:t>
      </w:r>
      <w:r w:rsidRPr="005F2B49">
        <w:rPr>
          <w:rFonts w:ascii="Times New Roman" w:hAnsi="Times New Roman" w:cs="Times New Roman"/>
          <w:szCs w:val="32"/>
          <w:lang w:eastAsia="zh-TW"/>
        </w:rPr>
        <w:t>移除所選的學生。</w:t>
      </w:r>
    </w:p>
    <w:p w14:paraId="2F3E6E8E" w14:textId="77777777" w:rsidR="00C250D3" w:rsidRPr="005F2B49" w:rsidRDefault="00C250D3" w:rsidP="00561F99">
      <w:p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br w:type="page"/>
      </w:r>
    </w:p>
    <w:p w14:paraId="0923F736" w14:textId="77777777" w:rsidR="0069795A" w:rsidRPr="005F2B49" w:rsidRDefault="007A1A1B" w:rsidP="001B52D6">
      <w:pPr>
        <w:pStyle w:val="4"/>
        <w:rPr>
          <w:rFonts w:ascii="Times New Roman" w:hAnsi="Times New Roman" w:cs="Times New Roman"/>
          <w:color w:val="auto"/>
        </w:rPr>
      </w:pPr>
      <w:bookmarkStart w:id="173" w:name="_Toc239949043"/>
      <w:r w:rsidRPr="005F2B49">
        <w:rPr>
          <w:rFonts w:ascii="Times New Roman" w:hAnsi="Times New Roman" w:cs="Times New Roman"/>
          <w:color w:val="auto"/>
        </w:rPr>
        <w:lastRenderedPageBreak/>
        <w:t>全校</w:t>
      </w:r>
      <w:r w:rsidRPr="005F2B49">
        <w:rPr>
          <w:rFonts w:ascii="Times New Roman" w:hAnsi="Times New Roman" w:cs="Times New Roman"/>
          <w:color w:val="auto"/>
        </w:rPr>
        <w:t>Chatbot</w:t>
      </w:r>
      <w:r w:rsidRPr="005F2B49">
        <w:rPr>
          <w:rFonts w:ascii="Times New Roman" w:hAnsi="Times New Roman" w:cs="Times New Roman"/>
          <w:color w:val="auto"/>
        </w:rPr>
        <w:t>管理</w:t>
      </w:r>
      <w:bookmarkEnd w:id="173"/>
    </w:p>
    <w:p w14:paraId="43CF79E1" w14:textId="77777777" w:rsidR="00C61E32" w:rsidRPr="005F2B49" w:rsidRDefault="009224F3" w:rsidP="0089591F">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03AEAB24" wp14:editId="4F095299">
            <wp:extent cx="4827181" cy="5314368"/>
            <wp:effectExtent l="0" t="0" r="0" b="635"/>
            <wp:docPr id="1664544673" name="圖片 1664544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840056" cy="5328543"/>
                    </a:xfrm>
                    <a:prstGeom prst="rect">
                      <a:avLst/>
                    </a:prstGeom>
                  </pic:spPr>
                </pic:pic>
              </a:graphicData>
            </a:graphic>
          </wp:inline>
        </w:drawing>
      </w:r>
    </w:p>
    <w:p w14:paraId="09838D79" w14:textId="45836EEF" w:rsidR="00C61E32" w:rsidRPr="005F2B49" w:rsidRDefault="00C61E32" w:rsidP="0089591F">
      <w:pPr>
        <w:pStyle w:val="af7"/>
        <w:jc w:val="center"/>
        <w:rPr>
          <w:rFonts w:ascii="Times New Roman" w:hAnsi="Times New Roman" w:cs="Times New Roman"/>
          <w:color w:val="auto"/>
          <w:sz w:val="32"/>
          <w:szCs w:val="32"/>
          <w:lang w:eastAsia="zh-TW"/>
        </w:rPr>
      </w:pPr>
      <w:bookmarkStart w:id="174" w:name="_Ref206079642"/>
      <w:bookmarkStart w:id="175" w:name="_Toc206143771"/>
      <w:bookmarkStart w:id="176" w:name="_Toc206144204"/>
      <w:bookmarkStart w:id="177" w:name="_Toc239949127"/>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72</w:t>
      </w:r>
      <w:r w:rsidR="00617749" w:rsidRPr="005F2B49">
        <w:rPr>
          <w:rFonts w:ascii="Times New Roman" w:hAnsi="Times New Roman" w:cs="Times New Roman"/>
          <w:color w:val="auto"/>
          <w:sz w:val="32"/>
          <w:szCs w:val="32"/>
          <w:lang w:eastAsia="zh-TW"/>
        </w:rPr>
        <w:fldChar w:fldCharType="end"/>
      </w:r>
      <w:bookmarkEnd w:id="174"/>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全校</w:t>
      </w:r>
      <w:r w:rsidRPr="005F2B49">
        <w:rPr>
          <w:rFonts w:ascii="Times New Roman" w:hAnsi="Times New Roman" w:cs="Times New Roman"/>
          <w:color w:val="auto"/>
          <w:sz w:val="32"/>
          <w:szCs w:val="32"/>
          <w:lang w:eastAsia="zh-TW"/>
        </w:rPr>
        <w:t>Chatbot</w:t>
      </w:r>
      <w:r w:rsidRPr="005F2B49">
        <w:rPr>
          <w:rFonts w:ascii="Times New Roman" w:hAnsi="Times New Roman" w:cs="Times New Roman"/>
          <w:color w:val="auto"/>
          <w:sz w:val="32"/>
          <w:szCs w:val="32"/>
          <w:lang w:eastAsia="zh-TW"/>
        </w:rPr>
        <w:t>管理</w:t>
      </w:r>
      <w:bookmarkEnd w:id="175"/>
      <w:bookmarkEnd w:id="176"/>
      <w:bookmarkEnd w:id="177"/>
    </w:p>
    <w:p w14:paraId="16D7218B" w14:textId="77777777" w:rsidR="006563EA" w:rsidRPr="005F2B49" w:rsidRDefault="006563EA" w:rsidP="006563EA">
      <w:pPr>
        <w:pStyle w:val="ae"/>
        <w:ind w:left="360"/>
        <w:jc w:val="both"/>
        <w:rPr>
          <w:rFonts w:ascii="Times New Roman" w:hAnsi="Times New Roman" w:cs="Times New Roman"/>
          <w:b/>
          <w:bCs/>
          <w:szCs w:val="32"/>
          <w:lang w:eastAsia="zh-TW"/>
        </w:rPr>
      </w:pPr>
      <w:r w:rsidRPr="005F2B49">
        <w:rPr>
          <w:rFonts w:ascii="Times New Roman" w:hAnsi="Times New Roman" w:cs="Times New Roman"/>
          <w:szCs w:val="32"/>
          <w:lang w:eastAsia="zh-TW"/>
        </w:rPr>
        <w:t>管理者可在此功能中查看所屬學校教師建立的</w:t>
      </w:r>
      <w:r w:rsidRPr="005F2B49">
        <w:rPr>
          <w:rFonts w:ascii="Times New Roman" w:hAnsi="Times New Roman" w:cs="Times New Roman"/>
          <w:szCs w:val="32"/>
          <w:lang w:eastAsia="zh-TW"/>
        </w:rPr>
        <w:t>Chatbot</w:t>
      </w:r>
      <w:r w:rsidRPr="005F2B49">
        <w:rPr>
          <w:rFonts w:ascii="Times New Roman" w:hAnsi="Times New Roman" w:cs="Times New Roman"/>
          <w:szCs w:val="32"/>
          <w:lang w:eastAsia="zh-TW"/>
        </w:rPr>
        <w:t>，並可進行以下操作：</w:t>
      </w:r>
    </w:p>
    <w:p w14:paraId="562E8904" w14:textId="77777777" w:rsidR="006563EA" w:rsidRPr="005F2B49" w:rsidRDefault="006563EA" w:rsidP="007C1FC0">
      <w:pPr>
        <w:pStyle w:val="ae"/>
        <w:numPr>
          <w:ilvl w:val="0"/>
          <w:numId w:val="15"/>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編輯：</w:t>
      </w:r>
      <w:r w:rsidRPr="005F2B49">
        <w:rPr>
          <w:rFonts w:ascii="Times New Roman" w:hAnsi="Times New Roman" w:cs="Times New Roman"/>
          <w:szCs w:val="32"/>
          <w:lang w:eastAsia="zh-TW"/>
        </w:rPr>
        <w:t>修改已經建立的</w:t>
      </w:r>
      <w:r w:rsidRPr="005F2B49">
        <w:rPr>
          <w:rFonts w:ascii="Times New Roman" w:hAnsi="Times New Roman" w:cs="Times New Roman"/>
          <w:szCs w:val="32"/>
          <w:lang w:eastAsia="zh-TW"/>
        </w:rPr>
        <w:t>Chatbot</w:t>
      </w:r>
      <w:r w:rsidRPr="005F2B49">
        <w:rPr>
          <w:rFonts w:ascii="Times New Roman" w:hAnsi="Times New Roman" w:cs="Times New Roman"/>
          <w:szCs w:val="32"/>
          <w:lang w:eastAsia="zh-TW"/>
        </w:rPr>
        <w:t>內容，包含名稱、描述、問候訊息、提示詞、建議訊息、模型名稱、溫度參值以及知識庫。</w:t>
      </w:r>
    </w:p>
    <w:p w14:paraId="524B4F25" w14:textId="77777777" w:rsidR="006563EA" w:rsidRPr="005F2B49" w:rsidRDefault="006563EA" w:rsidP="007C1FC0">
      <w:pPr>
        <w:pStyle w:val="ae"/>
        <w:numPr>
          <w:ilvl w:val="0"/>
          <w:numId w:val="15"/>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指派成員：</w:t>
      </w:r>
      <w:r w:rsidRPr="005F2B49">
        <w:rPr>
          <w:rFonts w:ascii="Times New Roman" w:hAnsi="Times New Roman" w:cs="Times New Roman"/>
          <w:szCs w:val="32"/>
          <w:lang w:eastAsia="zh-TW"/>
        </w:rPr>
        <w:t>將所選的</w:t>
      </w:r>
      <w:r w:rsidRPr="005F2B49">
        <w:rPr>
          <w:rFonts w:ascii="Times New Roman" w:hAnsi="Times New Roman" w:cs="Times New Roman"/>
          <w:szCs w:val="32"/>
          <w:lang w:eastAsia="zh-TW"/>
        </w:rPr>
        <w:t>Chatbot</w:t>
      </w:r>
      <w:r w:rsidRPr="005F2B49">
        <w:rPr>
          <w:rFonts w:ascii="Times New Roman" w:hAnsi="Times New Roman" w:cs="Times New Roman"/>
          <w:szCs w:val="32"/>
          <w:lang w:eastAsia="zh-TW"/>
        </w:rPr>
        <w:t>指派給班級或是特定學生。</w:t>
      </w:r>
    </w:p>
    <w:p w14:paraId="2E281F7A" w14:textId="77777777" w:rsidR="006563EA" w:rsidRPr="005F2B49" w:rsidRDefault="006563EA" w:rsidP="007C1FC0">
      <w:pPr>
        <w:pStyle w:val="ae"/>
        <w:numPr>
          <w:ilvl w:val="0"/>
          <w:numId w:val="15"/>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lastRenderedPageBreak/>
        <w:t>分享教師：</w:t>
      </w:r>
      <w:r w:rsidRPr="005F2B49">
        <w:rPr>
          <w:rFonts w:ascii="Times New Roman" w:hAnsi="Times New Roman" w:cs="Times New Roman"/>
          <w:szCs w:val="32"/>
          <w:lang w:eastAsia="zh-TW"/>
        </w:rPr>
        <w:t>將所選的</w:t>
      </w:r>
      <w:r w:rsidRPr="005F2B49">
        <w:rPr>
          <w:rFonts w:ascii="Times New Roman" w:hAnsi="Times New Roman" w:cs="Times New Roman"/>
          <w:szCs w:val="32"/>
          <w:lang w:eastAsia="zh-TW"/>
        </w:rPr>
        <w:t>Chatbot</w:t>
      </w:r>
      <w:r w:rsidRPr="005F2B49">
        <w:rPr>
          <w:rFonts w:ascii="Times New Roman" w:hAnsi="Times New Roman" w:cs="Times New Roman"/>
          <w:szCs w:val="32"/>
          <w:lang w:eastAsia="zh-TW"/>
        </w:rPr>
        <w:t>分享給其他教師（包含其他學校的教師）。</w:t>
      </w:r>
    </w:p>
    <w:p w14:paraId="544C4769" w14:textId="77777777" w:rsidR="00262E9B" w:rsidRPr="005F2B49" w:rsidRDefault="00262E9B" w:rsidP="007C1FC0">
      <w:pPr>
        <w:pStyle w:val="ae"/>
        <w:numPr>
          <w:ilvl w:val="0"/>
          <w:numId w:val="15"/>
        </w:numPr>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嵌入語法：</w:t>
      </w:r>
      <w:r w:rsidRPr="005F2B49">
        <w:rPr>
          <w:rFonts w:ascii="Times New Roman" w:hAnsi="Times New Roman" w:cs="Times New Roman" w:hint="eastAsia"/>
          <w:szCs w:val="32"/>
          <w:lang w:eastAsia="zh-TW"/>
        </w:rPr>
        <w:t>可讓教師或開發者將</w:t>
      </w:r>
      <w:r w:rsidRPr="005F2B49">
        <w:rPr>
          <w:rFonts w:ascii="Times New Roman" w:hAnsi="Times New Roman" w:cs="Times New Roman" w:hint="eastAsia"/>
          <w:szCs w:val="32"/>
          <w:lang w:eastAsia="zh-TW"/>
        </w:rPr>
        <w:t xml:space="preserve"> Chatbot </w:t>
      </w:r>
      <w:r w:rsidRPr="005F2B49">
        <w:rPr>
          <w:rFonts w:ascii="Times New Roman" w:hAnsi="Times New Roman" w:cs="Times New Roman" w:hint="eastAsia"/>
          <w:szCs w:val="32"/>
          <w:lang w:eastAsia="zh-TW"/>
        </w:rPr>
        <w:t>直接整合到自己的網頁中。</w:t>
      </w:r>
    </w:p>
    <w:p w14:paraId="0D5C7AEA" w14:textId="77777777" w:rsidR="00262E9B" w:rsidRPr="005F2B49" w:rsidRDefault="00262E9B" w:rsidP="007C1FC0">
      <w:pPr>
        <w:pStyle w:val="ae"/>
        <w:numPr>
          <w:ilvl w:val="0"/>
          <w:numId w:val="15"/>
        </w:num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t>統計分析：</w:t>
      </w:r>
      <w:r w:rsidRPr="005F2B49">
        <w:rPr>
          <w:rFonts w:ascii="Times New Roman" w:hAnsi="Times New Roman" w:cs="Times New Roman" w:hint="eastAsia"/>
          <w:szCs w:val="32"/>
          <w:lang w:eastAsia="zh-TW"/>
        </w:rPr>
        <w:t>教師可以看到選取的</w:t>
      </w:r>
      <w:r w:rsidRPr="005F2B49">
        <w:rPr>
          <w:rFonts w:ascii="Times New Roman" w:hAnsi="Times New Roman" w:cs="Times New Roman" w:hint="eastAsia"/>
          <w:szCs w:val="32"/>
          <w:lang w:eastAsia="zh-TW"/>
        </w:rPr>
        <w:t>Chatbot</w:t>
      </w:r>
      <w:r w:rsidRPr="005F2B49">
        <w:rPr>
          <w:rFonts w:ascii="Times New Roman" w:hAnsi="Times New Roman" w:cs="Times New Roman" w:hint="eastAsia"/>
          <w:szCs w:val="32"/>
          <w:lang w:eastAsia="zh-TW"/>
        </w:rPr>
        <w:t>使用的數據，聊天數為使用</w:t>
      </w:r>
      <w:r w:rsidRPr="005F2B49">
        <w:rPr>
          <w:rFonts w:ascii="Times New Roman" w:hAnsi="Times New Roman" w:cs="Times New Roman" w:hint="eastAsia"/>
          <w:szCs w:val="32"/>
          <w:lang w:eastAsia="zh-TW"/>
        </w:rPr>
        <w:t>Chatbot</w:t>
      </w:r>
      <w:r w:rsidRPr="005F2B49">
        <w:rPr>
          <w:rFonts w:ascii="Times New Roman" w:hAnsi="Times New Roman" w:cs="Times New Roman" w:hint="eastAsia"/>
          <w:szCs w:val="32"/>
          <w:lang w:eastAsia="zh-TW"/>
        </w:rPr>
        <w:t>建立的聊天室數量，訊息數為與</w:t>
      </w:r>
      <w:r w:rsidRPr="005F2B49">
        <w:rPr>
          <w:rFonts w:ascii="Times New Roman" w:hAnsi="Times New Roman" w:cs="Times New Roman" w:hint="eastAsia"/>
          <w:szCs w:val="32"/>
          <w:lang w:eastAsia="zh-TW"/>
        </w:rPr>
        <w:t>Chatbot</w:t>
      </w:r>
      <w:r w:rsidRPr="005F2B49">
        <w:rPr>
          <w:rFonts w:ascii="Times New Roman" w:hAnsi="Times New Roman" w:cs="Times New Roman" w:hint="eastAsia"/>
          <w:szCs w:val="32"/>
          <w:lang w:eastAsia="zh-TW"/>
        </w:rPr>
        <w:t>的對話次數。</w:t>
      </w:r>
    </w:p>
    <w:p w14:paraId="2FE40879" w14:textId="77777777" w:rsidR="007A1A1B" w:rsidRPr="005F2B49" w:rsidRDefault="006563EA" w:rsidP="007C1FC0">
      <w:pPr>
        <w:pStyle w:val="ae"/>
        <w:numPr>
          <w:ilvl w:val="0"/>
          <w:numId w:val="15"/>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刪除：</w:t>
      </w:r>
      <w:r w:rsidRPr="005F2B49">
        <w:rPr>
          <w:rFonts w:ascii="Times New Roman" w:hAnsi="Times New Roman" w:cs="Times New Roman"/>
          <w:szCs w:val="32"/>
          <w:lang w:eastAsia="zh-TW"/>
        </w:rPr>
        <w:t>移除所選的</w:t>
      </w:r>
      <w:r w:rsidRPr="005F2B49">
        <w:rPr>
          <w:rFonts w:ascii="Times New Roman" w:hAnsi="Times New Roman" w:cs="Times New Roman"/>
          <w:szCs w:val="32"/>
          <w:lang w:eastAsia="zh-TW"/>
        </w:rPr>
        <w:t>Chatbot</w:t>
      </w:r>
      <w:r w:rsidRPr="005F2B49">
        <w:rPr>
          <w:rFonts w:ascii="Times New Roman" w:hAnsi="Times New Roman" w:cs="Times New Roman"/>
          <w:szCs w:val="32"/>
          <w:lang w:eastAsia="zh-TW"/>
        </w:rPr>
        <w:t>。</w:t>
      </w:r>
    </w:p>
    <w:p w14:paraId="5A25DCE7" w14:textId="77777777" w:rsidR="002B76E3" w:rsidRPr="005F2B49" w:rsidRDefault="002B76E3" w:rsidP="002B76E3">
      <w:pPr>
        <w:pStyle w:val="4"/>
        <w:rPr>
          <w:color w:val="auto"/>
          <w:lang w:eastAsia="zh-TW"/>
        </w:rPr>
      </w:pPr>
      <w:bookmarkStart w:id="178" w:name="_Toc239949044"/>
      <w:r w:rsidRPr="005F2B49">
        <w:rPr>
          <w:rFonts w:hint="eastAsia"/>
          <w:color w:val="auto"/>
          <w:lang w:eastAsia="zh-TW"/>
        </w:rPr>
        <w:t>權限申請審核</w:t>
      </w:r>
      <w:bookmarkEnd w:id="178"/>
    </w:p>
    <w:p w14:paraId="799866AD" w14:textId="77777777" w:rsidR="002B76E3" w:rsidRPr="005F2B49" w:rsidRDefault="002B76E3" w:rsidP="002B76E3">
      <w:pPr>
        <w:jc w:val="center"/>
        <w:rPr>
          <w:lang w:eastAsia="zh-TW"/>
        </w:rPr>
      </w:pPr>
      <w:r w:rsidRPr="005F2B49">
        <w:rPr>
          <w:noProof/>
          <w:lang w:eastAsia="zh-TW"/>
        </w:rPr>
        <w:drawing>
          <wp:inline distT="0" distB="0" distL="0" distR="0" wp14:anchorId="28A8B86D" wp14:editId="535434DF">
            <wp:extent cx="4649357" cy="1963062"/>
            <wp:effectExtent l="0" t="0" r="0" b="0"/>
            <wp:docPr id="26084217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842171" name=""/>
                    <pic:cNvPicPr/>
                  </pic:nvPicPr>
                  <pic:blipFill>
                    <a:blip r:embed="rId90"/>
                    <a:stretch>
                      <a:fillRect/>
                    </a:stretch>
                  </pic:blipFill>
                  <pic:spPr>
                    <a:xfrm>
                      <a:off x="0" y="0"/>
                      <a:ext cx="4651579" cy="1964000"/>
                    </a:xfrm>
                    <a:prstGeom prst="rect">
                      <a:avLst/>
                    </a:prstGeom>
                  </pic:spPr>
                </pic:pic>
              </a:graphicData>
            </a:graphic>
          </wp:inline>
        </w:drawing>
      </w:r>
    </w:p>
    <w:p w14:paraId="66A7F61A" w14:textId="77748745" w:rsidR="002B76E3" w:rsidRPr="005F2B49" w:rsidRDefault="002B76E3" w:rsidP="002B76E3">
      <w:pPr>
        <w:pStyle w:val="af7"/>
        <w:jc w:val="center"/>
        <w:rPr>
          <w:rFonts w:ascii="Times New Roman" w:hAnsi="Times New Roman" w:cs="Times New Roman"/>
          <w:color w:val="auto"/>
          <w:sz w:val="32"/>
          <w:szCs w:val="32"/>
          <w:lang w:eastAsia="zh-TW"/>
        </w:rPr>
      </w:pPr>
      <w:bookmarkStart w:id="179" w:name="_Toc239949128"/>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73</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color w:val="auto"/>
          <w:sz w:val="32"/>
          <w:szCs w:val="32"/>
          <w:lang w:eastAsia="zh-TW"/>
        </w:rPr>
        <w:t>權限申請審核</w:t>
      </w:r>
      <w:r w:rsidRPr="005F2B49">
        <w:rPr>
          <w:rFonts w:ascii="Times New Roman" w:hAnsi="Times New Roman" w:cs="Times New Roman" w:hint="eastAsia"/>
          <w:color w:val="auto"/>
          <w:sz w:val="32"/>
          <w:szCs w:val="32"/>
          <w:lang w:eastAsia="zh-TW"/>
        </w:rPr>
        <w:t>介面</w:t>
      </w:r>
      <w:bookmarkEnd w:id="179"/>
    </w:p>
    <w:p w14:paraId="54993C01" w14:textId="77777777" w:rsidR="002B76E3" w:rsidRPr="005F2B49" w:rsidRDefault="002B76E3" w:rsidP="002B76E3">
      <w:pPr>
        <w:rPr>
          <w:lang w:eastAsia="zh-TW"/>
        </w:rPr>
      </w:pPr>
      <w:r w:rsidRPr="005F2B49">
        <w:rPr>
          <w:lang w:eastAsia="zh-TW"/>
        </w:rPr>
        <w:t>學校管理者可在此頁面查看教師提出的嵌入式功能與</w:t>
      </w:r>
      <w:r w:rsidRPr="005F2B49">
        <w:rPr>
          <w:lang w:eastAsia="zh-TW"/>
        </w:rPr>
        <w:t xml:space="preserve"> API </w:t>
      </w:r>
      <w:r w:rsidRPr="005F2B49">
        <w:rPr>
          <w:lang w:eastAsia="zh-TW"/>
        </w:rPr>
        <w:t>金鑰申請，並進行核准或撤回操作，相關操作皆會保留於歷史紀錄頁面。</w:t>
      </w:r>
    </w:p>
    <w:p w14:paraId="159FD62C" w14:textId="77777777" w:rsidR="002B76E3" w:rsidRPr="005F2B49" w:rsidRDefault="002B76E3" w:rsidP="008025AA">
      <w:pPr>
        <w:pStyle w:val="4"/>
        <w:rPr>
          <w:rFonts w:ascii="Times New Roman" w:hAnsi="Times New Roman" w:cs="Times New Roman"/>
          <w:color w:val="auto"/>
          <w:lang w:eastAsia="zh-TW"/>
        </w:rPr>
      </w:pPr>
      <w:bookmarkStart w:id="180" w:name="_Toc239949045"/>
      <w:r w:rsidRPr="005F2B49">
        <w:rPr>
          <w:rFonts w:ascii="Times New Roman" w:hAnsi="Times New Roman" w:cs="Times New Roman"/>
          <w:color w:val="auto"/>
          <w:lang w:eastAsia="zh-TW"/>
        </w:rPr>
        <w:lastRenderedPageBreak/>
        <w:t>本校</w:t>
      </w:r>
      <w:r w:rsidRPr="005F2B49">
        <w:rPr>
          <w:rFonts w:ascii="Times New Roman" w:hAnsi="Times New Roman" w:cs="Times New Roman"/>
          <w:color w:val="auto"/>
          <w:lang w:eastAsia="zh-TW"/>
        </w:rPr>
        <w:t>API</w:t>
      </w:r>
      <w:r w:rsidRPr="005F2B49">
        <w:rPr>
          <w:rFonts w:ascii="Times New Roman" w:hAnsi="Times New Roman" w:cs="Times New Roman"/>
          <w:color w:val="auto"/>
          <w:lang w:eastAsia="zh-TW"/>
        </w:rPr>
        <w:t>金鑰</w:t>
      </w:r>
      <w:bookmarkEnd w:id="180"/>
    </w:p>
    <w:p w14:paraId="2FE8075D" w14:textId="77777777" w:rsidR="002B76E3" w:rsidRPr="005F2B49" w:rsidRDefault="002B76E3" w:rsidP="002B76E3">
      <w:pPr>
        <w:jc w:val="center"/>
        <w:rPr>
          <w:lang w:eastAsia="zh-TW"/>
        </w:rPr>
      </w:pPr>
      <w:r w:rsidRPr="005F2B49">
        <w:rPr>
          <w:noProof/>
          <w:lang w:eastAsia="zh-TW"/>
        </w:rPr>
        <w:drawing>
          <wp:inline distT="0" distB="0" distL="0" distR="0" wp14:anchorId="6A61F2C5" wp14:editId="7555647A">
            <wp:extent cx="3273759" cy="2456835"/>
            <wp:effectExtent l="0" t="0" r="3175" b="635"/>
            <wp:docPr id="103685369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853694" name=""/>
                    <pic:cNvPicPr/>
                  </pic:nvPicPr>
                  <pic:blipFill>
                    <a:blip r:embed="rId91"/>
                    <a:stretch>
                      <a:fillRect/>
                    </a:stretch>
                  </pic:blipFill>
                  <pic:spPr>
                    <a:xfrm>
                      <a:off x="0" y="0"/>
                      <a:ext cx="3275770" cy="2458344"/>
                    </a:xfrm>
                    <a:prstGeom prst="rect">
                      <a:avLst/>
                    </a:prstGeom>
                  </pic:spPr>
                </pic:pic>
              </a:graphicData>
            </a:graphic>
          </wp:inline>
        </w:drawing>
      </w:r>
    </w:p>
    <w:p w14:paraId="736F4928" w14:textId="38CD10FB" w:rsidR="002B76E3" w:rsidRPr="005F2B49" w:rsidRDefault="002B76E3" w:rsidP="002B76E3">
      <w:pPr>
        <w:pStyle w:val="af7"/>
        <w:jc w:val="center"/>
        <w:rPr>
          <w:rFonts w:ascii="Times New Roman" w:hAnsi="Times New Roman" w:cs="Times New Roman"/>
          <w:color w:val="auto"/>
          <w:sz w:val="32"/>
          <w:szCs w:val="32"/>
          <w:lang w:eastAsia="zh-TW"/>
        </w:rPr>
      </w:pPr>
      <w:bookmarkStart w:id="181" w:name="_Toc239949129"/>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74</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color w:val="auto"/>
          <w:sz w:val="32"/>
          <w:szCs w:val="32"/>
          <w:lang w:eastAsia="zh-TW"/>
        </w:rPr>
        <w:t>本校</w:t>
      </w:r>
      <w:r w:rsidRPr="005F2B49">
        <w:rPr>
          <w:rFonts w:ascii="Times New Roman" w:hAnsi="Times New Roman" w:cs="Times New Roman"/>
          <w:color w:val="auto"/>
          <w:sz w:val="32"/>
          <w:szCs w:val="32"/>
          <w:lang w:eastAsia="zh-TW"/>
        </w:rPr>
        <w:t>API</w:t>
      </w:r>
      <w:r w:rsidRPr="005F2B49">
        <w:rPr>
          <w:rFonts w:ascii="Times New Roman" w:hAnsi="Times New Roman" w:cs="Times New Roman"/>
          <w:color w:val="auto"/>
          <w:sz w:val="32"/>
          <w:szCs w:val="32"/>
          <w:lang w:eastAsia="zh-TW"/>
        </w:rPr>
        <w:t>金鑰</w:t>
      </w:r>
      <w:r w:rsidRPr="005F2B49">
        <w:rPr>
          <w:rFonts w:ascii="Times New Roman" w:hAnsi="Times New Roman" w:cs="Times New Roman" w:hint="eastAsia"/>
          <w:color w:val="auto"/>
          <w:sz w:val="32"/>
          <w:szCs w:val="32"/>
          <w:lang w:eastAsia="zh-TW"/>
        </w:rPr>
        <w:t>介面</w:t>
      </w:r>
      <w:bookmarkEnd w:id="181"/>
    </w:p>
    <w:p w14:paraId="0F568396" w14:textId="77777777" w:rsidR="002B76E3" w:rsidRPr="005F2B49" w:rsidRDefault="002B76E3" w:rsidP="002B76E3">
      <w:pPr>
        <w:rPr>
          <w:lang w:eastAsia="zh-TW"/>
        </w:rPr>
      </w:pPr>
      <w:r w:rsidRPr="005F2B49">
        <w:rPr>
          <w:lang w:eastAsia="zh-TW"/>
        </w:rPr>
        <w:t>學校管理者可在</w:t>
      </w:r>
      <w:r w:rsidRPr="005F2B49">
        <w:rPr>
          <w:rFonts w:hint="eastAsia"/>
          <w:lang w:eastAsia="zh-TW"/>
        </w:rPr>
        <w:t>此</w:t>
      </w:r>
      <w:r w:rsidRPr="005F2B49">
        <w:rPr>
          <w:lang w:eastAsia="zh-TW"/>
        </w:rPr>
        <w:t>頁面查看全校教師建立的</w:t>
      </w:r>
      <w:r w:rsidRPr="005F2B49">
        <w:rPr>
          <w:lang w:eastAsia="zh-TW"/>
        </w:rPr>
        <w:t xml:space="preserve"> API </w:t>
      </w:r>
      <w:r w:rsidRPr="005F2B49">
        <w:rPr>
          <w:lang w:eastAsia="zh-TW"/>
        </w:rPr>
        <w:t>金鑰，包含各金鑰的流量使用情形、權限設定、建立時間及最後使用時間，方便掌握全校</w:t>
      </w:r>
      <w:r w:rsidRPr="005F2B49">
        <w:rPr>
          <w:lang w:eastAsia="zh-TW"/>
        </w:rPr>
        <w:t xml:space="preserve"> API </w:t>
      </w:r>
      <w:r w:rsidRPr="005F2B49">
        <w:rPr>
          <w:lang w:eastAsia="zh-TW"/>
        </w:rPr>
        <w:t>金鑰的使用狀況。</w:t>
      </w:r>
    </w:p>
    <w:p w14:paraId="0502D54E" w14:textId="77777777" w:rsidR="00DE13DF" w:rsidRPr="005F2B49" w:rsidRDefault="002B76E3" w:rsidP="008025AA">
      <w:pPr>
        <w:pStyle w:val="4"/>
        <w:rPr>
          <w:color w:val="auto"/>
        </w:rPr>
      </w:pPr>
      <w:bookmarkStart w:id="182" w:name="_Toc239949046"/>
      <w:r w:rsidRPr="005F2B49">
        <w:rPr>
          <w:rFonts w:hint="eastAsia"/>
          <w:color w:val="auto"/>
        </w:rPr>
        <w:lastRenderedPageBreak/>
        <w:t>使用量統計</w:t>
      </w:r>
      <w:bookmarkEnd w:id="182"/>
    </w:p>
    <w:p w14:paraId="58BDD392" w14:textId="77777777" w:rsidR="00DE13DF" w:rsidRPr="005F2B49" w:rsidRDefault="009224F3" w:rsidP="00294320">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410548EB" wp14:editId="7223CD37">
            <wp:extent cx="4423144" cy="4772285"/>
            <wp:effectExtent l="0" t="0" r="0" b="0"/>
            <wp:docPr id="1664544674" name="圖片 1664544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432524" cy="4782405"/>
                    </a:xfrm>
                    <a:prstGeom prst="rect">
                      <a:avLst/>
                    </a:prstGeom>
                  </pic:spPr>
                </pic:pic>
              </a:graphicData>
            </a:graphic>
          </wp:inline>
        </w:drawing>
      </w:r>
    </w:p>
    <w:p w14:paraId="056A77C3" w14:textId="134A7F4F" w:rsidR="00294320" w:rsidRPr="005F2B49" w:rsidRDefault="008C2AAB" w:rsidP="008C2AAB">
      <w:pPr>
        <w:pStyle w:val="af7"/>
        <w:jc w:val="center"/>
        <w:rPr>
          <w:rFonts w:ascii="Times New Roman" w:hAnsi="Times New Roman" w:cs="Times New Roman"/>
          <w:color w:val="auto"/>
          <w:sz w:val="32"/>
          <w:szCs w:val="32"/>
          <w:lang w:eastAsia="zh-TW"/>
        </w:rPr>
      </w:pPr>
      <w:bookmarkStart w:id="183" w:name="_Toc239949130"/>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75</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00294320" w:rsidRPr="005F2B49">
        <w:rPr>
          <w:rFonts w:ascii="Times New Roman" w:hAnsi="Times New Roman" w:cs="Times New Roman" w:hint="eastAsia"/>
          <w:color w:val="auto"/>
          <w:sz w:val="32"/>
          <w:szCs w:val="32"/>
          <w:lang w:eastAsia="zh-TW"/>
        </w:rPr>
        <w:t>使用量統計</w:t>
      </w:r>
      <w:bookmarkEnd w:id="183"/>
    </w:p>
    <w:p w14:paraId="608120A5" w14:textId="77777777" w:rsidR="00294320" w:rsidRPr="005F2B49" w:rsidRDefault="00294320" w:rsidP="00294320">
      <w:pPr>
        <w:jc w:val="center"/>
        <w:rPr>
          <w:rFonts w:ascii="Times New Roman" w:hAnsi="Times New Roman" w:cs="Times New Roman"/>
          <w:szCs w:val="32"/>
          <w:lang w:eastAsia="zh-TW"/>
        </w:rPr>
      </w:pPr>
    </w:p>
    <w:p w14:paraId="54CE4B9B" w14:textId="77777777" w:rsidR="00294320" w:rsidRPr="005F2B49" w:rsidRDefault="009224F3" w:rsidP="00294320">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347D8DEF" wp14:editId="3CD67A9A">
            <wp:extent cx="5486400" cy="2402840"/>
            <wp:effectExtent l="0" t="0" r="0" b="0"/>
            <wp:docPr id="1664544675" name="圖片 1664544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486400" cy="2402840"/>
                    </a:xfrm>
                    <a:prstGeom prst="rect">
                      <a:avLst/>
                    </a:prstGeom>
                  </pic:spPr>
                </pic:pic>
              </a:graphicData>
            </a:graphic>
          </wp:inline>
        </w:drawing>
      </w:r>
    </w:p>
    <w:p w14:paraId="09376835" w14:textId="269E84BF" w:rsidR="00294320" w:rsidRPr="005F2B49" w:rsidRDefault="003253A4" w:rsidP="003253A4">
      <w:pPr>
        <w:pStyle w:val="af7"/>
        <w:jc w:val="center"/>
        <w:rPr>
          <w:rFonts w:ascii="Times New Roman" w:hAnsi="Times New Roman" w:cs="Times New Roman"/>
          <w:color w:val="auto"/>
          <w:sz w:val="32"/>
          <w:szCs w:val="32"/>
          <w:lang w:eastAsia="zh-TW"/>
        </w:rPr>
      </w:pPr>
      <w:bookmarkStart w:id="184" w:name="_Toc239949131"/>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76</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00294320" w:rsidRPr="005F2B49">
        <w:rPr>
          <w:rFonts w:ascii="Times New Roman" w:hAnsi="Times New Roman" w:cs="Times New Roman" w:hint="eastAsia"/>
          <w:color w:val="auto"/>
          <w:sz w:val="32"/>
          <w:szCs w:val="32"/>
          <w:lang w:eastAsia="zh-TW"/>
        </w:rPr>
        <w:t>使用量設定</w:t>
      </w:r>
      <w:bookmarkEnd w:id="184"/>
    </w:p>
    <w:p w14:paraId="2DA56623" w14:textId="77777777" w:rsidR="001B52D6" w:rsidRPr="005F2B49" w:rsidRDefault="00007199" w:rsidP="001B52D6">
      <w:pPr>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使用量統計：</w:t>
      </w:r>
      <w:r w:rsidR="001B52D6" w:rsidRPr="005F2B49">
        <w:rPr>
          <w:rFonts w:ascii="Times New Roman" w:hAnsi="Times New Roman" w:cs="Times New Roman" w:hint="eastAsia"/>
          <w:szCs w:val="32"/>
          <w:lang w:eastAsia="zh-TW"/>
        </w:rPr>
        <w:t>管理者可透過此功能查看所屬學校的整體使用量</w:t>
      </w:r>
      <w:r w:rsidR="00E40B49" w:rsidRPr="005F2B49">
        <w:rPr>
          <w:rFonts w:ascii="Times New Roman" w:hAnsi="Times New Roman" w:cs="Times New Roman" w:hint="eastAsia"/>
          <w:szCs w:val="32"/>
          <w:lang w:eastAsia="zh-TW"/>
        </w:rPr>
        <w:t>，可以查看「學校」、「班級」及「個人」。</w:t>
      </w:r>
    </w:p>
    <w:p w14:paraId="3D4C1EFD" w14:textId="77777777" w:rsidR="00007199" w:rsidRPr="005F2B49" w:rsidRDefault="00007199" w:rsidP="001B52D6">
      <w:pPr>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使用量設定：</w:t>
      </w:r>
      <w:r w:rsidRPr="005F2B49">
        <w:rPr>
          <w:rFonts w:ascii="Times New Roman" w:hAnsi="Times New Roman" w:cs="Times New Roman" w:hint="eastAsia"/>
          <w:szCs w:val="32"/>
          <w:lang w:eastAsia="zh-TW"/>
        </w:rPr>
        <w:t>管理者可以透過此功能控管</w:t>
      </w:r>
      <w:r w:rsidR="00767ED0" w:rsidRPr="005F2B49">
        <w:rPr>
          <w:rFonts w:ascii="Times New Roman" w:hAnsi="Times New Roman" w:cs="Times New Roman" w:hint="eastAsia"/>
          <w:szCs w:val="32"/>
          <w:lang w:eastAsia="zh-TW"/>
        </w:rPr>
        <w:t>所屬學校的</w:t>
      </w:r>
      <w:r w:rsidRPr="005F2B49">
        <w:rPr>
          <w:rFonts w:ascii="Times New Roman" w:hAnsi="Times New Roman" w:cs="Times New Roman" w:hint="eastAsia"/>
          <w:szCs w:val="32"/>
          <w:lang w:eastAsia="zh-TW"/>
        </w:rPr>
        <w:t>流量限額，若超過限制的限額則會寄一封提醒超額的信</w:t>
      </w:r>
      <w:r w:rsidR="0003757E" w:rsidRPr="005F2B49">
        <w:rPr>
          <w:rFonts w:ascii="Times New Roman" w:hAnsi="Times New Roman" w:cs="Times New Roman" w:hint="eastAsia"/>
          <w:szCs w:val="32"/>
          <w:lang w:eastAsia="zh-TW"/>
        </w:rPr>
        <w:t>給系統管理者</w:t>
      </w:r>
      <w:r w:rsidRPr="005F2B49">
        <w:rPr>
          <w:rFonts w:ascii="Times New Roman" w:hAnsi="Times New Roman" w:cs="Times New Roman" w:hint="eastAsia"/>
          <w:szCs w:val="32"/>
          <w:lang w:eastAsia="zh-TW"/>
        </w:rPr>
        <w:t>，可以設定</w:t>
      </w:r>
      <w:r w:rsidR="0003757E" w:rsidRPr="005F2B49">
        <w:rPr>
          <w:rFonts w:ascii="Times New Roman" w:hAnsi="Times New Roman" w:cs="Times New Roman" w:hint="eastAsia"/>
          <w:szCs w:val="32"/>
          <w:lang w:eastAsia="zh-TW"/>
        </w:rPr>
        <w:t>「學校」、「班級」及「個人」層級</w:t>
      </w:r>
      <w:r w:rsidRPr="005F2B49">
        <w:rPr>
          <w:rFonts w:ascii="Times New Roman" w:hAnsi="Times New Roman" w:cs="Times New Roman" w:hint="eastAsia"/>
          <w:szCs w:val="32"/>
          <w:lang w:eastAsia="zh-TW"/>
        </w:rPr>
        <w:t>。</w:t>
      </w:r>
    </w:p>
    <w:p w14:paraId="2C4D9452" w14:textId="77777777" w:rsidR="00D576B3" w:rsidRPr="005F2B49" w:rsidRDefault="009224F3" w:rsidP="00D576B3">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733B24B2" wp14:editId="1CCF87F9">
            <wp:extent cx="5156791" cy="4613060"/>
            <wp:effectExtent l="0" t="0" r="6350" b="0"/>
            <wp:docPr id="1664544676" name="圖片 1664544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159853" cy="4615799"/>
                    </a:xfrm>
                    <a:prstGeom prst="rect">
                      <a:avLst/>
                    </a:prstGeom>
                  </pic:spPr>
                </pic:pic>
              </a:graphicData>
            </a:graphic>
          </wp:inline>
        </w:drawing>
      </w:r>
    </w:p>
    <w:p w14:paraId="373FE169" w14:textId="08CFF448" w:rsidR="00D576B3" w:rsidRPr="005F2B49" w:rsidRDefault="00D576B3" w:rsidP="00D576B3">
      <w:pPr>
        <w:pStyle w:val="af7"/>
        <w:jc w:val="center"/>
        <w:rPr>
          <w:rFonts w:ascii="Times New Roman" w:hAnsi="Times New Roman" w:cs="Times New Roman"/>
          <w:color w:val="auto"/>
          <w:sz w:val="32"/>
          <w:szCs w:val="32"/>
          <w:lang w:eastAsia="zh-TW"/>
        </w:rPr>
      </w:pPr>
      <w:bookmarkStart w:id="185" w:name="_Toc239949132"/>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77</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管理設定頁面</w:t>
      </w:r>
      <w:bookmarkEnd w:id="185"/>
    </w:p>
    <w:p w14:paraId="28B747E5" w14:textId="77777777" w:rsidR="00D576B3" w:rsidRPr="005F2B49" w:rsidRDefault="00D576B3" w:rsidP="008F6240">
      <w:pPr>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管理設定：</w:t>
      </w:r>
      <w:r w:rsidR="008F6240" w:rsidRPr="005F2B49">
        <w:rPr>
          <w:rFonts w:ascii="Times New Roman" w:hAnsi="Times New Roman" w:cs="Times New Roman" w:hint="eastAsia"/>
          <w:szCs w:val="32"/>
          <w:lang w:eastAsia="zh-TW"/>
        </w:rPr>
        <w:t>學校管理者或系統管理者可於管理設定中啟用此功能，開啟後即可套用相關功能設定。</w:t>
      </w:r>
    </w:p>
    <w:p w14:paraId="1A4DF25D" w14:textId="77777777" w:rsidR="008F6240" w:rsidRPr="005F2B49" w:rsidRDefault="008F6240" w:rsidP="00010C27">
      <w:pPr>
        <w:jc w:val="both"/>
        <w:rPr>
          <w:rFonts w:ascii="Times New Roman" w:hAnsi="Times New Roman" w:cs="Times New Roman"/>
          <w:szCs w:val="32"/>
          <w:lang w:eastAsia="zh-TW"/>
        </w:rPr>
      </w:pPr>
      <w:r w:rsidRPr="005F2B49">
        <w:rPr>
          <w:rFonts w:ascii="Times New Roman" w:hAnsi="Times New Roman" w:cs="Times New Roman" w:hint="eastAsia"/>
          <w:szCs w:val="32"/>
          <w:lang w:eastAsia="zh-TW"/>
        </w:rPr>
        <w:t>對話限制：</w:t>
      </w:r>
      <w:r w:rsidR="00010C27" w:rsidRPr="005F2B49">
        <w:rPr>
          <w:rFonts w:ascii="Times New Roman" w:hAnsi="Times New Roman" w:cs="Times New Roman" w:hint="eastAsia"/>
          <w:szCs w:val="32"/>
          <w:lang w:eastAsia="zh-TW"/>
        </w:rPr>
        <w:t>啟用後，當達到每日</w:t>
      </w:r>
      <w:r w:rsidR="00010C27" w:rsidRPr="005F2B49">
        <w:rPr>
          <w:rFonts w:ascii="Times New Roman" w:hAnsi="Times New Roman" w:cs="Times New Roman" w:hint="eastAsia"/>
          <w:szCs w:val="32"/>
          <w:lang w:eastAsia="zh-TW"/>
        </w:rPr>
        <w:t xml:space="preserve"> AI </w:t>
      </w:r>
      <w:r w:rsidR="00010C27" w:rsidRPr="005F2B49">
        <w:rPr>
          <w:rFonts w:ascii="Times New Roman" w:hAnsi="Times New Roman" w:cs="Times New Roman" w:hint="eastAsia"/>
          <w:szCs w:val="32"/>
          <w:lang w:eastAsia="zh-TW"/>
        </w:rPr>
        <w:t>使用量上限時，系統將暫停該對象的</w:t>
      </w:r>
      <w:r w:rsidR="00010C27" w:rsidRPr="005F2B49">
        <w:rPr>
          <w:rFonts w:ascii="Times New Roman" w:hAnsi="Times New Roman" w:cs="Times New Roman" w:hint="eastAsia"/>
          <w:szCs w:val="32"/>
          <w:lang w:eastAsia="zh-TW"/>
        </w:rPr>
        <w:t xml:space="preserve"> AI </w:t>
      </w:r>
      <w:r w:rsidR="00010C27" w:rsidRPr="005F2B49">
        <w:rPr>
          <w:rFonts w:ascii="Times New Roman" w:hAnsi="Times New Roman" w:cs="Times New Roman" w:hint="eastAsia"/>
          <w:szCs w:val="32"/>
          <w:lang w:eastAsia="zh-TW"/>
        </w:rPr>
        <w:t>對話功能。使用量限制依「學校」、「班級」及「個人」層級分別計算，任一層級達到每日上限後，該層級所屬使用者於當日將無法繼續進行</w:t>
      </w:r>
      <w:r w:rsidR="00010C27" w:rsidRPr="005F2B49">
        <w:rPr>
          <w:rFonts w:ascii="Times New Roman" w:hAnsi="Times New Roman" w:cs="Times New Roman" w:hint="eastAsia"/>
          <w:szCs w:val="32"/>
          <w:lang w:eastAsia="zh-TW"/>
        </w:rPr>
        <w:t xml:space="preserve"> AI </w:t>
      </w:r>
      <w:r w:rsidR="00010C27" w:rsidRPr="005F2B49">
        <w:rPr>
          <w:rFonts w:ascii="Times New Roman" w:hAnsi="Times New Roman" w:cs="Times New Roman" w:hint="eastAsia"/>
          <w:szCs w:val="32"/>
          <w:lang w:eastAsia="zh-TW"/>
        </w:rPr>
        <w:t>對話，系統將於隔日</w:t>
      </w:r>
      <w:r w:rsidR="00010C27" w:rsidRPr="005F2B49">
        <w:rPr>
          <w:rFonts w:ascii="Times New Roman" w:hAnsi="Times New Roman" w:cs="Times New Roman" w:hint="eastAsia"/>
          <w:szCs w:val="32"/>
          <w:lang w:eastAsia="zh-TW"/>
        </w:rPr>
        <w:t xml:space="preserve"> 00:00 </w:t>
      </w:r>
      <w:r w:rsidR="00010C27" w:rsidRPr="005F2B49">
        <w:rPr>
          <w:rFonts w:ascii="Times New Roman" w:hAnsi="Times New Roman" w:cs="Times New Roman" w:hint="eastAsia"/>
          <w:szCs w:val="32"/>
          <w:lang w:eastAsia="zh-TW"/>
        </w:rPr>
        <w:t>自動恢復使用。</w:t>
      </w:r>
    </w:p>
    <w:p w14:paraId="3B5788EA" w14:textId="77777777" w:rsidR="008F6240" w:rsidRPr="005F2B49" w:rsidRDefault="008F6240" w:rsidP="00010C27">
      <w:pPr>
        <w:jc w:val="both"/>
        <w:rPr>
          <w:rFonts w:ascii="Times New Roman" w:hAnsi="Times New Roman" w:cs="Times New Roman"/>
          <w:szCs w:val="32"/>
          <w:lang w:eastAsia="zh-TW"/>
        </w:rPr>
      </w:pPr>
      <w:r w:rsidRPr="005F2B49">
        <w:rPr>
          <w:rFonts w:ascii="Times New Roman" w:hAnsi="Times New Roman" w:cs="Times New Roman" w:hint="eastAsia"/>
          <w:szCs w:val="32"/>
          <w:lang w:eastAsia="zh-TW"/>
        </w:rPr>
        <w:lastRenderedPageBreak/>
        <w:t xml:space="preserve">Email </w:t>
      </w:r>
      <w:r w:rsidRPr="005F2B49">
        <w:rPr>
          <w:rFonts w:ascii="Times New Roman" w:hAnsi="Times New Roman" w:cs="Times New Roman" w:hint="eastAsia"/>
          <w:szCs w:val="32"/>
          <w:lang w:eastAsia="zh-TW"/>
        </w:rPr>
        <w:t>通知：</w:t>
      </w:r>
      <w:r w:rsidR="00010C27" w:rsidRPr="005F2B49">
        <w:rPr>
          <w:rFonts w:ascii="Times New Roman" w:hAnsi="Times New Roman" w:cs="Times New Roman" w:hint="eastAsia"/>
          <w:szCs w:val="32"/>
          <w:lang w:eastAsia="zh-TW"/>
        </w:rPr>
        <w:t>啟用後，系統將於每日</w:t>
      </w:r>
      <w:r w:rsidR="00010C27" w:rsidRPr="005F2B49">
        <w:rPr>
          <w:rFonts w:ascii="Times New Roman" w:hAnsi="Times New Roman" w:cs="Times New Roman" w:hint="eastAsia"/>
          <w:szCs w:val="32"/>
          <w:lang w:eastAsia="zh-TW"/>
        </w:rPr>
        <w:t xml:space="preserve"> 06:00 </w:t>
      </w:r>
      <w:r w:rsidR="00010C27" w:rsidRPr="005F2B49">
        <w:rPr>
          <w:rFonts w:ascii="Times New Roman" w:hAnsi="Times New Roman" w:cs="Times New Roman" w:hint="eastAsia"/>
          <w:szCs w:val="32"/>
          <w:lang w:eastAsia="zh-TW"/>
        </w:rPr>
        <w:t>自動檢查前一日</w:t>
      </w:r>
      <w:r w:rsidR="00010C27" w:rsidRPr="005F2B49">
        <w:rPr>
          <w:rFonts w:ascii="Times New Roman" w:hAnsi="Times New Roman" w:cs="Times New Roman" w:hint="eastAsia"/>
          <w:szCs w:val="32"/>
          <w:lang w:eastAsia="zh-TW"/>
        </w:rPr>
        <w:t xml:space="preserve"> AI </w:t>
      </w:r>
      <w:r w:rsidR="00010C27" w:rsidRPr="005F2B49">
        <w:rPr>
          <w:rFonts w:ascii="Times New Roman" w:hAnsi="Times New Roman" w:cs="Times New Roman" w:hint="eastAsia"/>
          <w:szCs w:val="32"/>
          <w:lang w:eastAsia="zh-TW"/>
        </w:rPr>
        <w:t>使用量。當發現使用量超過設定上限時，系統會自動寄送通知</w:t>
      </w:r>
      <w:r w:rsidR="00010C27" w:rsidRPr="005F2B49">
        <w:rPr>
          <w:rFonts w:ascii="Times New Roman" w:hAnsi="Times New Roman" w:cs="Times New Roman" w:hint="eastAsia"/>
          <w:szCs w:val="32"/>
          <w:lang w:eastAsia="zh-TW"/>
        </w:rPr>
        <w:t xml:space="preserve"> Email </w:t>
      </w:r>
      <w:r w:rsidR="00010C27" w:rsidRPr="005F2B49">
        <w:rPr>
          <w:rFonts w:ascii="Times New Roman" w:hAnsi="Times New Roman" w:cs="Times New Roman" w:hint="eastAsia"/>
          <w:szCs w:val="32"/>
          <w:lang w:eastAsia="zh-TW"/>
        </w:rPr>
        <w:t>至指定收件人，以提醒管理者掌握使用狀況。</w:t>
      </w:r>
    </w:p>
    <w:p w14:paraId="282C5C84" w14:textId="77777777" w:rsidR="00682121" w:rsidRPr="005F2B49" w:rsidRDefault="00682121" w:rsidP="00682121">
      <w:pPr>
        <w:pStyle w:val="4"/>
        <w:rPr>
          <w:color w:val="auto"/>
          <w:lang w:eastAsia="zh-TW"/>
        </w:rPr>
      </w:pPr>
      <w:bookmarkStart w:id="186" w:name="_Toc239949047"/>
      <w:r w:rsidRPr="005F2B49">
        <w:rPr>
          <w:rFonts w:hint="eastAsia"/>
          <w:color w:val="auto"/>
          <w:lang w:eastAsia="zh-TW"/>
        </w:rPr>
        <w:t>學校設定</w:t>
      </w:r>
      <w:bookmarkEnd w:id="186"/>
    </w:p>
    <w:p w14:paraId="48E5EFD2" w14:textId="77777777" w:rsidR="00682121" w:rsidRPr="005F2B49" w:rsidRDefault="00682121" w:rsidP="00682121">
      <w:pPr>
        <w:rPr>
          <w:lang w:eastAsia="zh-TW"/>
        </w:rPr>
      </w:pPr>
      <w:r w:rsidRPr="005F2B49">
        <w:rPr>
          <w:lang w:eastAsia="zh-TW"/>
        </w:rPr>
        <w:t>管理者可於「學校設定」中開啟「班級管理」功能，開啟後，教師即可在「管理我的班級」中自行建立、編輯及刪除班級；若未開啟此功能，則由學校管理者統一管理班級。</w:t>
      </w:r>
    </w:p>
    <w:p w14:paraId="382E2A26" w14:textId="77777777" w:rsidR="00682121" w:rsidRPr="005F2B49" w:rsidRDefault="00682121" w:rsidP="00682121">
      <w:pPr>
        <w:rPr>
          <w:lang w:eastAsia="zh-TW"/>
        </w:rPr>
      </w:pPr>
    </w:p>
    <w:p w14:paraId="5E13CBFE" w14:textId="77777777" w:rsidR="00682121" w:rsidRPr="005F2B49" w:rsidRDefault="00682121" w:rsidP="00682121">
      <w:pPr>
        <w:rPr>
          <w:lang w:eastAsia="zh-TW"/>
        </w:rPr>
      </w:pPr>
      <w:r w:rsidRPr="005F2B49">
        <w:rPr>
          <w:noProof/>
          <w:lang w:eastAsia="zh-TW"/>
        </w:rPr>
        <w:drawing>
          <wp:inline distT="0" distB="0" distL="0" distR="0" wp14:anchorId="612B0826" wp14:editId="596D281C">
            <wp:extent cx="5486400" cy="2812415"/>
            <wp:effectExtent l="0" t="0" r="0" b="6985"/>
            <wp:docPr id="197380096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00966" name=""/>
                    <pic:cNvPicPr/>
                  </pic:nvPicPr>
                  <pic:blipFill>
                    <a:blip r:embed="rId95"/>
                    <a:stretch>
                      <a:fillRect/>
                    </a:stretch>
                  </pic:blipFill>
                  <pic:spPr>
                    <a:xfrm>
                      <a:off x="0" y="0"/>
                      <a:ext cx="5486400" cy="2812415"/>
                    </a:xfrm>
                    <a:prstGeom prst="rect">
                      <a:avLst/>
                    </a:prstGeom>
                  </pic:spPr>
                </pic:pic>
              </a:graphicData>
            </a:graphic>
          </wp:inline>
        </w:drawing>
      </w:r>
    </w:p>
    <w:p w14:paraId="3885C776" w14:textId="52D884D0" w:rsidR="00682121" w:rsidRPr="005F2B49" w:rsidRDefault="00682121" w:rsidP="00682121">
      <w:pPr>
        <w:pStyle w:val="af7"/>
        <w:jc w:val="center"/>
        <w:rPr>
          <w:rFonts w:ascii="Times New Roman" w:hAnsi="Times New Roman" w:cs="Times New Roman"/>
          <w:color w:val="auto"/>
          <w:sz w:val="32"/>
          <w:szCs w:val="32"/>
          <w:lang w:eastAsia="zh-TW"/>
        </w:rPr>
      </w:pPr>
      <w:bookmarkStart w:id="187" w:name="_Toc239949133"/>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78</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學校設定頁面</w:t>
      </w:r>
      <w:bookmarkEnd w:id="187"/>
    </w:p>
    <w:p w14:paraId="7F41BAD4" w14:textId="77777777" w:rsidR="00C250D3" w:rsidRPr="005F2B49" w:rsidRDefault="00C250D3" w:rsidP="00561F99">
      <w:pPr>
        <w:jc w:val="both"/>
        <w:rPr>
          <w:rFonts w:ascii="Times New Roman" w:hAnsi="Times New Roman" w:cs="Times New Roman"/>
          <w:szCs w:val="32"/>
          <w:lang w:eastAsia="zh-TW"/>
        </w:rPr>
      </w:pPr>
      <w:r w:rsidRPr="005F2B49">
        <w:rPr>
          <w:rFonts w:ascii="Times New Roman" w:hAnsi="Times New Roman" w:cs="Times New Roman"/>
          <w:szCs w:val="32"/>
          <w:lang w:eastAsia="zh-TW"/>
        </w:rPr>
        <w:br w:type="page"/>
      </w:r>
    </w:p>
    <w:p w14:paraId="17A9435D" w14:textId="77777777" w:rsidR="00BC1883" w:rsidRPr="005F2B49" w:rsidRDefault="007A14A6" w:rsidP="001B52D6">
      <w:pPr>
        <w:pStyle w:val="31"/>
        <w:rPr>
          <w:color w:val="auto"/>
        </w:rPr>
      </w:pPr>
      <w:bookmarkStart w:id="188" w:name="_Toc206396960"/>
      <w:bookmarkStart w:id="189" w:name="_Toc206400344"/>
      <w:bookmarkStart w:id="190" w:name="_Toc206402256"/>
      <w:bookmarkStart w:id="191" w:name="_Toc206402356"/>
      <w:bookmarkStart w:id="192" w:name="_Toc206403989"/>
      <w:bookmarkStart w:id="193" w:name="_Toc206404308"/>
      <w:bookmarkStart w:id="194" w:name="_Toc239949048"/>
      <w:r w:rsidRPr="005F2B49">
        <w:rPr>
          <w:color w:val="auto"/>
        </w:rPr>
        <w:lastRenderedPageBreak/>
        <w:t>3.</w:t>
      </w:r>
      <w:r w:rsidR="003253A4" w:rsidRPr="005F2B49">
        <w:rPr>
          <w:rFonts w:hint="eastAsia"/>
          <w:color w:val="auto"/>
        </w:rPr>
        <w:t>1</w:t>
      </w:r>
      <w:r w:rsidRPr="005F2B49">
        <w:rPr>
          <w:color w:val="auto"/>
        </w:rPr>
        <w:t xml:space="preserve">.3 </w:t>
      </w:r>
      <w:r w:rsidR="00BA7D30" w:rsidRPr="005F2B49">
        <w:rPr>
          <w:color w:val="auto"/>
        </w:rPr>
        <w:t>系統管理者選單</w:t>
      </w:r>
      <w:bookmarkEnd w:id="188"/>
      <w:bookmarkEnd w:id="189"/>
      <w:bookmarkEnd w:id="190"/>
      <w:bookmarkEnd w:id="191"/>
      <w:bookmarkEnd w:id="192"/>
      <w:bookmarkEnd w:id="193"/>
      <w:bookmarkEnd w:id="194"/>
    </w:p>
    <w:p w14:paraId="538A1370" w14:textId="77777777" w:rsidR="00BC1883" w:rsidRPr="005F2B49" w:rsidRDefault="00034499" w:rsidP="00BC1883">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19603367" wp14:editId="6B787458">
            <wp:extent cx="4660710" cy="4466514"/>
            <wp:effectExtent l="0" t="0" r="6985" b="0"/>
            <wp:docPr id="209642081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420819" name=""/>
                    <pic:cNvPicPr/>
                  </pic:nvPicPr>
                  <pic:blipFill>
                    <a:blip r:embed="rId96"/>
                    <a:stretch>
                      <a:fillRect/>
                    </a:stretch>
                  </pic:blipFill>
                  <pic:spPr>
                    <a:xfrm>
                      <a:off x="0" y="0"/>
                      <a:ext cx="4671577" cy="4476928"/>
                    </a:xfrm>
                    <a:prstGeom prst="rect">
                      <a:avLst/>
                    </a:prstGeom>
                  </pic:spPr>
                </pic:pic>
              </a:graphicData>
            </a:graphic>
          </wp:inline>
        </w:drawing>
      </w:r>
    </w:p>
    <w:p w14:paraId="7318828E" w14:textId="35460829" w:rsidR="00BC1883" w:rsidRPr="005F2B49" w:rsidRDefault="00BC1883" w:rsidP="00C309DB">
      <w:pPr>
        <w:pStyle w:val="af7"/>
        <w:jc w:val="center"/>
        <w:rPr>
          <w:rFonts w:ascii="Times New Roman" w:hAnsi="Times New Roman" w:cs="Times New Roman"/>
          <w:bCs w:val="0"/>
          <w:color w:val="auto"/>
          <w:sz w:val="32"/>
          <w:szCs w:val="32"/>
          <w:lang w:eastAsia="zh-TW"/>
        </w:rPr>
      </w:pPr>
      <w:bookmarkStart w:id="195" w:name="_Toc239949134"/>
      <w:r w:rsidRPr="005F2B49">
        <w:rPr>
          <w:rFonts w:ascii="Times New Roman" w:hAnsi="Times New Roman" w:cs="Times New Roman" w:hint="eastAsia"/>
          <w:bCs w:val="0"/>
          <w:color w:val="auto"/>
          <w:sz w:val="32"/>
          <w:szCs w:val="32"/>
          <w:lang w:eastAsia="zh-TW"/>
        </w:rPr>
        <w:t>圖</w:t>
      </w:r>
      <w:r w:rsidRPr="005F2B49">
        <w:rPr>
          <w:rFonts w:ascii="Times New Roman" w:hAnsi="Times New Roman" w:cs="Times New Roman" w:hint="eastAsia"/>
          <w:bCs w:val="0"/>
          <w:color w:val="auto"/>
          <w:sz w:val="32"/>
          <w:szCs w:val="32"/>
          <w:lang w:eastAsia="zh-TW"/>
        </w:rPr>
        <w:t xml:space="preserve"> </w:t>
      </w:r>
      <w:r w:rsidR="00617749" w:rsidRPr="005F2B49">
        <w:rPr>
          <w:rFonts w:ascii="Times New Roman" w:hAnsi="Times New Roman" w:cs="Times New Roman"/>
          <w:bCs w:val="0"/>
          <w:color w:val="auto"/>
          <w:sz w:val="32"/>
          <w:szCs w:val="32"/>
          <w:lang w:eastAsia="zh-TW"/>
        </w:rPr>
        <w:fldChar w:fldCharType="begin"/>
      </w:r>
      <w:r w:rsidR="00617749" w:rsidRPr="005F2B49">
        <w:rPr>
          <w:rFonts w:ascii="Times New Roman" w:hAnsi="Times New Roman" w:cs="Times New Roman"/>
          <w:bCs w:val="0"/>
          <w:color w:val="auto"/>
          <w:sz w:val="32"/>
          <w:szCs w:val="32"/>
          <w:lang w:eastAsia="zh-TW"/>
        </w:rPr>
        <w:instrText xml:space="preserve"> </w:instrText>
      </w:r>
      <w:r w:rsidR="00617749" w:rsidRPr="005F2B49">
        <w:rPr>
          <w:rFonts w:ascii="Times New Roman" w:hAnsi="Times New Roman" w:cs="Times New Roman" w:hint="eastAsia"/>
          <w:bCs w:val="0"/>
          <w:color w:val="auto"/>
          <w:sz w:val="32"/>
          <w:szCs w:val="32"/>
          <w:lang w:eastAsia="zh-TW"/>
        </w:rPr>
        <w:instrText xml:space="preserve">SEQ </w:instrText>
      </w:r>
      <w:r w:rsidR="00617749" w:rsidRPr="005F2B49">
        <w:rPr>
          <w:rFonts w:ascii="Times New Roman" w:hAnsi="Times New Roman" w:cs="Times New Roman" w:hint="eastAsia"/>
          <w:bCs w:val="0"/>
          <w:color w:val="auto"/>
          <w:sz w:val="32"/>
          <w:szCs w:val="32"/>
          <w:lang w:eastAsia="zh-TW"/>
        </w:rPr>
        <w:instrText>圖</w:instrText>
      </w:r>
      <w:r w:rsidR="00617749" w:rsidRPr="005F2B49">
        <w:rPr>
          <w:rFonts w:ascii="Times New Roman" w:hAnsi="Times New Roman" w:cs="Times New Roman" w:hint="eastAsia"/>
          <w:bCs w:val="0"/>
          <w:color w:val="auto"/>
          <w:sz w:val="32"/>
          <w:szCs w:val="32"/>
          <w:lang w:eastAsia="zh-TW"/>
        </w:rPr>
        <w:instrText xml:space="preserve"> \* ARABIC</w:instrText>
      </w:r>
      <w:r w:rsidR="00617749" w:rsidRPr="005F2B49">
        <w:rPr>
          <w:rFonts w:ascii="Times New Roman" w:hAnsi="Times New Roman" w:cs="Times New Roman"/>
          <w:bCs w:val="0"/>
          <w:color w:val="auto"/>
          <w:sz w:val="32"/>
          <w:szCs w:val="32"/>
          <w:lang w:eastAsia="zh-TW"/>
        </w:rPr>
        <w:instrText xml:space="preserve"> </w:instrText>
      </w:r>
      <w:r w:rsidR="00617749" w:rsidRPr="005F2B49">
        <w:rPr>
          <w:rFonts w:ascii="Times New Roman" w:hAnsi="Times New Roman" w:cs="Times New Roman"/>
          <w:bCs w:val="0"/>
          <w:color w:val="auto"/>
          <w:sz w:val="32"/>
          <w:szCs w:val="32"/>
          <w:lang w:eastAsia="zh-TW"/>
        </w:rPr>
        <w:fldChar w:fldCharType="separate"/>
      </w:r>
      <w:r w:rsidR="00497BF4" w:rsidRPr="005F2B49">
        <w:rPr>
          <w:rFonts w:ascii="Times New Roman" w:hAnsi="Times New Roman" w:cs="Times New Roman"/>
          <w:bCs w:val="0"/>
          <w:noProof/>
          <w:color w:val="auto"/>
          <w:sz w:val="32"/>
          <w:szCs w:val="32"/>
          <w:lang w:eastAsia="zh-TW"/>
        </w:rPr>
        <w:t>79</w:t>
      </w:r>
      <w:r w:rsidR="00617749" w:rsidRPr="005F2B49">
        <w:rPr>
          <w:rFonts w:ascii="Times New Roman" w:hAnsi="Times New Roman" w:cs="Times New Roman"/>
          <w:bCs w:val="0"/>
          <w:color w:val="auto"/>
          <w:sz w:val="32"/>
          <w:szCs w:val="32"/>
          <w:lang w:eastAsia="zh-TW"/>
        </w:rPr>
        <w:fldChar w:fldCharType="end"/>
      </w:r>
      <w:r w:rsidRPr="005F2B49">
        <w:rPr>
          <w:rFonts w:ascii="Times New Roman" w:hAnsi="Times New Roman" w:cs="Times New Roman" w:hint="eastAsia"/>
          <w:bCs w:val="0"/>
          <w:color w:val="auto"/>
          <w:sz w:val="32"/>
          <w:szCs w:val="32"/>
          <w:lang w:eastAsia="zh-TW"/>
        </w:rPr>
        <w:t xml:space="preserve">  </w:t>
      </w:r>
      <w:r w:rsidRPr="005F2B49">
        <w:rPr>
          <w:rFonts w:ascii="Times New Roman" w:hAnsi="Times New Roman" w:cs="Times New Roman" w:hint="eastAsia"/>
          <w:bCs w:val="0"/>
          <w:color w:val="auto"/>
          <w:sz w:val="32"/>
          <w:szCs w:val="32"/>
          <w:lang w:eastAsia="zh-TW"/>
        </w:rPr>
        <w:t>系統管理者登入後台介面</w:t>
      </w:r>
      <w:bookmarkEnd w:id="195"/>
    </w:p>
    <w:p w14:paraId="0E557DBF" w14:textId="77777777" w:rsidR="007077BA" w:rsidRPr="005F2B49" w:rsidRDefault="007077BA" w:rsidP="007077BA">
      <w:pPr>
        <w:jc w:val="both"/>
        <w:rPr>
          <w:rFonts w:ascii="Times New Roman" w:hAnsi="Times New Roman" w:cs="Times New Roman"/>
          <w:szCs w:val="32"/>
          <w:lang w:eastAsia="zh-TW"/>
        </w:rPr>
      </w:pPr>
      <w:r w:rsidRPr="005F2B49">
        <w:rPr>
          <w:rFonts w:ascii="Times New Roman" w:hAnsi="Times New Roman" w:cs="Times New Roman"/>
          <w:szCs w:val="32"/>
          <w:lang w:eastAsia="zh-TW"/>
        </w:rPr>
        <w:t>系統管理</w:t>
      </w:r>
      <w:r w:rsidR="00C77BA5" w:rsidRPr="005F2B49">
        <w:rPr>
          <w:rFonts w:ascii="Times New Roman" w:hAnsi="Times New Roman" w:cs="Times New Roman" w:hint="eastAsia"/>
          <w:szCs w:val="32"/>
          <w:lang w:eastAsia="zh-TW"/>
        </w:rPr>
        <w:t>者</w:t>
      </w:r>
      <w:r w:rsidRPr="005F2B49">
        <w:rPr>
          <w:rFonts w:ascii="Times New Roman" w:hAnsi="Times New Roman" w:cs="Times New Roman"/>
          <w:szCs w:val="32"/>
          <w:lang w:eastAsia="zh-TW"/>
        </w:rPr>
        <w:t>權限可以看到</w:t>
      </w:r>
      <w:r w:rsidR="00C309DB" w:rsidRPr="005F2B49">
        <w:rPr>
          <w:rFonts w:ascii="Times New Roman" w:hAnsi="Times New Roman" w:cs="Times New Roman" w:hint="eastAsia"/>
          <w:szCs w:val="32"/>
          <w:lang w:eastAsia="zh-TW"/>
        </w:rPr>
        <w:t>系統管理者選單</w:t>
      </w:r>
      <w:r w:rsidRPr="005F2B49">
        <w:rPr>
          <w:rFonts w:ascii="Times New Roman" w:hAnsi="Times New Roman" w:cs="Times New Roman"/>
          <w:szCs w:val="32"/>
          <w:lang w:eastAsia="zh-TW"/>
        </w:rPr>
        <w:t>、學校管理者選單以及教師選單，系統管理者選單功能包含以下：</w:t>
      </w:r>
    </w:p>
    <w:p w14:paraId="00C5BB1E" w14:textId="77777777" w:rsidR="0069795A" w:rsidRPr="005F2B49" w:rsidRDefault="00BA7D30" w:rsidP="004C2D20">
      <w:pPr>
        <w:pStyle w:val="4"/>
        <w:rPr>
          <w:rFonts w:ascii="Times New Roman" w:hAnsi="Times New Roman" w:cs="Times New Roman"/>
          <w:i/>
          <w:iCs w:val="0"/>
          <w:color w:val="auto"/>
          <w:sz w:val="32"/>
          <w:szCs w:val="32"/>
          <w:lang w:eastAsia="zh-TW"/>
        </w:rPr>
      </w:pPr>
      <w:bookmarkStart w:id="196" w:name="_Toc239949049"/>
      <w:r w:rsidRPr="005F2B49">
        <w:rPr>
          <w:rFonts w:ascii="Times New Roman" w:hAnsi="Times New Roman" w:cs="Times New Roman"/>
          <w:iCs w:val="0"/>
          <w:color w:val="auto"/>
          <w:sz w:val="32"/>
          <w:szCs w:val="32"/>
          <w:lang w:eastAsia="zh-TW"/>
        </w:rPr>
        <w:lastRenderedPageBreak/>
        <w:t>學校管理</w:t>
      </w:r>
      <w:bookmarkEnd w:id="196"/>
    </w:p>
    <w:p w14:paraId="3CA82040" w14:textId="77777777" w:rsidR="00C61E32" w:rsidRPr="005F2B49" w:rsidRDefault="00E56845" w:rsidP="0089591F">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70B0603C" wp14:editId="1124CE45">
            <wp:extent cx="5486400" cy="3269615"/>
            <wp:effectExtent l="0" t="0" r="0" b="6985"/>
            <wp:docPr id="92" name="圖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486400" cy="3269615"/>
                    </a:xfrm>
                    <a:prstGeom prst="rect">
                      <a:avLst/>
                    </a:prstGeom>
                  </pic:spPr>
                </pic:pic>
              </a:graphicData>
            </a:graphic>
          </wp:inline>
        </w:drawing>
      </w:r>
    </w:p>
    <w:p w14:paraId="18EA137E" w14:textId="1C431C7B" w:rsidR="00C61E32" w:rsidRPr="005F2B49" w:rsidRDefault="00C61E32" w:rsidP="0089591F">
      <w:pPr>
        <w:pStyle w:val="af7"/>
        <w:jc w:val="center"/>
        <w:rPr>
          <w:rFonts w:ascii="Times New Roman" w:hAnsi="Times New Roman" w:cs="Times New Roman"/>
          <w:color w:val="auto"/>
          <w:sz w:val="32"/>
          <w:szCs w:val="32"/>
          <w:lang w:eastAsia="zh-TW"/>
        </w:rPr>
      </w:pPr>
      <w:bookmarkStart w:id="197" w:name="_Ref206079687"/>
      <w:bookmarkStart w:id="198" w:name="_Toc206143772"/>
      <w:bookmarkStart w:id="199" w:name="_Toc206144205"/>
      <w:bookmarkStart w:id="200" w:name="_Toc239949135"/>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80</w:t>
      </w:r>
      <w:r w:rsidR="00617749" w:rsidRPr="005F2B49">
        <w:rPr>
          <w:rFonts w:ascii="Times New Roman" w:hAnsi="Times New Roman" w:cs="Times New Roman"/>
          <w:color w:val="auto"/>
          <w:sz w:val="32"/>
          <w:szCs w:val="32"/>
          <w:lang w:eastAsia="zh-TW"/>
        </w:rPr>
        <w:fldChar w:fldCharType="end"/>
      </w:r>
      <w:bookmarkEnd w:id="197"/>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學校管理</w:t>
      </w:r>
      <w:bookmarkEnd w:id="198"/>
      <w:bookmarkEnd w:id="199"/>
      <w:bookmarkEnd w:id="200"/>
    </w:p>
    <w:p w14:paraId="66FA785A" w14:textId="77777777" w:rsidR="00DB13B9" w:rsidRPr="005F2B49" w:rsidRDefault="00DB13B9" w:rsidP="00DB13B9">
      <w:pPr>
        <w:pStyle w:val="ae"/>
        <w:ind w:left="360"/>
        <w:jc w:val="both"/>
        <w:rPr>
          <w:rFonts w:ascii="Times New Roman" w:hAnsi="Times New Roman" w:cs="Times New Roman"/>
          <w:b/>
          <w:bCs/>
          <w:szCs w:val="32"/>
          <w:lang w:eastAsia="zh-TW"/>
        </w:rPr>
      </w:pPr>
      <w:r w:rsidRPr="005F2B49">
        <w:rPr>
          <w:rFonts w:ascii="Times New Roman" w:hAnsi="Times New Roman" w:cs="Times New Roman"/>
          <w:szCs w:val="32"/>
          <w:lang w:eastAsia="zh-TW"/>
        </w:rPr>
        <w:t>管理者可以在此查看系統中已建立的所有學校。管理者可在此執行以下操作：</w:t>
      </w:r>
    </w:p>
    <w:p w14:paraId="31E7FBA6" w14:textId="77777777" w:rsidR="009C3EBF" w:rsidRPr="005F2B49" w:rsidRDefault="00E56845" w:rsidP="009C3EBF">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60508709" wp14:editId="0C5960BB">
            <wp:extent cx="4286848" cy="2429214"/>
            <wp:effectExtent l="0" t="0" r="0" b="9525"/>
            <wp:docPr id="98" name="圖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286848" cy="2429214"/>
                    </a:xfrm>
                    <a:prstGeom prst="rect">
                      <a:avLst/>
                    </a:prstGeom>
                  </pic:spPr>
                </pic:pic>
              </a:graphicData>
            </a:graphic>
          </wp:inline>
        </w:drawing>
      </w:r>
    </w:p>
    <w:p w14:paraId="2BADD8D0" w14:textId="49CA1843" w:rsidR="009C3EBF" w:rsidRPr="005F2B49" w:rsidRDefault="009C3EBF" w:rsidP="009C3EBF">
      <w:pPr>
        <w:pStyle w:val="af7"/>
        <w:jc w:val="center"/>
        <w:rPr>
          <w:rFonts w:ascii="Times New Roman" w:hAnsi="Times New Roman" w:cs="Times New Roman"/>
          <w:color w:val="auto"/>
          <w:sz w:val="32"/>
          <w:szCs w:val="32"/>
          <w:lang w:eastAsia="zh-TW"/>
        </w:rPr>
      </w:pPr>
      <w:bookmarkStart w:id="201" w:name="_Toc239949136"/>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81</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新增學校介面</w:t>
      </w:r>
      <w:bookmarkEnd w:id="201"/>
    </w:p>
    <w:p w14:paraId="47635E4E" w14:textId="77777777" w:rsidR="00DB13B9" w:rsidRPr="005F2B49" w:rsidRDefault="00DB13B9" w:rsidP="007C1FC0">
      <w:pPr>
        <w:pStyle w:val="ae"/>
        <w:numPr>
          <w:ilvl w:val="0"/>
          <w:numId w:val="14"/>
        </w:numPr>
        <w:jc w:val="both"/>
        <w:rPr>
          <w:rFonts w:ascii="Times New Roman" w:hAnsi="Times New Roman" w:cs="Times New Roman"/>
          <w:szCs w:val="32"/>
          <w:lang w:eastAsia="zh-TW"/>
        </w:rPr>
      </w:pPr>
      <w:r w:rsidRPr="005F2B49">
        <w:rPr>
          <w:rFonts w:ascii="Times New Roman" w:hAnsi="Times New Roman" w:cs="Times New Roman"/>
          <w:b/>
          <w:bCs/>
          <w:szCs w:val="32"/>
          <w:lang w:eastAsia="zh-TW"/>
        </w:rPr>
        <w:t>新增：</w:t>
      </w:r>
      <w:r w:rsidRPr="005F2B49">
        <w:rPr>
          <w:rFonts w:ascii="Times New Roman" w:hAnsi="Times New Roman" w:cs="Times New Roman"/>
          <w:szCs w:val="32"/>
          <w:lang w:eastAsia="zh-TW"/>
        </w:rPr>
        <w:t>建立新的學校。</w:t>
      </w:r>
    </w:p>
    <w:p w14:paraId="4A25BFC2" w14:textId="77777777" w:rsidR="00503804" w:rsidRPr="005F2B49" w:rsidRDefault="00E56845" w:rsidP="00503804">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467CF929" wp14:editId="436F61FA">
            <wp:extent cx="4277322" cy="2152950"/>
            <wp:effectExtent l="0" t="0" r="9525" b="0"/>
            <wp:docPr id="99" name="圖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277322" cy="2152950"/>
                    </a:xfrm>
                    <a:prstGeom prst="rect">
                      <a:avLst/>
                    </a:prstGeom>
                  </pic:spPr>
                </pic:pic>
              </a:graphicData>
            </a:graphic>
          </wp:inline>
        </w:drawing>
      </w:r>
    </w:p>
    <w:p w14:paraId="253A651F" w14:textId="0DE0A03F" w:rsidR="00503804" w:rsidRPr="005F2B49" w:rsidRDefault="00503804" w:rsidP="00503804">
      <w:pPr>
        <w:pStyle w:val="af7"/>
        <w:jc w:val="center"/>
        <w:rPr>
          <w:rFonts w:ascii="Times New Roman" w:hAnsi="Times New Roman" w:cs="Times New Roman"/>
          <w:color w:val="auto"/>
          <w:sz w:val="32"/>
          <w:szCs w:val="32"/>
          <w:lang w:eastAsia="zh-TW"/>
        </w:rPr>
      </w:pPr>
      <w:bookmarkStart w:id="202" w:name="_Toc239949137"/>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82</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編輯學校介面</w:t>
      </w:r>
      <w:bookmarkEnd w:id="202"/>
    </w:p>
    <w:p w14:paraId="4C462277" w14:textId="77777777" w:rsidR="00DB13B9" w:rsidRPr="005F2B49" w:rsidRDefault="00DB13B9" w:rsidP="007C1FC0">
      <w:pPr>
        <w:pStyle w:val="ae"/>
        <w:numPr>
          <w:ilvl w:val="0"/>
          <w:numId w:val="14"/>
        </w:numPr>
        <w:jc w:val="both"/>
        <w:rPr>
          <w:rFonts w:ascii="Times New Roman" w:hAnsi="Times New Roman" w:cs="Times New Roman"/>
          <w:szCs w:val="32"/>
          <w:lang w:eastAsia="zh-TW"/>
        </w:rPr>
      </w:pPr>
      <w:r w:rsidRPr="005F2B49">
        <w:rPr>
          <w:rFonts w:ascii="Times New Roman" w:hAnsi="Times New Roman" w:cs="Times New Roman"/>
          <w:b/>
          <w:bCs/>
          <w:szCs w:val="32"/>
          <w:lang w:eastAsia="zh-TW"/>
        </w:rPr>
        <w:t>編輯：</w:t>
      </w:r>
      <w:r w:rsidRPr="005F2B49">
        <w:rPr>
          <w:rFonts w:ascii="Times New Roman" w:hAnsi="Times New Roman" w:cs="Times New Roman"/>
          <w:szCs w:val="32"/>
          <w:lang w:eastAsia="zh-TW"/>
        </w:rPr>
        <w:t>修改學校的名稱。</w:t>
      </w:r>
    </w:p>
    <w:p w14:paraId="39A4FEA8" w14:textId="77777777" w:rsidR="00DB13B9" w:rsidRPr="005F2B49" w:rsidRDefault="00DB13B9" w:rsidP="007C1FC0">
      <w:pPr>
        <w:pStyle w:val="ae"/>
        <w:numPr>
          <w:ilvl w:val="0"/>
          <w:numId w:val="14"/>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刪除：</w:t>
      </w:r>
      <w:r w:rsidRPr="005F2B49">
        <w:rPr>
          <w:rFonts w:ascii="Times New Roman" w:hAnsi="Times New Roman" w:cs="Times New Roman"/>
          <w:szCs w:val="32"/>
          <w:lang w:eastAsia="zh-TW"/>
        </w:rPr>
        <w:t>移除所選的學校。</w:t>
      </w:r>
    </w:p>
    <w:p w14:paraId="09CA3B31" w14:textId="77777777" w:rsidR="00DB13B9" w:rsidRPr="005F2B49" w:rsidRDefault="00DB13B9" w:rsidP="00DB13B9">
      <w:pPr>
        <w:rPr>
          <w:rFonts w:eastAsia="新細明體"/>
          <w:lang w:eastAsia="zh-TW"/>
        </w:rPr>
      </w:pPr>
    </w:p>
    <w:p w14:paraId="2E4D7735" w14:textId="77777777" w:rsidR="00C250D3" w:rsidRPr="005F2B49" w:rsidRDefault="00C250D3" w:rsidP="00561F99">
      <w:p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br w:type="page"/>
      </w:r>
    </w:p>
    <w:p w14:paraId="6CE2ECC4" w14:textId="77777777" w:rsidR="0069795A" w:rsidRPr="005F2B49" w:rsidRDefault="00FF4D54" w:rsidP="004C2D20">
      <w:pPr>
        <w:pStyle w:val="4"/>
        <w:rPr>
          <w:rFonts w:ascii="Times New Roman" w:hAnsi="Times New Roman" w:cs="Times New Roman"/>
          <w:i/>
          <w:iCs w:val="0"/>
          <w:color w:val="auto"/>
          <w:sz w:val="32"/>
          <w:szCs w:val="32"/>
          <w:lang w:eastAsia="zh-TW"/>
        </w:rPr>
      </w:pPr>
      <w:bookmarkStart w:id="203" w:name="_Toc239949050"/>
      <w:r w:rsidRPr="005F2B49">
        <w:rPr>
          <w:rFonts w:ascii="Times New Roman" w:hAnsi="Times New Roman" w:cs="Times New Roman"/>
          <w:iCs w:val="0"/>
          <w:color w:val="auto"/>
          <w:sz w:val="32"/>
          <w:szCs w:val="32"/>
          <w:lang w:eastAsia="zh-TW"/>
        </w:rPr>
        <w:lastRenderedPageBreak/>
        <w:t>系統管理者管理</w:t>
      </w:r>
      <w:bookmarkEnd w:id="203"/>
    </w:p>
    <w:p w14:paraId="58A2041A" w14:textId="77777777" w:rsidR="00C61E32" w:rsidRPr="005F2B49" w:rsidRDefault="00E56845" w:rsidP="0089591F">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1C6090A6" wp14:editId="0DA0B035">
            <wp:extent cx="5486400" cy="2800985"/>
            <wp:effectExtent l="0" t="0" r="0" b="0"/>
            <wp:docPr id="100" name="圖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486400" cy="2800985"/>
                    </a:xfrm>
                    <a:prstGeom prst="rect">
                      <a:avLst/>
                    </a:prstGeom>
                  </pic:spPr>
                </pic:pic>
              </a:graphicData>
            </a:graphic>
          </wp:inline>
        </w:drawing>
      </w:r>
    </w:p>
    <w:p w14:paraId="5A843EAC" w14:textId="549A53D9" w:rsidR="00C61E32" w:rsidRPr="005F2B49" w:rsidRDefault="00C61E32" w:rsidP="0089591F">
      <w:pPr>
        <w:pStyle w:val="af7"/>
        <w:jc w:val="center"/>
        <w:rPr>
          <w:rFonts w:ascii="Times New Roman" w:hAnsi="Times New Roman" w:cs="Times New Roman"/>
          <w:color w:val="auto"/>
          <w:sz w:val="32"/>
          <w:szCs w:val="32"/>
          <w:lang w:eastAsia="zh-TW"/>
        </w:rPr>
      </w:pPr>
      <w:bookmarkStart w:id="204" w:name="_Ref206079787"/>
      <w:bookmarkStart w:id="205" w:name="_Toc206143773"/>
      <w:bookmarkStart w:id="206" w:name="_Toc206144206"/>
      <w:bookmarkStart w:id="207" w:name="_Toc239949138"/>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83</w:t>
      </w:r>
      <w:r w:rsidR="00617749" w:rsidRPr="005F2B49">
        <w:rPr>
          <w:rFonts w:ascii="Times New Roman" w:hAnsi="Times New Roman" w:cs="Times New Roman"/>
          <w:color w:val="auto"/>
          <w:sz w:val="32"/>
          <w:szCs w:val="32"/>
          <w:lang w:eastAsia="zh-TW"/>
        </w:rPr>
        <w:fldChar w:fldCharType="end"/>
      </w:r>
      <w:bookmarkEnd w:id="204"/>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系統管理者管理</w:t>
      </w:r>
      <w:bookmarkEnd w:id="205"/>
      <w:bookmarkEnd w:id="206"/>
      <w:bookmarkEnd w:id="207"/>
    </w:p>
    <w:p w14:paraId="1E653589" w14:textId="77777777" w:rsidR="00DB13B9" w:rsidRPr="005F2B49" w:rsidRDefault="00DB13B9" w:rsidP="00DB13B9">
      <w:pPr>
        <w:pStyle w:val="ae"/>
        <w:ind w:left="360"/>
        <w:jc w:val="both"/>
        <w:rPr>
          <w:rFonts w:ascii="Times New Roman" w:hAnsi="Times New Roman" w:cs="Times New Roman"/>
          <w:b/>
          <w:bCs/>
          <w:szCs w:val="32"/>
          <w:lang w:eastAsia="zh-TW"/>
        </w:rPr>
      </w:pPr>
      <w:r w:rsidRPr="005F2B49">
        <w:rPr>
          <w:rFonts w:ascii="Times New Roman" w:hAnsi="Times New Roman" w:cs="Times New Roman"/>
          <w:szCs w:val="32"/>
          <w:lang w:eastAsia="zh-TW"/>
        </w:rPr>
        <w:t>系統管理者可以在此查看系統中已建立的所有系統管理者資料。管理者可在此執行以下操作：</w:t>
      </w:r>
    </w:p>
    <w:p w14:paraId="2BC39593" w14:textId="77777777" w:rsidR="009C3EBF" w:rsidRPr="005F2B49" w:rsidRDefault="00E56845" w:rsidP="009C3EBF">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578E387F" wp14:editId="1A44CE8A">
            <wp:extent cx="3642480" cy="4901609"/>
            <wp:effectExtent l="0" t="0" r="0" b="0"/>
            <wp:docPr id="101" name="圖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644213" cy="4903941"/>
                    </a:xfrm>
                    <a:prstGeom prst="rect">
                      <a:avLst/>
                    </a:prstGeom>
                  </pic:spPr>
                </pic:pic>
              </a:graphicData>
            </a:graphic>
          </wp:inline>
        </w:drawing>
      </w:r>
    </w:p>
    <w:p w14:paraId="094DE2DA" w14:textId="7A46B7FF" w:rsidR="009C3EBF" w:rsidRPr="005F2B49" w:rsidRDefault="009C3EBF" w:rsidP="009C3EBF">
      <w:pPr>
        <w:pStyle w:val="af7"/>
        <w:jc w:val="center"/>
        <w:rPr>
          <w:rFonts w:ascii="Times New Roman" w:hAnsi="Times New Roman" w:cs="Times New Roman"/>
          <w:color w:val="auto"/>
          <w:sz w:val="32"/>
          <w:szCs w:val="32"/>
          <w:lang w:eastAsia="zh-TW"/>
        </w:rPr>
      </w:pPr>
      <w:bookmarkStart w:id="208" w:name="_Toc239949139"/>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84</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新增系統管理者介面</w:t>
      </w:r>
      <w:bookmarkEnd w:id="208"/>
    </w:p>
    <w:p w14:paraId="0C046C63" w14:textId="77777777" w:rsidR="00DB13B9" w:rsidRPr="005F2B49" w:rsidRDefault="00DB13B9" w:rsidP="007C1FC0">
      <w:pPr>
        <w:pStyle w:val="ae"/>
        <w:numPr>
          <w:ilvl w:val="0"/>
          <w:numId w:val="13"/>
        </w:numPr>
        <w:jc w:val="both"/>
        <w:rPr>
          <w:rFonts w:ascii="Times New Roman" w:hAnsi="Times New Roman" w:cs="Times New Roman"/>
          <w:szCs w:val="32"/>
          <w:lang w:eastAsia="zh-TW"/>
        </w:rPr>
      </w:pPr>
      <w:r w:rsidRPr="005F2B49">
        <w:rPr>
          <w:rFonts w:ascii="Times New Roman" w:hAnsi="Times New Roman" w:cs="Times New Roman"/>
          <w:b/>
          <w:bCs/>
          <w:szCs w:val="32"/>
          <w:lang w:eastAsia="zh-TW"/>
        </w:rPr>
        <w:t>新增：</w:t>
      </w:r>
      <w:r w:rsidRPr="005F2B49">
        <w:rPr>
          <w:rFonts w:ascii="Times New Roman" w:hAnsi="Times New Roman" w:cs="Times New Roman"/>
          <w:szCs w:val="32"/>
          <w:lang w:eastAsia="zh-TW"/>
        </w:rPr>
        <w:t>建立新的系統管理者。</w:t>
      </w:r>
    </w:p>
    <w:p w14:paraId="20BEC55E" w14:textId="77777777" w:rsidR="009C3EBF" w:rsidRPr="005F2B49" w:rsidRDefault="00E56845" w:rsidP="009C3EBF">
      <w:pPr>
        <w:ind w:left="360"/>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4921D0BA" wp14:editId="45A80D6C">
            <wp:extent cx="3891516" cy="4354419"/>
            <wp:effectExtent l="0" t="0" r="0" b="8255"/>
            <wp:docPr id="102" name="圖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3895033" cy="4358355"/>
                    </a:xfrm>
                    <a:prstGeom prst="rect">
                      <a:avLst/>
                    </a:prstGeom>
                  </pic:spPr>
                </pic:pic>
              </a:graphicData>
            </a:graphic>
          </wp:inline>
        </w:drawing>
      </w:r>
    </w:p>
    <w:p w14:paraId="51A671DA" w14:textId="0527209E" w:rsidR="009C3EBF" w:rsidRPr="005F2B49" w:rsidRDefault="009C3EBF" w:rsidP="009C3EBF">
      <w:pPr>
        <w:pStyle w:val="af7"/>
        <w:jc w:val="center"/>
        <w:rPr>
          <w:rFonts w:ascii="Times New Roman" w:hAnsi="Times New Roman" w:cs="Times New Roman"/>
          <w:color w:val="auto"/>
          <w:sz w:val="32"/>
          <w:szCs w:val="32"/>
          <w:lang w:eastAsia="zh-TW"/>
        </w:rPr>
      </w:pPr>
      <w:bookmarkStart w:id="209" w:name="_Toc239949140"/>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85</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編輯系統管理者介面</w:t>
      </w:r>
      <w:bookmarkEnd w:id="209"/>
    </w:p>
    <w:p w14:paraId="796A95B4" w14:textId="77777777" w:rsidR="00DB13B9" w:rsidRPr="005F2B49" w:rsidRDefault="00DB13B9" w:rsidP="007C1FC0">
      <w:pPr>
        <w:pStyle w:val="ae"/>
        <w:numPr>
          <w:ilvl w:val="0"/>
          <w:numId w:val="13"/>
        </w:numPr>
        <w:jc w:val="both"/>
        <w:rPr>
          <w:rFonts w:ascii="Times New Roman" w:hAnsi="Times New Roman" w:cs="Times New Roman"/>
          <w:szCs w:val="32"/>
          <w:lang w:eastAsia="zh-TW"/>
        </w:rPr>
      </w:pPr>
      <w:r w:rsidRPr="005F2B49">
        <w:rPr>
          <w:rFonts w:ascii="Times New Roman" w:hAnsi="Times New Roman" w:cs="Times New Roman"/>
          <w:b/>
          <w:bCs/>
          <w:szCs w:val="32"/>
          <w:lang w:eastAsia="zh-TW"/>
        </w:rPr>
        <w:t>編輯：</w:t>
      </w:r>
      <w:r w:rsidRPr="005F2B49">
        <w:rPr>
          <w:rFonts w:ascii="Times New Roman" w:hAnsi="Times New Roman" w:cs="Times New Roman"/>
          <w:szCs w:val="32"/>
          <w:lang w:eastAsia="zh-TW"/>
        </w:rPr>
        <w:t>修改系統管理者的帳號，姓名</w:t>
      </w:r>
      <w:r w:rsidRPr="005F2B49">
        <w:rPr>
          <w:rFonts w:ascii="Times New Roman" w:hAnsi="Times New Roman" w:cs="Times New Roman"/>
          <w:szCs w:val="32"/>
          <w:lang w:eastAsia="zh-TW"/>
        </w:rPr>
        <w:t>…</w:t>
      </w:r>
      <w:r w:rsidRPr="005F2B49">
        <w:rPr>
          <w:rFonts w:ascii="Times New Roman" w:hAnsi="Times New Roman" w:cs="Times New Roman"/>
          <w:szCs w:val="32"/>
          <w:lang w:eastAsia="zh-TW"/>
        </w:rPr>
        <w:t>等資料，以及可以決定是否啟用帳號。</w:t>
      </w:r>
    </w:p>
    <w:p w14:paraId="08FE0E9C" w14:textId="77777777" w:rsidR="009C3EBF" w:rsidRPr="005F2B49" w:rsidRDefault="00E56845" w:rsidP="009C3EBF">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7A4FB9EF" wp14:editId="43E85253">
            <wp:extent cx="4465675" cy="3135856"/>
            <wp:effectExtent l="0" t="0" r="0" b="7620"/>
            <wp:docPr id="103" name="圖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469817" cy="3138765"/>
                    </a:xfrm>
                    <a:prstGeom prst="rect">
                      <a:avLst/>
                    </a:prstGeom>
                  </pic:spPr>
                </pic:pic>
              </a:graphicData>
            </a:graphic>
          </wp:inline>
        </w:drawing>
      </w:r>
    </w:p>
    <w:p w14:paraId="15831FA9" w14:textId="2BEE38BC" w:rsidR="009C3EBF" w:rsidRPr="005F2B49" w:rsidRDefault="009C3EBF" w:rsidP="009C3EBF">
      <w:pPr>
        <w:pStyle w:val="af7"/>
        <w:jc w:val="center"/>
        <w:rPr>
          <w:rFonts w:ascii="Times New Roman" w:hAnsi="Times New Roman" w:cs="Times New Roman"/>
          <w:color w:val="auto"/>
          <w:sz w:val="32"/>
          <w:szCs w:val="32"/>
          <w:lang w:eastAsia="zh-TW"/>
        </w:rPr>
      </w:pPr>
      <w:bookmarkStart w:id="210" w:name="_Toc239949141"/>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86</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修改系統管理者密碼介面</w:t>
      </w:r>
      <w:bookmarkEnd w:id="210"/>
    </w:p>
    <w:p w14:paraId="62625795" w14:textId="77777777" w:rsidR="00DB13B9" w:rsidRPr="005F2B49" w:rsidRDefault="00DB13B9" w:rsidP="007C1FC0">
      <w:pPr>
        <w:pStyle w:val="ae"/>
        <w:numPr>
          <w:ilvl w:val="0"/>
          <w:numId w:val="13"/>
        </w:numPr>
        <w:jc w:val="both"/>
        <w:rPr>
          <w:rFonts w:ascii="Times New Roman" w:hAnsi="Times New Roman" w:cs="Times New Roman"/>
          <w:szCs w:val="32"/>
          <w:lang w:eastAsia="zh-TW"/>
        </w:rPr>
      </w:pPr>
      <w:r w:rsidRPr="005F2B49">
        <w:rPr>
          <w:rFonts w:ascii="Times New Roman" w:hAnsi="Times New Roman" w:cs="Times New Roman"/>
          <w:b/>
          <w:bCs/>
          <w:szCs w:val="32"/>
          <w:lang w:eastAsia="zh-TW"/>
        </w:rPr>
        <w:t>修改密碼：</w:t>
      </w:r>
      <w:r w:rsidRPr="005F2B49">
        <w:rPr>
          <w:rFonts w:ascii="Times New Roman" w:hAnsi="Times New Roman" w:cs="Times New Roman"/>
          <w:szCs w:val="32"/>
          <w:lang w:eastAsia="zh-TW"/>
        </w:rPr>
        <w:t>將所選的系統管理者修改一組新的密碼。</w:t>
      </w:r>
    </w:p>
    <w:p w14:paraId="71C6CA04" w14:textId="77777777" w:rsidR="00C61E32" w:rsidRPr="005F2B49" w:rsidRDefault="00DB13B9" w:rsidP="007C1FC0">
      <w:pPr>
        <w:pStyle w:val="ae"/>
        <w:numPr>
          <w:ilvl w:val="0"/>
          <w:numId w:val="13"/>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刪除：</w:t>
      </w:r>
      <w:r w:rsidRPr="005F2B49">
        <w:rPr>
          <w:rFonts w:ascii="Times New Roman" w:hAnsi="Times New Roman" w:cs="Times New Roman"/>
          <w:szCs w:val="32"/>
          <w:lang w:eastAsia="zh-TW"/>
        </w:rPr>
        <w:t>移除所選的系統管理者。</w:t>
      </w:r>
    </w:p>
    <w:p w14:paraId="7240E1F4" w14:textId="77777777" w:rsidR="0069795A" w:rsidRPr="005F2B49" w:rsidRDefault="00BA7D30" w:rsidP="004C2D20">
      <w:pPr>
        <w:pStyle w:val="4"/>
        <w:rPr>
          <w:rFonts w:ascii="Times New Roman" w:hAnsi="Times New Roman" w:cs="Times New Roman"/>
          <w:i/>
          <w:iCs w:val="0"/>
          <w:color w:val="auto"/>
          <w:sz w:val="32"/>
          <w:szCs w:val="32"/>
          <w:lang w:eastAsia="zh-TW"/>
        </w:rPr>
      </w:pPr>
      <w:bookmarkStart w:id="211" w:name="_Toc239949051"/>
      <w:r w:rsidRPr="005F2B49">
        <w:rPr>
          <w:rFonts w:ascii="Times New Roman" w:hAnsi="Times New Roman" w:cs="Times New Roman"/>
          <w:iCs w:val="0"/>
          <w:color w:val="auto"/>
          <w:sz w:val="32"/>
          <w:szCs w:val="32"/>
          <w:lang w:eastAsia="zh-TW"/>
        </w:rPr>
        <w:t>學校管理者管理</w:t>
      </w:r>
      <w:bookmarkEnd w:id="211"/>
    </w:p>
    <w:p w14:paraId="3E293A10" w14:textId="77777777" w:rsidR="00C61E32" w:rsidRPr="005F2B49" w:rsidRDefault="00E56845" w:rsidP="0089591F">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7636AEB9" wp14:editId="3E70B53C">
            <wp:extent cx="5486400" cy="3033395"/>
            <wp:effectExtent l="0" t="0" r="0" b="0"/>
            <wp:docPr id="104" name="圖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486400" cy="3033395"/>
                    </a:xfrm>
                    <a:prstGeom prst="rect">
                      <a:avLst/>
                    </a:prstGeom>
                  </pic:spPr>
                </pic:pic>
              </a:graphicData>
            </a:graphic>
          </wp:inline>
        </w:drawing>
      </w:r>
    </w:p>
    <w:p w14:paraId="4EA54B5B" w14:textId="6DBE0531" w:rsidR="00C61E32" w:rsidRPr="005F2B49" w:rsidRDefault="00C61E32" w:rsidP="0089591F">
      <w:pPr>
        <w:pStyle w:val="af7"/>
        <w:jc w:val="center"/>
        <w:rPr>
          <w:rFonts w:ascii="Times New Roman" w:hAnsi="Times New Roman" w:cs="Times New Roman"/>
          <w:color w:val="auto"/>
          <w:sz w:val="32"/>
          <w:szCs w:val="32"/>
          <w:lang w:eastAsia="zh-TW"/>
        </w:rPr>
      </w:pPr>
      <w:bookmarkStart w:id="212" w:name="_Ref206079759"/>
      <w:bookmarkStart w:id="213" w:name="_Toc206143774"/>
      <w:bookmarkStart w:id="214" w:name="_Toc206144207"/>
      <w:bookmarkStart w:id="215" w:name="_Toc239949142"/>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87</w:t>
      </w:r>
      <w:r w:rsidR="00617749" w:rsidRPr="005F2B49">
        <w:rPr>
          <w:rFonts w:ascii="Times New Roman" w:hAnsi="Times New Roman" w:cs="Times New Roman"/>
          <w:color w:val="auto"/>
          <w:sz w:val="32"/>
          <w:szCs w:val="32"/>
          <w:lang w:eastAsia="zh-TW"/>
        </w:rPr>
        <w:fldChar w:fldCharType="end"/>
      </w:r>
      <w:bookmarkEnd w:id="212"/>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學校管理者管理</w:t>
      </w:r>
      <w:bookmarkEnd w:id="213"/>
      <w:bookmarkEnd w:id="214"/>
      <w:bookmarkEnd w:id="215"/>
    </w:p>
    <w:p w14:paraId="3648D034" w14:textId="77777777" w:rsidR="00DB13B9" w:rsidRPr="005F2B49" w:rsidRDefault="00DB13B9" w:rsidP="00DB13B9">
      <w:pPr>
        <w:pStyle w:val="ae"/>
        <w:ind w:left="360"/>
        <w:jc w:val="both"/>
        <w:rPr>
          <w:rFonts w:ascii="Times New Roman" w:hAnsi="Times New Roman" w:cs="Times New Roman"/>
          <w:b/>
          <w:bCs/>
          <w:szCs w:val="32"/>
          <w:lang w:eastAsia="zh-TW"/>
        </w:rPr>
      </w:pPr>
      <w:r w:rsidRPr="005F2B49">
        <w:rPr>
          <w:rFonts w:ascii="Times New Roman" w:hAnsi="Times New Roman" w:cs="Times New Roman"/>
          <w:szCs w:val="32"/>
          <w:lang w:eastAsia="zh-TW"/>
        </w:rPr>
        <w:lastRenderedPageBreak/>
        <w:t>系統管理者可以在此查看系統中已建立的所有學校的管理者資料。管理者可在此執行以下操作：</w:t>
      </w:r>
    </w:p>
    <w:p w14:paraId="2268352E" w14:textId="77777777" w:rsidR="009C3EBF" w:rsidRPr="005F2B49" w:rsidRDefault="00E56845" w:rsidP="009C3EBF">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385D9AA7" wp14:editId="71723472">
            <wp:extent cx="3545629" cy="5380074"/>
            <wp:effectExtent l="0" t="0" r="0" b="0"/>
            <wp:docPr id="105" name="圖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3546899" cy="5382001"/>
                    </a:xfrm>
                    <a:prstGeom prst="rect">
                      <a:avLst/>
                    </a:prstGeom>
                  </pic:spPr>
                </pic:pic>
              </a:graphicData>
            </a:graphic>
          </wp:inline>
        </w:drawing>
      </w:r>
    </w:p>
    <w:p w14:paraId="12CCFAD5" w14:textId="5DC8594B" w:rsidR="009C3EBF" w:rsidRPr="005F2B49" w:rsidRDefault="009C3EBF" w:rsidP="009C3EBF">
      <w:pPr>
        <w:pStyle w:val="af7"/>
        <w:jc w:val="center"/>
        <w:rPr>
          <w:rFonts w:ascii="Times New Roman" w:hAnsi="Times New Roman" w:cs="Times New Roman"/>
          <w:color w:val="auto"/>
          <w:sz w:val="32"/>
          <w:szCs w:val="32"/>
          <w:lang w:eastAsia="zh-TW"/>
        </w:rPr>
      </w:pPr>
      <w:bookmarkStart w:id="216" w:name="_Toc239949143"/>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88</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新增學校管理者介面</w:t>
      </w:r>
      <w:bookmarkEnd w:id="216"/>
    </w:p>
    <w:p w14:paraId="5CBF7E0A" w14:textId="77777777" w:rsidR="00DB13B9" w:rsidRPr="005F2B49" w:rsidRDefault="00DB13B9" w:rsidP="007C1FC0">
      <w:pPr>
        <w:pStyle w:val="ae"/>
        <w:numPr>
          <w:ilvl w:val="0"/>
          <w:numId w:val="12"/>
        </w:numPr>
        <w:jc w:val="both"/>
        <w:rPr>
          <w:rFonts w:ascii="Times New Roman" w:hAnsi="Times New Roman" w:cs="Times New Roman"/>
          <w:szCs w:val="32"/>
          <w:lang w:eastAsia="zh-TW"/>
        </w:rPr>
      </w:pPr>
      <w:r w:rsidRPr="005F2B49">
        <w:rPr>
          <w:rFonts w:ascii="Times New Roman" w:hAnsi="Times New Roman" w:cs="Times New Roman"/>
          <w:b/>
          <w:bCs/>
          <w:szCs w:val="32"/>
          <w:lang w:eastAsia="zh-TW"/>
        </w:rPr>
        <w:t>新增：</w:t>
      </w:r>
      <w:r w:rsidRPr="005F2B49">
        <w:rPr>
          <w:rFonts w:ascii="Times New Roman" w:hAnsi="Times New Roman" w:cs="Times New Roman"/>
          <w:szCs w:val="32"/>
          <w:lang w:eastAsia="zh-TW"/>
        </w:rPr>
        <w:t>建立新的學校管理者。</w:t>
      </w:r>
    </w:p>
    <w:p w14:paraId="39533C78" w14:textId="77777777" w:rsidR="00193849" w:rsidRPr="005F2B49" w:rsidRDefault="00E56845" w:rsidP="00193849">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2FFC60FE" wp14:editId="38D38976">
            <wp:extent cx="4412512" cy="5724582"/>
            <wp:effectExtent l="0" t="0" r="7620" b="0"/>
            <wp:docPr id="106" name="圖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414973" cy="5727775"/>
                    </a:xfrm>
                    <a:prstGeom prst="rect">
                      <a:avLst/>
                    </a:prstGeom>
                  </pic:spPr>
                </pic:pic>
              </a:graphicData>
            </a:graphic>
          </wp:inline>
        </w:drawing>
      </w:r>
    </w:p>
    <w:p w14:paraId="4943A494" w14:textId="54FFDC61" w:rsidR="00193849" w:rsidRPr="005F2B49" w:rsidRDefault="00193849" w:rsidP="00D83780">
      <w:pPr>
        <w:pStyle w:val="af7"/>
        <w:jc w:val="center"/>
        <w:rPr>
          <w:rFonts w:ascii="Times New Roman" w:hAnsi="Times New Roman" w:cs="Times New Roman"/>
          <w:color w:val="auto"/>
          <w:sz w:val="32"/>
          <w:szCs w:val="32"/>
          <w:lang w:eastAsia="zh-TW"/>
        </w:rPr>
      </w:pPr>
      <w:bookmarkStart w:id="217" w:name="_Toc239949144"/>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89</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編輯學校管理者介面</w:t>
      </w:r>
      <w:bookmarkEnd w:id="217"/>
    </w:p>
    <w:p w14:paraId="430DAB91" w14:textId="77777777" w:rsidR="00DB13B9" w:rsidRPr="005F2B49" w:rsidRDefault="00DB13B9" w:rsidP="007C1FC0">
      <w:pPr>
        <w:pStyle w:val="ae"/>
        <w:numPr>
          <w:ilvl w:val="0"/>
          <w:numId w:val="12"/>
        </w:numPr>
        <w:jc w:val="both"/>
        <w:rPr>
          <w:rFonts w:ascii="Times New Roman" w:hAnsi="Times New Roman" w:cs="Times New Roman"/>
          <w:szCs w:val="32"/>
          <w:lang w:eastAsia="zh-TW"/>
        </w:rPr>
      </w:pPr>
      <w:r w:rsidRPr="005F2B49">
        <w:rPr>
          <w:rFonts w:ascii="Times New Roman" w:hAnsi="Times New Roman" w:cs="Times New Roman"/>
          <w:b/>
          <w:bCs/>
          <w:szCs w:val="32"/>
          <w:lang w:eastAsia="zh-TW"/>
        </w:rPr>
        <w:t>編輯：</w:t>
      </w:r>
      <w:r w:rsidRPr="005F2B49">
        <w:rPr>
          <w:rFonts w:ascii="Times New Roman" w:hAnsi="Times New Roman" w:cs="Times New Roman"/>
          <w:szCs w:val="32"/>
          <w:lang w:eastAsia="zh-TW"/>
        </w:rPr>
        <w:t>修改學校管理者的帳號，姓名</w:t>
      </w:r>
      <w:r w:rsidRPr="005F2B49">
        <w:rPr>
          <w:rFonts w:ascii="Times New Roman" w:hAnsi="Times New Roman" w:cs="Times New Roman"/>
          <w:szCs w:val="32"/>
          <w:lang w:eastAsia="zh-TW"/>
        </w:rPr>
        <w:t>…</w:t>
      </w:r>
      <w:r w:rsidRPr="005F2B49">
        <w:rPr>
          <w:rFonts w:ascii="Times New Roman" w:hAnsi="Times New Roman" w:cs="Times New Roman"/>
          <w:szCs w:val="32"/>
          <w:lang w:eastAsia="zh-TW"/>
        </w:rPr>
        <w:t>等資料，以及可以決定是否啟用帳號。</w:t>
      </w:r>
    </w:p>
    <w:p w14:paraId="7E7B9F6E" w14:textId="77777777" w:rsidR="00D83780" w:rsidRPr="005F2B49" w:rsidRDefault="00E56845" w:rsidP="00D83780">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51EF29F9" wp14:editId="000E8622">
            <wp:extent cx="4476307" cy="3175267"/>
            <wp:effectExtent l="0" t="0" r="635" b="6350"/>
            <wp:docPr id="107" name="圖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483696" cy="3180508"/>
                    </a:xfrm>
                    <a:prstGeom prst="rect">
                      <a:avLst/>
                    </a:prstGeom>
                  </pic:spPr>
                </pic:pic>
              </a:graphicData>
            </a:graphic>
          </wp:inline>
        </w:drawing>
      </w:r>
    </w:p>
    <w:p w14:paraId="67A04348" w14:textId="62E518C2" w:rsidR="00D83780" w:rsidRPr="005F2B49" w:rsidRDefault="00D83780" w:rsidP="00D83780">
      <w:pPr>
        <w:pStyle w:val="af7"/>
        <w:jc w:val="center"/>
        <w:rPr>
          <w:rFonts w:ascii="Times New Roman" w:hAnsi="Times New Roman" w:cs="Times New Roman"/>
          <w:color w:val="auto"/>
          <w:sz w:val="32"/>
          <w:szCs w:val="32"/>
          <w:lang w:eastAsia="zh-TW"/>
        </w:rPr>
      </w:pPr>
      <w:bookmarkStart w:id="218" w:name="_Toc239949145"/>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90</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修改學校管理者密碼介面</w:t>
      </w:r>
      <w:bookmarkEnd w:id="218"/>
    </w:p>
    <w:p w14:paraId="0A4218F8" w14:textId="77777777" w:rsidR="00DB13B9" w:rsidRPr="005F2B49" w:rsidRDefault="00DB13B9" w:rsidP="007C1FC0">
      <w:pPr>
        <w:pStyle w:val="ae"/>
        <w:numPr>
          <w:ilvl w:val="0"/>
          <w:numId w:val="12"/>
        </w:numPr>
        <w:jc w:val="both"/>
        <w:rPr>
          <w:rFonts w:ascii="Times New Roman" w:hAnsi="Times New Roman" w:cs="Times New Roman"/>
          <w:szCs w:val="32"/>
          <w:lang w:eastAsia="zh-TW"/>
        </w:rPr>
      </w:pPr>
      <w:r w:rsidRPr="005F2B49">
        <w:rPr>
          <w:rFonts w:ascii="Times New Roman" w:hAnsi="Times New Roman" w:cs="Times New Roman"/>
          <w:b/>
          <w:bCs/>
          <w:szCs w:val="32"/>
          <w:lang w:eastAsia="zh-TW"/>
        </w:rPr>
        <w:t>修改密碼：</w:t>
      </w:r>
      <w:r w:rsidRPr="005F2B49">
        <w:rPr>
          <w:rFonts w:ascii="Times New Roman" w:hAnsi="Times New Roman" w:cs="Times New Roman"/>
          <w:szCs w:val="32"/>
          <w:lang w:eastAsia="zh-TW"/>
        </w:rPr>
        <w:t>將所選的學校管理者修改一組新的密碼。</w:t>
      </w:r>
    </w:p>
    <w:p w14:paraId="24C4A695" w14:textId="77777777" w:rsidR="00DB13B9" w:rsidRPr="005F2B49" w:rsidRDefault="00DB13B9" w:rsidP="007C1FC0">
      <w:pPr>
        <w:pStyle w:val="ae"/>
        <w:numPr>
          <w:ilvl w:val="0"/>
          <w:numId w:val="12"/>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刪除：</w:t>
      </w:r>
      <w:r w:rsidRPr="005F2B49">
        <w:rPr>
          <w:rFonts w:ascii="Times New Roman" w:hAnsi="Times New Roman" w:cs="Times New Roman"/>
          <w:szCs w:val="32"/>
          <w:lang w:eastAsia="zh-TW"/>
        </w:rPr>
        <w:t>移除所選的學校管理者。</w:t>
      </w:r>
    </w:p>
    <w:p w14:paraId="2737565B" w14:textId="77777777" w:rsidR="00D26601" w:rsidRPr="005F2B49" w:rsidRDefault="00D26601" w:rsidP="00561F99">
      <w:pPr>
        <w:jc w:val="both"/>
        <w:rPr>
          <w:rFonts w:ascii="Times New Roman" w:hAnsi="Times New Roman" w:cs="Times New Roman"/>
          <w:szCs w:val="32"/>
          <w:lang w:eastAsia="zh-TW"/>
        </w:rPr>
      </w:pPr>
    </w:p>
    <w:p w14:paraId="10F8ABB1" w14:textId="77777777" w:rsidR="00C61E32" w:rsidRPr="005F2B49" w:rsidRDefault="00C61E32" w:rsidP="00561F99">
      <w:pPr>
        <w:jc w:val="both"/>
        <w:rPr>
          <w:rFonts w:ascii="Times New Roman" w:hAnsi="Times New Roman" w:cs="Times New Roman"/>
          <w:szCs w:val="32"/>
          <w:lang w:eastAsia="zh-TW"/>
        </w:rPr>
      </w:pPr>
      <w:r w:rsidRPr="005F2B49">
        <w:rPr>
          <w:rFonts w:ascii="Times New Roman" w:hAnsi="Times New Roman" w:cs="Times New Roman"/>
          <w:szCs w:val="32"/>
          <w:lang w:eastAsia="zh-TW"/>
        </w:rPr>
        <w:br w:type="page"/>
      </w:r>
    </w:p>
    <w:p w14:paraId="2EDF557B" w14:textId="77777777" w:rsidR="0069795A" w:rsidRPr="005F2B49" w:rsidRDefault="00BA7D30" w:rsidP="004C2D20">
      <w:pPr>
        <w:pStyle w:val="4"/>
        <w:rPr>
          <w:rFonts w:ascii="Times New Roman" w:hAnsi="Times New Roman" w:cs="Times New Roman"/>
          <w:i/>
          <w:iCs w:val="0"/>
          <w:color w:val="auto"/>
          <w:sz w:val="32"/>
          <w:szCs w:val="32"/>
          <w:lang w:eastAsia="zh-TW"/>
        </w:rPr>
      </w:pPr>
      <w:bookmarkStart w:id="219" w:name="_Toc239949052"/>
      <w:r w:rsidRPr="005F2B49">
        <w:rPr>
          <w:rFonts w:ascii="Times New Roman" w:hAnsi="Times New Roman" w:cs="Times New Roman"/>
          <w:iCs w:val="0"/>
          <w:color w:val="auto"/>
          <w:sz w:val="32"/>
          <w:szCs w:val="32"/>
          <w:lang w:eastAsia="zh-TW"/>
        </w:rPr>
        <w:lastRenderedPageBreak/>
        <w:t>帳號管理</w:t>
      </w:r>
      <w:bookmarkEnd w:id="219"/>
    </w:p>
    <w:p w14:paraId="48DF21A8" w14:textId="77777777" w:rsidR="00C61E32" w:rsidRPr="005F2B49" w:rsidRDefault="00E56845" w:rsidP="00B8017C">
      <w:pPr>
        <w:jc w:val="center"/>
        <w:rPr>
          <w:rFonts w:ascii="Times New Roman" w:hAnsi="Times New Roman" w:cs="Times New Roman"/>
          <w:b/>
          <w:bCs/>
          <w:szCs w:val="32"/>
          <w:lang w:eastAsia="zh-TW"/>
        </w:rPr>
      </w:pPr>
      <w:r w:rsidRPr="005F2B49">
        <w:rPr>
          <w:rFonts w:ascii="Times New Roman" w:hAnsi="Times New Roman" w:cs="Times New Roman"/>
          <w:b/>
          <w:bCs/>
          <w:noProof/>
          <w:szCs w:val="32"/>
          <w:lang w:eastAsia="zh-TW"/>
        </w:rPr>
        <w:drawing>
          <wp:inline distT="0" distB="0" distL="0" distR="0" wp14:anchorId="6A70D243" wp14:editId="438BDD3C">
            <wp:extent cx="5401340" cy="5530122"/>
            <wp:effectExtent l="0" t="0" r="8890" b="0"/>
            <wp:docPr id="108" name="圖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404340" cy="5533193"/>
                    </a:xfrm>
                    <a:prstGeom prst="rect">
                      <a:avLst/>
                    </a:prstGeom>
                  </pic:spPr>
                </pic:pic>
              </a:graphicData>
            </a:graphic>
          </wp:inline>
        </w:drawing>
      </w:r>
    </w:p>
    <w:p w14:paraId="331AF8EF" w14:textId="2A98A0F7" w:rsidR="00C61E32" w:rsidRPr="005F2B49" w:rsidRDefault="00C61E32" w:rsidP="00B8017C">
      <w:pPr>
        <w:pStyle w:val="af7"/>
        <w:jc w:val="center"/>
        <w:rPr>
          <w:rFonts w:ascii="Times New Roman" w:hAnsi="Times New Roman" w:cs="Times New Roman"/>
          <w:color w:val="auto"/>
          <w:sz w:val="32"/>
          <w:szCs w:val="32"/>
          <w:lang w:eastAsia="zh-TW"/>
        </w:rPr>
      </w:pPr>
      <w:bookmarkStart w:id="220" w:name="_Ref206079763"/>
      <w:bookmarkStart w:id="221" w:name="_Toc206143775"/>
      <w:bookmarkStart w:id="222" w:name="_Toc206144208"/>
      <w:bookmarkStart w:id="223" w:name="_Toc239949146"/>
      <w:r w:rsidRPr="005F2B49">
        <w:rPr>
          <w:rFonts w:ascii="Times New Roman" w:hAnsi="Times New Roman" w:cs="Times New Roman"/>
          <w:color w:val="auto"/>
          <w:sz w:val="32"/>
          <w:szCs w:val="32"/>
          <w:lang w:eastAsia="zh-TW"/>
        </w:rPr>
        <w:t>圖</w:t>
      </w:r>
      <w:r w:rsidRPr="005F2B49">
        <w:rPr>
          <w:rFonts w:ascii="Times New Roman" w:hAnsi="Times New Roman" w:cs="Times New Roman"/>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SEQ </w:instrText>
      </w:r>
      <w:r w:rsidR="00617749" w:rsidRPr="005F2B49">
        <w:rPr>
          <w:rFonts w:ascii="Times New Roman" w:hAnsi="Times New Roman" w:cs="Times New Roman"/>
          <w:color w:val="auto"/>
          <w:sz w:val="32"/>
          <w:szCs w:val="32"/>
          <w:lang w:eastAsia="zh-TW"/>
        </w:rPr>
        <w:instrText>圖</w:instrText>
      </w:r>
      <w:r w:rsidR="00617749" w:rsidRPr="005F2B49">
        <w:rPr>
          <w:rFonts w:ascii="Times New Roman" w:hAnsi="Times New Roman" w:cs="Times New Roman"/>
          <w:color w:val="auto"/>
          <w:sz w:val="32"/>
          <w:szCs w:val="32"/>
          <w:lang w:eastAsia="zh-TW"/>
        </w:rPr>
        <w:instrText xml:space="preserve"> \* ARABIC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91</w:t>
      </w:r>
      <w:r w:rsidR="00617749" w:rsidRPr="005F2B49">
        <w:rPr>
          <w:rFonts w:ascii="Times New Roman" w:hAnsi="Times New Roman" w:cs="Times New Roman"/>
          <w:color w:val="auto"/>
          <w:sz w:val="32"/>
          <w:szCs w:val="32"/>
          <w:lang w:eastAsia="zh-TW"/>
        </w:rPr>
        <w:fldChar w:fldCharType="end"/>
      </w:r>
      <w:bookmarkEnd w:id="220"/>
      <w:r w:rsidRPr="005F2B49">
        <w:rPr>
          <w:rFonts w:ascii="Times New Roman" w:hAnsi="Times New Roman" w:cs="Times New Roman"/>
          <w:color w:val="auto"/>
          <w:sz w:val="32"/>
          <w:szCs w:val="32"/>
          <w:lang w:eastAsia="zh-TW"/>
        </w:rPr>
        <w:t xml:space="preserve">  </w:t>
      </w:r>
      <w:r w:rsidRPr="005F2B49">
        <w:rPr>
          <w:rFonts w:ascii="Times New Roman" w:hAnsi="Times New Roman" w:cs="Times New Roman"/>
          <w:color w:val="auto"/>
          <w:sz w:val="32"/>
          <w:szCs w:val="32"/>
          <w:lang w:eastAsia="zh-TW"/>
        </w:rPr>
        <w:t>帳號管理</w:t>
      </w:r>
      <w:bookmarkEnd w:id="221"/>
      <w:bookmarkEnd w:id="222"/>
      <w:bookmarkEnd w:id="223"/>
    </w:p>
    <w:p w14:paraId="2CCCA691" w14:textId="77777777" w:rsidR="00DB13B9" w:rsidRPr="005F2B49" w:rsidRDefault="00DB13B9" w:rsidP="00DB13B9">
      <w:pPr>
        <w:pStyle w:val="ae"/>
        <w:ind w:left="360"/>
        <w:jc w:val="both"/>
        <w:rPr>
          <w:rFonts w:ascii="Times New Roman" w:hAnsi="Times New Roman" w:cs="Times New Roman"/>
          <w:b/>
          <w:bCs/>
          <w:szCs w:val="32"/>
          <w:lang w:eastAsia="zh-TW"/>
        </w:rPr>
      </w:pPr>
      <w:r w:rsidRPr="005F2B49">
        <w:rPr>
          <w:rFonts w:ascii="Times New Roman" w:hAnsi="Times New Roman" w:cs="Times New Roman"/>
          <w:szCs w:val="32"/>
          <w:lang w:eastAsia="zh-TW"/>
        </w:rPr>
        <w:t>系統管理者可以在此查看系統中已建立的所有系統中的帳號包含教師、學生、學校管理者以及系統管理者。系統管理者可在此執行以下操作：</w:t>
      </w:r>
    </w:p>
    <w:p w14:paraId="421ED5ED" w14:textId="77777777" w:rsidR="00E81E02" w:rsidRPr="005F2B49" w:rsidRDefault="00E56845" w:rsidP="00E81E02">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54626FAC" wp14:editId="5F630B73">
            <wp:extent cx="4772691" cy="5325218"/>
            <wp:effectExtent l="0" t="0" r="8890" b="8890"/>
            <wp:docPr id="109" name="圖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772691" cy="5325218"/>
                    </a:xfrm>
                    <a:prstGeom prst="rect">
                      <a:avLst/>
                    </a:prstGeom>
                  </pic:spPr>
                </pic:pic>
              </a:graphicData>
            </a:graphic>
          </wp:inline>
        </w:drawing>
      </w:r>
    </w:p>
    <w:p w14:paraId="3401C95A" w14:textId="47CEC5D4" w:rsidR="00E81E02" w:rsidRPr="005F2B49" w:rsidRDefault="00E81E02" w:rsidP="00E81E02">
      <w:pPr>
        <w:pStyle w:val="af7"/>
        <w:jc w:val="center"/>
        <w:rPr>
          <w:rFonts w:ascii="Times New Roman" w:hAnsi="Times New Roman" w:cs="Times New Roman"/>
          <w:color w:val="auto"/>
          <w:sz w:val="32"/>
          <w:szCs w:val="32"/>
          <w:lang w:eastAsia="zh-TW"/>
        </w:rPr>
      </w:pPr>
      <w:bookmarkStart w:id="224" w:name="_Toc239949147"/>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92</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帳號管理編輯介面</w:t>
      </w:r>
      <w:bookmarkEnd w:id="224"/>
    </w:p>
    <w:p w14:paraId="43965CE2" w14:textId="77777777" w:rsidR="00DB13B9" w:rsidRPr="005F2B49" w:rsidRDefault="00DB13B9" w:rsidP="007C1FC0">
      <w:pPr>
        <w:pStyle w:val="ae"/>
        <w:numPr>
          <w:ilvl w:val="0"/>
          <w:numId w:val="11"/>
        </w:numPr>
        <w:jc w:val="both"/>
        <w:rPr>
          <w:rFonts w:ascii="Times New Roman" w:hAnsi="Times New Roman" w:cs="Times New Roman"/>
          <w:szCs w:val="32"/>
          <w:lang w:eastAsia="zh-TW"/>
        </w:rPr>
      </w:pPr>
      <w:r w:rsidRPr="005F2B49">
        <w:rPr>
          <w:rFonts w:ascii="Times New Roman" w:hAnsi="Times New Roman" w:cs="Times New Roman"/>
          <w:b/>
          <w:bCs/>
          <w:szCs w:val="32"/>
          <w:lang w:eastAsia="zh-TW"/>
        </w:rPr>
        <w:t>編輯：</w:t>
      </w:r>
      <w:r w:rsidRPr="005F2B49">
        <w:rPr>
          <w:rFonts w:ascii="Times New Roman" w:hAnsi="Times New Roman" w:cs="Times New Roman"/>
          <w:szCs w:val="32"/>
          <w:lang w:eastAsia="zh-TW"/>
        </w:rPr>
        <w:t>修改所選的帳號，姓名</w:t>
      </w:r>
      <w:r w:rsidRPr="005F2B49">
        <w:rPr>
          <w:rFonts w:ascii="Times New Roman" w:hAnsi="Times New Roman" w:cs="Times New Roman"/>
          <w:szCs w:val="32"/>
          <w:lang w:eastAsia="zh-TW"/>
        </w:rPr>
        <w:t>…</w:t>
      </w:r>
      <w:r w:rsidRPr="005F2B49">
        <w:rPr>
          <w:rFonts w:ascii="Times New Roman" w:hAnsi="Times New Roman" w:cs="Times New Roman"/>
          <w:szCs w:val="32"/>
          <w:lang w:eastAsia="zh-TW"/>
        </w:rPr>
        <w:t>等資料，以及可以決定是否為系統管理者和是否開通帳號。</w:t>
      </w:r>
    </w:p>
    <w:p w14:paraId="7A76261C" w14:textId="77777777" w:rsidR="00DB13B9" w:rsidRPr="005F2B49" w:rsidRDefault="00DB13B9" w:rsidP="007C1FC0">
      <w:pPr>
        <w:pStyle w:val="ae"/>
        <w:numPr>
          <w:ilvl w:val="0"/>
          <w:numId w:val="11"/>
        </w:numPr>
        <w:jc w:val="both"/>
        <w:rPr>
          <w:rFonts w:ascii="Times New Roman" w:hAnsi="Times New Roman" w:cs="Times New Roman"/>
          <w:szCs w:val="32"/>
          <w:lang w:eastAsia="zh-TW"/>
        </w:rPr>
      </w:pPr>
      <w:r w:rsidRPr="005F2B49">
        <w:rPr>
          <w:rFonts w:ascii="Times New Roman" w:hAnsi="Times New Roman" w:cs="Times New Roman"/>
          <w:b/>
          <w:bCs/>
          <w:szCs w:val="32"/>
          <w:lang w:eastAsia="zh-TW"/>
        </w:rPr>
        <w:t>修改密碼：</w:t>
      </w:r>
      <w:r w:rsidRPr="005F2B49">
        <w:rPr>
          <w:rFonts w:ascii="Times New Roman" w:hAnsi="Times New Roman" w:cs="Times New Roman"/>
          <w:szCs w:val="32"/>
          <w:lang w:eastAsia="zh-TW"/>
        </w:rPr>
        <w:t>將所選的帳號修改一組新的密碼。</w:t>
      </w:r>
    </w:p>
    <w:p w14:paraId="21A10279" w14:textId="77777777" w:rsidR="00574A0B" w:rsidRPr="005F2B49" w:rsidRDefault="00574A0B" w:rsidP="007C1FC0">
      <w:pPr>
        <w:pStyle w:val="ae"/>
        <w:numPr>
          <w:ilvl w:val="0"/>
          <w:numId w:val="11"/>
        </w:numPr>
        <w:jc w:val="both"/>
        <w:rPr>
          <w:rFonts w:ascii="Times New Roman" w:hAnsi="Times New Roman" w:cs="Times New Roman"/>
          <w:szCs w:val="32"/>
          <w:lang w:eastAsia="zh-TW"/>
        </w:rPr>
      </w:pPr>
      <w:r w:rsidRPr="005F2B49">
        <w:rPr>
          <w:rFonts w:ascii="Times New Roman" w:hAnsi="Times New Roman" w:cs="Times New Roman" w:hint="eastAsia"/>
          <w:b/>
          <w:bCs/>
          <w:szCs w:val="32"/>
          <w:lang w:eastAsia="zh-TW"/>
        </w:rPr>
        <w:t>加入學校：</w:t>
      </w:r>
      <w:r w:rsidRPr="005F2B49">
        <w:rPr>
          <w:rFonts w:ascii="Times New Roman" w:hAnsi="Times New Roman" w:cs="Times New Roman" w:hint="eastAsia"/>
          <w:szCs w:val="32"/>
          <w:lang w:eastAsia="zh-TW"/>
        </w:rPr>
        <w:t>將點選的帳號加入至其他學校中，可以選擇加入的身分，系統管理者不需要加入學校就可以有全部學校的管理權限，每個帳號無法刪除最後一筆學校。</w:t>
      </w:r>
      <w:r w:rsidRPr="005F2B49">
        <w:rPr>
          <w:rFonts w:ascii="Times New Roman" w:hAnsi="Times New Roman" w:cs="Times New Roman" w:hint="eastAsia"/>
          <w:szCs w:val="32"/>
          <w:lang w:eastAsia="zh-TW"/>
        </w:rPr>
        <w:t xml:space="preserve"> </w:t>
      </w:r>
    </w:p>
    <w:p w14:paraId="38E8B100" w14:textId="77777777" w:rsidR="0059689C" w:rsidRPr="005F2B49" w:rsidRDefault="0059689C" w:rsidP="007C1FC0">
      <w:pPr>
        <w:pStyle w:val="ae"/>
        <w:numPr>
          <w:ilvl w:val="0"/>
          <w:numId w:val="11"/>
        </w:numPr>
        <w:jc w:val="both"/>
        <w:rPr>
          <w:rFonts w:ascii="Times New Roman" w:hAnsi="Times New Roman" w:cs="Times New Roman"/>
          <w:b/>
          <w:bCs/>
          <w:szCs w:val="32"/>
          <w:lang w:eastAsia="zh-TW"/>
        </w:rPr>
      </w:pPr>
      <w:r w:rsidRPr="005F2B49">
        <w:rPr>
          <w:rFonts w:ascii="Times New Roman" w:hAnsi="Times New Roman" w:cs="Times New Roman" w:hint="eastAsia"/>
          <w:b/>
          <w:bCs/>
          <w:szCs w:val="32"/>
          <w:lang w:eastAsia="zh-TW"/>
        </w:rPr>
        <w:lastRenderedPageBreak/>
        <w:t>查看</w:t>
      </w:r>
      <w:r w:rsidRPr="005F2B49">
        <w:rPr>
          <w:rFonts w:ascii="Times New Roman" w:hAnsi="Times New Roman" w:cs="Times New Roman"/>
          <w:b/>
          <w:bCs/>
          <w:szCs w:val="32"/>
          <w:lang w:eastAsia="zh-TW"/>
        </w:rPr>
        <w:t>Google</w:t>
      </w:r>
      <w:r w:rsidRPr="005F2B49">
        <w:rPr>
          <w:rFonts w:ascii="Times New Roman" w:hAnsi="Times New Roman" w:cs="Times New Roman" w:hint="eastAsia"/>
          <w:b/>
          <w:bCs/>
          <w:szCs w:val="32"/>
          <w:lang w:eastAsia="zh-TW"/>
        </w:rPr>
        <w:t>綁定：</w:t>
      </w:r>
      <w:r w:rsidRPr="005F2B49">
        <w:rPr>
          <w:rFonts w:ascii="Times New Roman" w:hAnsi="Times New Roman" w:cs="Times New Roman" w:hint="eastAsia"/>
          <w:szCs w:val="32"/>
          <w:lang w:eastAsia="zh-TW"/>
        </w:rPr>
        <w:t>查看點選帳號是否有綁定</w:t>
      </w:r>
      <w:r w:rsidRPr="005F2B49">
        <w:rPr>
          <w:rFonts w:ascii="Times New Roman" w:hAnsi="Times New Roman" w:cs="Times New Roman" w:hint="eastAsia"/>
          <w:szCs w:val="32"/>
          <w:lang w:eastAsia="zh-TW"/>
        </w:rPr>
        <w:t>Google</w:t>
      </w:r>
      <w:r w:rsidRPr="005F2B49">
        <w:rPr>
          <w:rFonts w:ascii="Times New Roman" w:hAnsi="Times New Roman" w:cs="Times New Roman" w:hint="eastAsia"/>
          <w:szCs w:val="32"/>
          <w:lang w:eastAsia="zh-TW"/>
        </w:rPr>
        <w:t>帳號。</w:t>
      </w:r>
      <w:r w:rsidR="004C17E9" w:rsidRPr="005F2B49">
        <w:rPr>
          <w:rFonts w:ascii="Times New Roman" w:hAnsi="Times New Roman" w:cs="Times New Roman" w:hint="eastAsia"/>
          <w:szCs w:val="32"/>
          <w:lang w:eastAsia="zh-TW"/>
        </w:rPr>
        <w:t>有綁定的話，可以看到綁定的帳號，以及綁定的時間。</w:t>
      </w:r>
    </w:p>
    <w:p w14:paraId="5AF21A15" w14:textId="77777777" w:rsidR="00AA691D" w:rsidRPr="005F2B49" w:rsidRDefault="00BC1883" w:rsidP="00AA691D">
      <w:pPr>
        <w:pStyle w:val="ae"/>
        <w:numPr>
          <w:ilvl w:val="0"/>
          <w:numId w:val="11"/>
        </w:numPr>
        <w:jc w:val="both"/>
        <w:rPr>
          <w:rFonts w:ascii="Times New Roman" w:hAnsi="Times New Roman" w:cs="Times New Roman"/>
          <w:b/>
          <w:bCs/>
          <w:szCs w:val="32"/>
          <w:lang w:eastAsia="zh-TW"/>
        </w:rPr>
      </w:pPr>
      <w:r w:rsidRPr="005F2B49">
        <w:rPr>
          <w:rFonts w:ascii="Times New Roman" w:hAnsi="Times New Roman" w:cs="Times New Roman"/>
          <w:b/>
          <w:bCs/>
          <w:szCs w:val="32"/>
          <w:lang w:eastAsia="zh-TW"/>
        </w:rPr>
        <w:t>刪除：</w:t>
      </w:r>
      <w:r w:rsidRPr="005F2B49">
        <w:rPr>
          <w:rFonts w:ascii="Times New Roman" w:hAnsi="Times New Roman" w:cs="Times New Roman"/>
          <w:szCs w:val="32"/>
          <w:lang w:eastAsia="zh-TW"/>
        </w:rPr>
        <w:t>移除所選的</w:t>
      </w:r>
      <w:r w:rsidRPr="005F2B49">
        <w:rPr>
          <w:rFonts w:ascii="Times New Roman" w:hAnsi="Times New Roman" w:cs="Times New Roman" w:hint="eastAsia"/>
          <w:szCs w:val="32"/>
          <w:lang w:eastAsia="zh-TW"/>
        </w:rPr>
        <w:t>帳號</w:t>
      </w:r>
      <w:r w:rsidRPr="005F2B49">
        <w:rPr>
          <w:rFonts w:ascii="Times New Roman" w:hAnsi="Times New Roman" w:cs="Times New Roman"/>
          <w:szCs w:val="32"/>
          <w:lang w:eastAsia="zh-TW"/>
        </w:rPr>
        <w:t>。</w:t>
      </w:r>
      <w:bookmarkStart w:id="225" w:name="_Toc206400357"/>
      <w:bookmarkStart w:id="226" w:name="_Toc206402269"/>
      <w:bookmarkStart w:id="227" w:name="_Toc206402369"/>
      <w:bookmarkStart w:id="228" w:name="_Toc206404002"/>
      <w:bookmarkStart w:id="229" w:name="_Toc206404321"/>
    </w:p>
    <w:p w14:paraId="5BAEF327" w14:textId="77777777" w:rsidR="00AA691D" w:rsidRPr="005F2B49" w:rsidRDefault="00AA691D" w:rsidP="00AA691D">
      <w:pPr>
        <w:pStyle w:val="ae"/>
        <w:ind w:left="840"/>
        <w:jc w:val="both"/>
        <w:rPr>
          <w:rFonts w:ascii="Times New Roman" w:hAnsi="Times New Roman" w:cs="Times New Roman"/>
          <w:b/>
          <w:bCs/>
          <w:szCs w:val="32"/>
          <w:lang w:eastAsia="zh-TW"/>
        </w:rPr>
      </w:pPr>
    </w:p>
    <w:p w14:paraId="2B81FCF8" w14:textId="2433FCFB" w:rsidR="00617749" w:rsidRPr="005F2B49" w:rsidRDefault="00CF0DD8" w:rsidP="00617749">
      <w:pPr>
        <w:pStyle w:val="4"/>
        <w:rPr>
          <w:color w:val="auto"/>
          <w:lang w:eastAsia="zh-TW"/>
        </w:rPr>
      </w:pPr>
      <w:bookmarkStart w:id="230" w:name="_Toc239949053"/>
      <w:r w:rsidRPr="005F2B49">
        <w:rPr>
          <w:color w:val="auto"/>
          <w:lang w:eastAsia="zh-TW"/>
        </w:rPr>
        <w:t>Chatbot</w:t>
      </w:r>
      <w:r w:rsidRPr="005F2B49">
        <w:rPr>
          <w:color w:val="auto"/>
          <w:lang w:eastAsia="zh-TW"/>
        </w:rPr>
        <w:t>模板管理</w:t>
      </w:r>
      <w:bookmarkEnd w:id="230"/>
    </w:p>
    <w:p w14:paraId="07DB0FB2" w14:textId="60589C54" w:rsidR="00617749" w:rsidRPr="005F2B49" w:rsidRDefault="00617749" w:rsidP="00617749">
      <w:pPr>
        <w:jc w:val="center"/>
        <w:rPr>
          <w:lang w:eastAsia="zh-TW"/>
        </w:rPr>
      </w:pPr>
      <w:r w:rsidRPr="005F2B49">
        <w:rPr>
          <w:noProof/>
          <w:lang w:eastAsia="zh-TW"/>
        </w:rPr>
        <w:drawing>
          <wp:inline distT="0" distB="0" distL="0" distR="0" wp14:anchorId="42721C48" wp14:editId="1513D114">
            <wp:extent cx="4112158" cy="2098438"/>
            <wp:effectExtent l="0" t="0" r="3175" b="0"/>
            <wp:docPr id="7464267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26727" name=""/>
                    <pic:cNvPicPr/>
                  </pic:nvPicPr>
                  <pic:blipFill>
                    <a:blip r:embed="rId110"/>
                    <a:stretch>
                      <a:fillRect/>
                    </a:stretch>
                  </pic:blipFill>
                  <pic:spPr>
                    <a:xfrm>
                      <a:off x="0" y="0"/>
                      <a:ext cx="4120482" cy="2102686"/>
                    </a:xfrm>
                    <a:prstGeom prst="rect">
                      <a:avLst/>
                    </a:prstGeom>
                  </pic:spPr>
                </pic:pic>
              </a:graphicData>
            </a:graphic>
          </wp:inline>
        </w:drawing>
      </w:r>
    </w:p>
    <w:p w14:paraId="4B73F427" w14:textId="3B53785F" w:rsidR="00617749" w:rsidRPr="005F2B49" w:rsidRDefault="00617749" w:rsidP="00617749">
      <w:pPr>
        <w:pStyle w:val="af7"/>
        <w:jc w:val="center"/>
        <w:rPr>
          <w:rFonts w:ascii="Times New Roman" w:hAnsi="Times New Roman" w:cs="Times New Roman"/>
          <w:color w:val="auto"/>
          <w:sz w:val="32"/>
          <w:szCs w:val="32"/>
          <w:lang w:eastAsia="zh-TW"/>
        </w:rPr>
      </w:pPr>
      <w:bookmarkStart w:id="231" w:name="_Toc239949148"/>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color w:val="auto"/>
          <w:sz w:val="32"/>
          <w:szCs w:val="32"/>
          <w:lang w:eastAsia="zh-TW"/>
        </w:rPr>
        <w:fldChar w:fldCharType="begin"/>
      </w:r>
      <w:r w:rsidRPr="005F2B49">
        <w:rPr>
          <w:rFonts w:ascii="Times New Roman" w:hAnsi="Times New Roman" w:cs="Times New Roman"/>
          <w:color w:val="auto"/>
          <w:sz w:val="32"/>
          <w:szCs w:val="32"/>
          <w:lang w:eastAsia="zh-TW"/>
        </w:rPr>
        <w:instrText xml:space="preserve"> </w:instrText>
      </w:r>
      <w:r w:rsidRPr="005F2B49">
        <w:rPr>
          <w:rFonts w:ascii="Times New Roman" w:hAnsi="Times New Roman" w:cs="Times New Roman" w:hint="eastAsia"/>
          <w:color w:val="auto"/>
          <w:sz w:val="32"/>
          <w:szCs w:val="32"/>
          <w:lang w:eastAsia="zh-TW"/>
        </w:rPr>
        <w:instrText xml:space="preserve">SEQ </w:instrText>
      </w:r>
      <w:r w:rsidRPr="005F2B49">
        <w:rPr>
          <w:rFonts w:ascii="Times New Roman" w:hAnsi="Times New Roman" w:cs="Times New Roman" w:hint="eastAsia"/>
          <w:color w:val="auto"/>
          <w:sz w:val="32"/>
          <w:szCs w:val="32"/>
          <w:lang w:eastAsia="zh-TW"/>
        </w:rPr>
        <w:instrText>圖</w:instrText>
      </w:r>
      <w:r w:rsidRPr="005F2B49">
        <w:rPr>
          <w:rFonts w:ascii="Times New Roman" w:hAnsi="Times New Roman" w:cs="Times New Roman" w:hint="eastAsia"/>
          <w:color w:val="auto"/>
          <w:sz w:val="32"/>
          <w:szCs w:val="32"/>
          <w:lang w:eastAsia="zh-TW"/>
        </w:rPr>
        <w:instrText xml:space="preserve"> \* ARABIC</w:instrText>
      </w:r>
      <w:r w:rsidRPr="005F2B49">
        <w:rPr>
          <w:rFonts w:ascii="Times New Roman" w:hAnsi="Times New Roman" w:cs="Times New Roman"/>
          <w:color w:val="auto"/>
          <w:sz w:val="32"/>
          <w:szCs w:val="32"/>
          <w:lang w:eastAsia="zh-TW"/>
        </w:rPr>
        <w:instrText xml:space="preserve"> </w:instrText>
      </w:r>
      <w:r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93</w:t>
      </w:r>
      <w:r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color w:val="auto"/>
          <w:sz w:val="32"/>
          <w:szCs w:val="32"/>
          <w:lang w:eastAsia="zh-TW"/>
        </w:rPr>
        <w:t xml:space="preserve">  Chatbot</w:t>
      </w:r>
      <w:r w:rsidRPr="005F2B49">
        <w:rPr>
          <w:rFonts w:ascii="Times New Roman" w:hAnsi="Times New Roman" w:cs="Times New Roman"/>
          <w:color w:val="auto"/>
          <w:sz w:val="32"/>
          <w:szCs w:val="32"/>
          <w:lang w:eastAsia="zh-TW"/>
        </w:rPr>
        <w:t>模板管理介面</w:t>
      </w:r>
      <w:bookmarkEnd w:id="231"/>
    </w:p>
    <w:p w14:paraId="4EBFF6A1" w14:textId="4D0DF011" w:rsidR="00886C22" w:rsidRPr="005F2B49" w:rsidRDefault="00CF0DD8" w:rsidP="00AA691D">
      <w:pPr>
        <w:spacing w:before="100" w:after="80" w:line="360" w:lineRule="auto"/>
        <w:rPr>
          <w:lang w:eastAsia="zh-TW"/>
        </w:rPr>
      </w:pPr>
      <w:r w:rsidRPr="005F2B49">
        <w:rPr>
          <w:rFonts w:ascii="Times New Roman" w:hAnsi="Times New Roman"/>
          <w:sz w:val="28"/>
          <w:szCs w:val="28"/>
          <w:lang w:eastAsia="zh-TW"/>
        </w:rPr>
        <w:t>系統管理者可在「系統管理者選單」中進入「</w:t>
      </w:r>
      <w:r w:rsidRPr="005F2B49">
        <w:rPr>
          <w:rFonts w:ascii="Times New Roman" w:hAnsi="Times New Roman"/>
          <w:sz w:val="28"/>
          <w:szCs w:val="28"/>
          <w:lang w:eastAsia="zh-TW"/>
        </w:rPr>
        <w:t>Chatbot</w:t>
      </w:r>
      <w:r w:rsidRPr="005F2B49">
        <w:rPr>
          <w:rFonts w:ascii="Times New Roman" w:hAnsi="Times New Roman"/>
          <w:sz w:val="28"/>
          <w:szCs w:val="28"/>
          <w:lang w:eastAsia="zh-TW"/>
        </w:rPr>
        <w:t>模板管理」，管理供教師選用的教學情境模板。教師可利用模板中的提示詞與建議設定，快速建立符合課程需求的</w:t>
      </w:r>
      <w:r w:rsidRPr="005F2B49">
        <w:rPr>
          <w:rFonts w:ascii="Times New Roman" w:hAnsi="Times New Roman"/>
          <w:sz w:val="28"/>
          <w:szCs w:val="28"/>
          <w:lang w:eastAsia="zh-TW"/>
        </w:rPr>
        <w:t xml:space="preserve"> Chatbot</w:t>
      </w:r>
      <w:r w:rsidRPr="005F2B49">
        <w:rPr>
          <w:rFonts w:ascii="Times New Roman" w:hAnsi="Times New Roman"/>
          <w:sz w:val="28"/>
          <w:szCs w:val="28"/>
          <w:lang w:eastAsia="zh-TW"/>
        </w:rPr>
        <w:t>，減少從頭撰寫提示詞的時間。</w:t>
      </w:r>
      <w:r w:rsidRPr="005F2B49">
        <w:rPr>
          <w:rFonts w:ascii="Times New Roman" w:hAnsi="Times New Roman"/>
          <w:b/>
          <w:bCs/>
          <w:sz w:val="28"/>
          <w:szCs w:val="28"/>
          <w:lang w:eastAsia="zh-TW"/>
        </w:rPr>
        <w:t>（</w:t>
      </w:r>
      <w:r w:rsidRPr="005F2B49">
        <w:rPr>
          <w:rFonts w:ascii="Times New Roman" w:hAnsi="Times New Roman"/>
          <w:b/>
          <w:bCs/>
          <w:sz w:val="28"/>
          <w:szCs w:val="28"/>
          <w:lang w:eastAsia="zh-TW"/>
        </w:rPr>
        <w:t>1</w:t>
      </w:r>
      <w:r w:rsidRPr="005F2B49">
        <w:rPr>
          <w:rFonts w:ascii="Times New Roman" w:hAnsi="Times New Roman"/>
          <w:b/>
          <w:bCs/>
          <w:sz w:val="28"/>
          <w:szCs w:val="28"/>
          <w:lang w:eastAsia="zh-TW"/>
        </w:rPr>
        <w:t>）內建教學情境模板</w:t>
      </w:r>
    </w:p>
    <w:p w14:paraId="356558DA" w14:textId="77777777" w:rsidR="00886C22" w:rsidRPr="005F2B49" w:rsidRDefault="00CF0DD8">
      <w:pPr>
        <w:spacing w:before="100" w:after="80" w:line="360" w:lineRule="auto"/>
        <w:rPr>
          <w:lang w:eastAsia="zh-TW"/>
        </w:rPr>
      </w:pPr>
      <w:r w:rsidRPr="005F2B49">
        <w:rPr>
          <w:rFonts w:ascii="Times New Roman" w:hAnsi="Times New Roman"/>
          <w:sz w:val="28"/>
          <w:szCs w:val="28"/>
          <w:lang w:eastAsia="zh-TW"/>
        </w:rPr>
        <w:t>系統內建十種以上適用於大學教學情境的模板，包含以下十種，供教師依教學需求選用：</w:t>
      </w:r>
    </w:p>
    <w:p w14:paraId="2672A8F9" w14:textId="77777777" w:rsidR="00AA691D" w:rsidRPr="005F2B49" w:rsidRDefault="00CF0DD8" w:rsidP="00AA691D">
      <w:pPr>
        <w:spacing w:before="100" w:after="80" w:line="360" w:lineRule="auto"/>
        <w:rPr>
          <w:lang w:eastAsia="zh-TW"/>
        </w:rPr>
      </w:pPr>
      <w:r w:rsidRPr="005F2B49">
        <w:rPr>
          <w:rFonts w:ascii="Times New Roman" w:hAnsi="Times New Roman"/>
          <w:sz w:val="28"/>
          <w:szCs w:val="28"/>
          <w:lang w:eastAsia="zh-TW"/>
        </w:rPr>
        <w:t>蘇格拉底式提問導師、翻轉教室預習引導、形成性評量助手、口試模擬考官、角色扮演辯論、學術寫作鷹架、程式設計助教、實驗設計顧問、案例分析引導及文獻導讀助手。</w:t>
      </w:r>
    </w:p>
    <w:p w14:paraId="2335D010" w14:textId="2DF4E144" w:rsidR="00886C22" w:rsidRPr="005F2B49" w:rsidRDefault="00CF0DD8" w:rsidP="00AA691D">
      <w:pPr>
        <w:spacing w:before="100" w:after="80" w:line="360" w:lineRule="auto"/>
        <w:rPr>
          <w:lang w:eastAsia="zh-TW"/>
        </w:rPr>
      </w:pPr>
      <w:r w:rsidRPr="005F2B49">
        <w:rPr>
          <w:rFonts w:ascii="Times New Roman" w:hAnsi="Times New Roman"/>
          <w:b/>
          <w:bCs/>
          <w:sz w:val="28"/>
          <w:szCs w:val="28"/>
          <w:lang w:eastAsia="zh-TW"/>
        </w:rPr>
        <w:t>（</w:t>
      </w:r>
      <w:r w:rsidRPr="005F2B49">
        <w:rPr>
          <w:rFonts w:ascii="Times New Roman" w:hAnsi="Times New Roman"/>
          <w:b/>
          <w:bCs/>
          <w:sz w:val="28"/>
          <w:szCs w:val="28"/>
          <w:lang w:eastAsia="zh-TW"/>
        </w:rPr>
        <w:t>2</w:t>
      </w:r>
      <w:r w:rsidRPr="005F2B49">
        <w:rPr>
          <w:rFonts w:ascii="Times New Roman" w:hAnsi="Times New Roman"/>
          <w:b/>
          <w:bCs/>
          <w:sz w:val="28"/>
          <w:szCs w:val="28"/>
          <w:lang w:eastAsia="zh-TW"/>
        </w:rPr>
        <w:t>）模板內容與建議設定</w:t>
      </w:r>
    </w:p>
    <w:p w14:paraId="627BC6A9" w14:textId="77777777" w:rsidR="00886C22" w:rsidRPr="005F2B49" w:rsidRDefault="00CF0DD8">
      <w:pPr>
        <w:spacing w:before="100" w:after="80" w:line="360" w:lineRule="auto"/>
        <w:rPr>
          <w:lang w:eastAsia="zh-TW"/>
        </w:rPr>
      </w:pPr>
      <w:r w:rsidRPr="005F2B49">
        <w:rPr>
          <w:rFonts w:ascii="Times New Roman" w:hAnsi="Times New Roman"/>
          <w:sz w:val="28"/>
          <w:szCs w:val="28"/>
          <w:lang w:eastAsia="zh-TW"/>
        </w:rPr>
        <w:lastRenderedPageBreak/>
        <w:t>每個模板均包含完整的提示詞結構、建議的語言模型與溫度參數，以及適用情境說明。選用前，可先閱讀下列內容，確認是否符合課程需求：</w:t>
      </w:r>
    </w:p>
    <w:p w14:paraId="41811ADC" w14:textId="77777777" w:rsidR="00886C22" w:rsidRPr="005F2B49" w:rsidRDefault="00CF0DD8">
      <w:pPr>
        <w:spacing w:before="100" w:after="80" w:line="360" w:lineRule="auto"/>
        <w:rPr>
          <w:lang w:eastAsia="zh-TW"/>
        </w:rPr>
      </w:pPr>
      <w:r w:rsidRPr="005F2B49">
        <w:rPr>
          <w:rFonts w:ascii="Times New Roman" w:hAnsi="Times New Roman"/>
          <w:sz w:val="28"/>
          <w:szCs w:val="28"/>
          <w:lang w:eastAsia="zh-TW"/>
        </w:rPr>
        <w:t>角色設定：說明</w:t>
      </w:r>
      <w:r w:rsidRPr="005F2B49">
        <w:rPr>
          <w:rFonts w:ascii="Times New Roman" w:hAnsi="Times New Roman"/>
          <w:sz w:val="28"/>
          <w:szCs w:val="28"/>
          <w:lang w:eastAsia="zh-TW"/>
        </w:rPr>
        <w:t xml:space="preserve"> Chatbot </w:t>
      </w:r>
      <w:r w:rsidRPr="005F2B49">
        <w:rPr>
          <w:rFonts w:ascii="Times New Roman" w:hAnsi="Times New Roman"/>
          <w:sz w:val="28"/>
          <w:szCs w:val="28"/>
          <w:lang w:eastAsia="zh-TW"/>
        </w:rPr>
        <w:t>扮演的角色及協助學生完成的任務，例如口試模擬考官或程式設計助教。</w:t>
      </w:r>
    </w:p>
    <w:p w14:paraId="10F03F1E" w14:textId="77777777" w:rsidR="00886C22" w:rsidRPr="005F2B49" w:rsidRDefault="00CF0DD8">
      <w:pPr>
        <w:spacing w:before="100" w:after="80" w:line="360" w:lineRule="auto"/>
        <w:rPr>
          <w:lang w:eastAsia="zh-TW"/>
        </w:rPr>
      </w:pPr>
      <w:r w:rsidRPr="005F2B49">
        <w:rPr>
          <w:rFonts w:ascii="Times New Roman" w:hAnsi="Times New Roman"/>
          <w:sz w:val="28"/>
          <w:szCs w:val="28"/>
          <w:lang w:eastAsia="zh-TW"/>
        </w:rPr>
        <w:t>互動規則：說明</w:t>
      </w:r>
      <w:r w:rsidRPr="005F2B49">
        <w:rPr>
          <w:rFonts w:ascii="Times New Roman" w:hAnsi="Times New Roman"/>
          <w:sz w:val="28"/>
          <w:szCs w:val="28"/>
          <w:lang w:eastAsia="zh-TW"/>
        </w:rPr>
        <w:t xml:space="preserve"> Chatbot </w:t>
      </w:r>
      <w:r w:rsidRPr="005F2B49">
        <w:rPr>
          <w:rFonts w:ascii="Times New Roman" w:hAnsi="Times New Roman"/>
          <w:sz w:val="28"/>
          <w:szCs w:val="28"/>
          <w:lang w:eastAsia="zh-TW"/>
        </w:rPr>
        <w:t>與學生互動時應遵循的方式，例如提問順序、引導方式及回饋要求。</w:t>
      </w:r>
    </w:p>
    <w:p w14:paraId="6BB22987" w14:textId="77777777" w:rsidR="00886C22" w:rsidRPr="005F2B49" w:rsidRDefault="00CF0DD8">
      <w:pPr>
        <w:spacing w:before="100" w:after="80" w:line="360" w:lineRule="auto"/>
        <w:rPr>
          <w:lang w:eastAsia="zh-TW"/>
        </w:rPr>
      </w:pPr>
      <w:r w:rsidRPr="005F2B49">
        <w:rPr>
          <w:rFonts w:ascii="Times New Roman" w:hAnsi="Times New Roman"/>
          <w:sz w:val="28"/>
          <w:szCs w:val="28"/>
          <w:lang w:eastAsia="zh-TW"/>
        </w:rPr>
        <w:t>回應範例：提供預期的回應示例，協助教師了解模板所設定的語氣、格式與互動方式。</w:t>
      </w:r>
    </w:p>
    <w:p w14:paraId="7C40E695" w14:textId="77777777" w:rsidR="00AA691D" w:rsidRPr="005F2B49" w:rsidRDefault="00CF0DD8" w:rsidP="00AA691D">
      <w:pPr>
        <w:spacing w:before="100" w:after="80" w:line="360" w:lineRule="auto"/>
        <w:rPr>
          <w:lang w:eastAsia="zh-TW"/>
        </w:rPr>
      </w:pPr>
      <w:r w:rsidRPr="005F2B49">
        <w:rPr>
          <w:rFonts w:ascii="Times New Roman" w:hAnsi="Times New Roman"/>
          <w:sz w:val="28"/>
          <w:szCs w:val="28"/>
          <w:lang w:eastAsia="zh-TW"/>
        </w:rPr>
        <w:t>建議設定與適用情境：提供建議使用的語言模型、溫度參數及教學情境說明，作為建立</w:t>
      </w:r>
      <w:r w:rsidRPr="005F2B49">
        <w:rPr>
          <w:rFonts w:ascii="Times New Roman" w:hAnsi="Times New Roman"/>
          <w:sz w:val="28"/>
          <w:szCs w:val="28"/>
          <w:lang w:eastAsia="zh-TW"/>
        </w:rPr>
        <w:t xml:space="preserve"> Chatbot </w:t>
      </w:r>
      <w:r w:rsidRPr="005F2B49">
        <w:rPr>
          <w:rFonts w:ascii="Times New Roman" w:hAnsi="Times New Roman"/>
          <w:sz w:val="28"/>
          <w:szCs w:val="28"/>
          <w:lang w:eastAsia="zh-TW"/>
        </w:rPr>
        <w:t>時的設定參考。教師可依實際課程需求進行調整。</w:t>
      </w:r>
    </w:p>
    <w:p w14:paraId="110C79EA" w14:textId="1AC1149F" w:rsidR="00886C22" w:rsidRPr="005F2B49" w:rsidRDefault="00CF0DD8" w:rsidP="00AA691D">
      <w:pPr>
        <w:spacing w:before="100" w:after="80" w:line="360" w:lineRule="auto"/>
        <w:rPr>
          <w:lang w:eastAsia="zh-TW"/>
        </w:rPr>
      </w:pPr>
      <w:r w:rsidRPr="005F2B49">
        <w:rPr>
          <w:rFonts w:ascii="Times New Roman" w:hAnsi="Times New Roman"/>
          <w:b/>
          <w:bCs/>
          <w:sz w:val="28"/>
          <w:szCs w:val="28"/>
          <w:lang w:eastAsia="zh-TW"/>
        </w:rPr>
        <w:t>（</w:t>
      </w:r>
      <w:r w:rsidRPr="005F2B49">
        <w:rPr>
          <w:rFonts w:ascii="Times New Roman" w:hAnsi="Times New Roman"/>
          <w:b/>
          <w:bCs/>
          <w:sz w:val="28"/>
          <w:szCs w:val="28"/>
          <w:lang w:eastAsia="zh-TW"/>
        </w:rPr>
        <w:t>3</w:t>
      </w:r>
      <w:r w:rsidRPr="005F2B49">
        <w:rPr>
          <w:rFonts w:ascii="Times New Roman" w:hAnsi="Times New Roman"/>
          <w:b/>
          <w:bCs/>
          <w:sz w:val="28"/>
          <w:szCs w:val="28"/>
          <w:lang w:eastAsia="zh-TW"/>
        </w:rPr>
        <w:t>）一鍵套用與自訂修改</w:t>
      </w:r>
    </w:p>
    <w:p w14:paraId="26ADCCE4" w14:textId="77777777" w:rsidR="00886C22" w:rsidRPr="005F2B49" w:rsidRDefault="00CF0DD8">
      <w:pPr>
        <w:spacing w:before="100" w:after="80" w:line="360" w:lineRule="auto"/>
        <w:rPr>
          <w:lang w:eastAsia="zh-TW"/>
        </w:rPr>
      </w:pPr>
      <w:r w:rsidRPr="005F2B49">
        <w:rPr>
          <w:rFonts w:ascii="Times New Roman" w:hAnsi="Times New Roman"/>
          <w:sz w:val="28"/>
          <w:szCs w:val="28"/>
          <w:lang w:eastAsia="zh-TW"/>
        </w:rPr>
        <w:t>模板支援一鍵套用與自訂修改。教師可先選擇符合教學需求的模板，再透過一鍵套用功能，基於該模板快速建立</w:t>
      </w:r>
      <w:r w:rsidRPr="005F2B49">
        <w:rPr>
          <w:rFonts w:ascii="Times New Roman" w:hAnsi="Times New Roman"/>
          <w:sz w:val="28"/>
          <w:szCs w:val="28"/>
          <w:lang w:eastAsia="zh-TW"/>
        </w:rPr>
        <w:t xml:space="preserve"> Chatbot</w:t>
      </w:r>
      <w:r w:rsidRPr="005F2B49">
        <w:rPr>
          <w:rFonts w:ascii="Times New Roman" w:hAnsi="Times New Roman"/>
          <w:sz w:val="28"/>
          <w:szCs w:val="28"/>
          <w:lang w:eastAsia="zh-TW"/>
        </w:rPr>
        <w:t>，並依授課對象、課程主題及學習目標修改內容。</w:t>
      </w:r>
    </w:p>
    <w:p w14:paraId="749A1A38" w14:textId="77777777" w:rsidR="00886C22" w:rsidRPr="005F2B49" w:rsidRDefault="00CF0DD8">
      <w:pPr>
        <w:spacing w:before="100" w:after="80" w:line="360" w:lineRule="auto"/>
        <w:rPr>
          <w:lang w:eastAsia="zh-TW"/>
        </w:rPr>
      </w:pPr>
      <w:r w:rsidRPr="005F2B49">
        <w:rPr>
          <w:rFonts w:ascii="Times New Roman" w:hAnsi="Times New Roman"/>
          <w:sz w:val="28"/>
          <w:szCs w:val="28"/>
          <w:lang w:eastAsia="zh-TW"/>
        </w:rPr>
        <w:t>使用範例：選用「口試模擬考官」模板後，可將口試主題改為自己的授課內容，並調整提問方式與回饋要求，例如每次只提出一個問題，待學生回答後再給予回饋。</w:t>
      </w:r>
    </w:p>
    <w:p w14:paraId="755115AB" w14:textId="77777777" w:rsidR="00AA691D" w:rsidRPr="005F2B49" w:rsidRDefault="00CF0DD8" w:rsidP="00AA691D">
      <w:pPr>
        <w:spacing w:before="100" w:after="80" w:line="360" w:lineRule="auto"/>
        <w:rPr>
          <w:lang w:eastAsia="zh-TW"/>
        </w:rPr>
      </w:pPr>
      <w:r w:rsidRPr="005F2B49">
        <w:rPr>
          <w:rFonts w:ascii="Times New Roman" w:hAnsi="Times New Roman"/>
          <w:sz w:val="28"/>
          <w:szCs w:val="28"/>
          <w:lang w:eastAsia="zh-TW"/>
        </w:rPr>
        <w:t>完成套用與修改後，請檢查提示詞、語言模型及溫度參數是否符合需求，再使用預覽功能測試</w:t>
      </w:r>
      <w:r w:rsidRPr="005F2B49">
        <w:rPr>
          <w:rFonts w:ascii="Times New Roman" w:hAnsi="Times New Roman"/>
          <w:sz w:val="28"/>
          <w:szCs w:val="28"/>
          <w:lang w:eastAsia="zh-TW"/>
        </w:rPr>
        <w:t xml:space="preserve"> Chatbot </w:t>
      </w:r>
      <w:r w:rsidRPr="005F2B49">
        <w:rPr>
          <w:rFonts w:ascii="Times New Roman" w:hAnsi="Times New Roman"/>
          <w:sz w:val="28"/>
          <w:szCs w:val="28"/>
          <w:lang w:eastAsia="zh-TW"/>
        </w:rPr>
        <w:t>的回應，確認後完成建立或儲存。</w:t>
      </w:r>
    </w:p>
    <w:p w14:paraId="57E3DF8A" w14:textId="48A822EF" w:rsidR="00886C22" w:rsidRPr="005F2B49" w:rsidRDefault="00CF0DD8" w:rsidP="00AA691D">
      <w:pPr>
        <w:spacing w:before="100" w:after="80" w:line="360" w:lineRule="auto"/>
        <w:rPr>
          <w:lang w:eastAsia="zh-TW"/>
        </w:rPr>
      </w:pPr>
      <w:r w:rsidRPr="005F2B49">
        <w:rPr>
          <w:rFonts w:ascii="Times New Roman" w:hAnsi="Times New Roman"/>
          <w:b/>
          <w:bCs/>
          <w:sz w:val="28"/>
          <w:szCs w:val="28"/>
          <w:lang w:eastAsia="zh-TW"/>
        </w:rPr>
        <w:t>（</w:t>
      </w:r>
      <w:r w:rsidRPr="005F2B49">
        <w:rPr>
          <w:rFonts w:ascii="Times New Roman" w:hAnsi="Times New Roman"/>
          <w:b/>
          <w:bCs/>
          <w:sz w:val="28"/>
          <w:szCs w:val="28"/>
          <w:lang w:eastAsia="zh-TW"/>
        </w:rPr>
        <w:t>4</w:t>
      </w:r>
      <w:r w:rsidRPr="005F2B49">
        <w:rPr>
          <w:rFonts w:ascii="Times New Roman" w:hAnsi="Times New Roman"/>
          <w:b/>
          <w:bCs/>
          <w:sz w:val="28"/>
          <w:szCs w:val="28"/>
          <w:lang w:eastAsia="zh-TW"/>
        </w:rPr>
        <w:t>）模板篩選</w:t>
      </w:r>
    </w:p>
    <w:p w14:paraId="5C038580" w14:textId="77777777" w:rsidR="00886C22" w:rsidRPr="005F2B49" w:rsidRDefault="00CF0DD8">
      <w:pPr>
        <w:spacing w:before="100" w:after="80" w:line="360" w:lineRule="auto"/>
        <w:rPr>
          <w:lang w:eastAsia="zh-TW"/>
        </w:rPr>
      </w:pPr>
      <w:r w:rsidRPr="005F2B49">
        <w:rPr>
          <w:rFonts w:ascii="Times New Roman" w:hAnsi="Times New Roman"/>
          <w:sz w:val="28"/>
          <w:szCs w:val="28"/>
          <w:lang w:eastAsia="zh-TW"/>
        </w:rPr>
        <w:lastRenderedPageBreak/>
        <w:t>模板庫支援依「學科領域」、「教學策略」及「適用年段」等條件篩選。使用時，可先依課程需求設定篩選條件，再從篩選結果中閱讀模板的適用情境、提示詞及建議設定，選擇合適的模板套用。</w:t>
      </w:r>
    </w:p>
    <w:p w14:paraId="0E256D93" w14:textId="77777777" w:rsidR="00886C22" w:rsidRPr="005F2B49" w:rsidRDefault="00CF0DD8">
      <w:pPr>
        <w:spacing w:before="100" w:after="80" w:line="360" w:lineRule="auto"/>
        <w:rPr>
          <w:lang w:eastAsia="zh-TW"/>
        </w:rPr>
      </w:pPr>
      <w:r w:rsidRPr="005F2B49">
        <w:rPr>
          <w:rFonts w:ascii="Times New Roman" w:hAnsi="Times New Roman"/>
          <w:sz w:val="28"/>
          <w:szCs w:val="28"/>
          <w:lang w:eastAsia="zh-TW"/>
        </w:rPr>
        <w:t>若篩選後未找到合適的模板，可調整篩選條件，或選擇情境相近的模板，再依實際教學需求自訂修改。</w:t>
      </w:r>
    </w:p>
    <w:p w14:paraId="4CE94D5C" w14:textId="77777777" w:rsidR="008C6D6E" w:rsidRPr="005F2B49" w:rsidRDefault="008C6D6E" w:rsidP="003253A4">
      <w:pPr>
        <w:pStyle w:val="21"/>
        <w:rPr>
          <w:color w:val="auto"/>
        </w:rPr>
      </w:pPr>
      <w:bookmarkStart w:id="232" w:name="_Toc239949054"/>
      <w:r w:rsidRPr="005F2B49">
        <w:rPr>
          <w:rFonts w:hint="eastAsia"/>
          <w:color w:val="auto"/>
        </w:rPr>
        <w:t>3.</w:t>
      </w:r>
      <w:r w:rsidR="003253A4" w:rsidRPr="005F2B49">
        <w:rPr>
          <w:rFonts w:hint="eastAsia"/>
          <w:color w:val="auto"/>
        </w:rPr>
        <w:t>2</w:t>
      </w:r>
      <w:r w:rsidRPr="005F2B49">
        <w:rPr>
          <w:rFonts w:hint="eastAsia"/>
          <w:color w:val="auto"/>
        </w:rPr>
        <w:t xml:space="preserve">  </w:t>
      </w:r>
      <w:r w:rsidRPr="005F2B49">
        <w:rPr>
          <w:rFonts w:hint="eastAsia"/>
          <w:color w:val="auto"/>
        </w:rPr>
        <w:t>選擇學校</w:t>
      </w:r>
      <w:bookmarkEnd w:id="225"/>
      <w:bookmarkEnd w:id="226"/>
      <w:bookmarkEnd w:id="227"/>
      <w:bookmarkEnd w:id="228"/>
      <w:bookmarkEnd w:id="229"/>
      <w:bookmarkEnd w:id="232"/>
    </w:p>
    <w:p w14:paraId="2D499BAA" w14:textId="77777777" w:rsidR="00844DE6" w:rsidRPr="005F2B49" w:rsidRDefault="00E56845" w:rsidP="00844DE6">
      <w:pPr>
        <w:ind w:leftChars="193" w:left="618"/>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45A2B008" wp14:editId="603C0D47">
            <wp:extent cx="1477926" cy="1782537"/>
            <wp:effectExtent l="0" t="0" r="8255" b="8255"/>
            <wp:docPr id="110" name="圖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1480713" cy="1785898"/>
                    </a:xfrm>
                    <a:prstGeom prst="rect">
                      <a:avLst/>
                    </a:prstGeom>
                  </pic:spPr>
                </pic:pic>
              </a:graphicData>
            </a:graphic>
          </wp:inline>
        </w:drawing>
      </w:r>
    </w:p>
    <w:p w14:paraId="7BE5890B" w14:textId="0ADE4939" w:rsidR="00844DE6" w:rsidRPr="005F2B49" w:rsidRDefault="00844DE6" w:rsidP="00844DE6">
      <w:pPr>
        <w:pStyle w:val="af7"/>
        <w:jc w:val="center"/>
        <w:rPr>
          <w:rFonts w:ascii="Times New Roman" w:hAnsi="Times New Roman" w:cs="Times New Roman"/>
          <w:color w:val="auto"/>
          <w:sz w:val="32"/>
          <w:szCs w:val="32"/>
          <w:lang w:eastAsia="zh-TW"/>
        </w:rPr>
      </w:pPr>
      <w:bookmarkStart w:id="233" w:name="_Toc239949149"/>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94</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選擇學校介面</w:t>
      </w:r>
      <w:bookmarkEnd w:id="233"/>
    </w:p>
    <w:p w14:paraId="2FC7655B" w14:textId="77777777" w:rsidR="008C6D6E" w:rsidRPr="005F2B49" w:rsidRDefault="008C6D6E" w:rsidP="008C6D6E">
      <w:pPr>
        <w:ind w:leftChars="193" w:left="618"/>
        <w:rPr>
          <w:rFonts w:ascii="Times New Roman" w:hAnsi="Times New Roman" w:cs="Times New Roman"/>
          <w:szCs w:val="32"/>
          <w:lang w:eastAsia="zh-TW"/>
        </w:rPr>
      </w:pPr>
      <w:r w:rsidRPr="005F2B49">
        <w:rPr>
          <w:rFonts w:ascii="Times New Roman" w:hAnsi="Times New Roman" w:cs="Times New Roman" w:hint="eastAsia"/>
          <w:szCs w:val="32"/>
          <w:lang w:eastAsia="zh-TW"/>
        </w:rPr>
        <w:t>「選擇學校」功能可讓使用者在系統中切換所屬或可管理的學校，以便查看或管理該學校的相關資料。</w:t>
      </w:r>
    </w:p>
    <w:p w14:paraId="0F881F5D" w14:textId="77777777" w:rsidR="008C6D6E" w:rsidRPr="005F2B49" w:rsidRDefault="008C6D6E" w:rsidP="007C1FC0">
      <w:pPr>
        <w:pStyle w:val="ae"/>
        <w:numPr>
          <w:ilvl w:val="0"/>
          <w:numId w:val="10"/>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教師權限：</w:t>
      </w:r>
      <w:r w:rsidRPr="005F2B49">
        <w:rPr>
          <w:rFonts w:ascii="Times New Roman" w:hAnsi="Times New Roman" w:cs="Times New Roman" w:hint="eastAsia"/>
          <w:szCs w:val="32"/>
          <w:lang w:eastAsia="zh-TW"/>
        </w:rPr>
        <w:t>若教師同時在多所學校任課，可透過此功能切換學校，查看各校的班級與學生的使用情況。</w:t>
      </w:r>
    </w:p>
    <w:p w14:paraId="7427FB50" w14:textId="77777777" w:rsidR="008C6D6E" w:rsidRPr="005F2B49" w:rsidRDefault="008C6D6E" w:rsidP="007C1FC0">
      <w:pPr>
        <w:pStyle w:val="ae"/>
        <w:numPr>
          <w:ilvl w:val="0"/>
          <w:numId w:val="10"/>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系統管理者：</w:t>
      </w:r>
      <w:r w:rsidRPr="005F2B49">
        <w:rPr>
          <w:rFonts w:ascii="Times New Roman" w:hAnsi="Times New Roman" w:cs="Times New Roman" w:hint="eastAsia"/>
          <w:szCs w:val="32"/>
          <w:lang w:eastAsia="zh-TW"/>
        </w:rPr>
        <w:t>系統管理者可利用此功能切換至不同學校，進行班級、教師及學生的管理作業。</w:t>
      </w:r>
    </w:p>
    <w:p w14:paraId="3CE125AC" w14:textId="77777777" w:rsidR="00561F99" w:rsidRPr="005F2B49" w:rsidRDefault="00561F99" w:rsidP="00DB13B9">
      <w:pPr>
        <w:jc w:val="both"/>
        <w:rPr>
          <w:rFonts w:ascii="Times New Roman" w:hAnsi="Times New Roman" w:cs="Times New Roman"/>
          <w:szCs w:val="32"/>
          <w:lang w:eastAsia="zh-TW"/>
        </w:rPr>
      </w:pPr>
    </w:p>
    <w:p w14:paraId="246F09D5" w14:textId="77777777" w:rsidR="008C6D6E" w:rsidRPr="005F2B49" w:rsidRDefault="008C6D6E" w:rsidP="003253A4">
      <w:pPr>
        <w:pStyle w:val="21"/>
        <w:rPr>
          <w:color w:val="auto"/>
        </w:rPr>
      </w:pPr>
      <w:bookmarkStart w:id="234" w:name="_Toc206402270"/>
      <w:bookmarkStart w:id="235" w:name="_Toc206402370"/>
      <w:bookmarkStart w:id="236" w:name="_Toc206404003"/>
      <w:bookmarkStart w:id="237" w:name="_Toc206404322"/>
      <w:bookmarkStart w:id="238" w:name="_Toc239949055"/>
      <w:r w:rsidRPr="005F2B49">
        <w:rPr>
          <w:rFonts w:hint="eastAsia"/>
          <w:color w:val="auto"/>
        </w:rPr>
        <w:t>3.</w:t>
      </w:r>
      <w:r w:rsidR="003253A4" w:rsidRPr="005F2B49">
        <w:rPr>
          <w:rFonts w:hint="eastAsia"/>
          <w:color w:val="auto"/>
        </w:rPr>
        <w:t>3</w:t>
      </w:r>
      <w:r w:rsidRPr="005F2B49">
        <w:rPr>
          <w:rFonts w:hint="eastAsia"/>
          <w:color w:val="auto"/>
        </w:rPr>
        <w:t xml:space="preserve">  </w:t>
      </w:r>
      <w:r w:rsidRPr="005F2B49">
        <w:rPr>
          <w:rFonts w:hint="eastAsia"/>
          <w:color w:val="auto"/>
        </w:rPr>
        <w:t>個人資料</w:t>
      </w:r>
      <w:bookmarkEnd w:id="234"/>
      <w:bookmarkEnd w:id="235"/>
      <w:bookmarkEnd w:id="236"/>
      <w:bookmarkEnd w:id="237"/>
      <w:bookmarkEnd w:id="238"/>
    </w:p>
    <w:p w14:paraId="52D8FBC2" w14:textId="77777777" w:rsidR="008C6D6E" w:rsidRPr="005F2B49" w:rsidRDefault="008C6D6E" w:rsidP="008C6D6E">
      <w:pPr>
        <w:ind w:leftChars="193" w:left="618"/>
        <w:rPr>
          <w:rFonts w:ascii="Times New Roman" w:hAnsi="Times New Roman" w:cs="Times New Roman"/>
          <w:szCs w:val="32"/>
          <w:lang w:eastAsia="zh-TW"/>
        </w:rPr>
      </w:pPr>
      <w:r w:rsidRPr="005F2B49">
        <w:rPr>
          <w:rFonts w:ascii="Times New Roman" w:hAnsi="Times New Roman" w:cs="Times New Roman" w:hint="eastAsia"/>
          <w:szCs w:val="32"/>
          <w:lang w:eastAsia="zh-TW"/>
        </w:rPr>
        <w:t>使用者可透過「個人資料」頁面查看與管理自己的帳號資訊。</w:t>
      </w:r>
    </w:p>
    <w:p w14:paraId="693F10F9" w14:textId="77777777" w:rsidR="00844DE6" w:rsidRPr="005F2B49" w:rsidRDefault="00844DE6" w:rsidP="00844DE6">
      <w:pPr>
        <w:ind w:leftChars="193" w:left="618"/>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4AA05777" wp14:editId="745B5FAF">
            <wp:extent cx="5330283" cy="2370055"/>
            <wp:effectExtent l="0" t="0" r="381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359066" cy="2382853"/>
                    </a:xfrm>
                    <a:prstGeom prst="rect">
                      <a:avLst/>
                    </a:prstGeom>
                  </pic:spPr>
                </pic:pic>
              </a:graphicData>
            </a:graphic>
          </wp:inline>
        </w:drawing>
      </w:r>
    </w:p>
    <w:p w14:paraId="337B15F2" w14:textId="51BD7AA2" w:rsidR="00844DE6" w:rsidRPr="005F2B49" w:rsidRDefault="00844DE6" w:rsidP="00844DE6">
      <w:pPr>
        <w:pStyle w:val="af7"/>
        <w:jc w:val="center"/>
        <w:rPr>
          <w:rFonts w:ascii="Times New Roman" w:hAnsi="Times New Roman" w:cs="Times New Roman"/>
          <w:color w:val="auto"/>
          <w:sz w:val="32"/>
          <w:szCs w:val="32"/>
          <w:lang w:eastAsia="zh-TW"/>
        </w:rPr>
      </w:pPr>
      <w:bookmarkStart w:id="239" w:name="_Toc239949150"/>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95</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個人資料設定</w:t>
      </w:r>
      <w:bookmarkEnd w:id="239"/>
    </w:p>
    <w:p w14:paraId="1405B790" w14:textId="77777777" w:rsidR="008C6D6E" w:rsidRPr="005F2B49" w:rsidRDefault="008C6D6E" w:rsidP="007C1FC0">
      <w:pPr>
        <w:pStyle w:val="ae"/>
        <w:numPr>
          <w:ilvl w:val="0"/>
          <w:numId w:val="21"/>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個人資料：</w:t>
      </w:r>
      <w:r w:rsidRPr="005F2B49">
        <w:rPr>
          <w:rFonts w:ascii="Times New Roman" w:hAnsi="Times New Roman" w:cs="Times New Roman" w:hint="eastAsia"/>
          <w:szCs w:val="32"/>
          <w:lang w:eastAsia="zh-TW"/>
        </w:rPr>
        <w:t>查看個人姓名與</w:t>
      </w:r>
      <w:r w:rsidRPr="005F2B49">
        <w:rPr>
          <w:rFonts w:ascii="Times New Roman" w:hAnsi="Times New Roman" w:cs="Times New Roman"/>
          <w:szCs w:val="32"/>
          <w:lang w:eastAsia="zh-TW"/>
        </w:rPr>
        <w:t xml:space="preserve"> Email </w:t>
      </w:r>
      <w:r w:rsidRPr="005F2B49">
        <w:rPr>
          <w:rFonts w:ascii="Times New Roman" w:hAnsi="Times New Roman" w:cs="Times New Roman" w:hint="eastAsia"/>
          <w:szCs w:val="32"/>
          <w:lang w:eastAsia="zh-TW"/>
        </w:rPr>
        <w:t>資訊。</w:t>
      </w:r>
    </w:p>
    <w:p w14:paraId="3A5FD033" w14:textId="77777777" w:rsidR="00844DE6" w:rsidRPr="005F2B49" w:rsidRDefault="00E56845" w:rsidP="00844DE6">
      <w:pPr>
        <w:jc w:val="center"/>
        <w:rPr>
          <w:rFonts w:ascii="Times New Roman" w:hAnsi="Times New Roman" w:cs="Times New Roman"/>
          <w:szCs w:val="32"/>
          <w:lang w:eastAsia="zh-TW"/>
        </w:rPr>
      </w:pPr>
      <w:r w:rsidRPr="005F2B49">
        <w:rPr>
          <w:rFonts w:ascii="Times New Roman" w:hAnsi="Times New Roman" w:cs="Times New Roman"/>
          <w:noProof/>
          <w:szCs w:val="32"/>
          <w:lang w:eastAsia="zh-TW"/>
        </w:rPr>
        <w:drawing>
          <wp:inline distT="0" distB="0" distL="0" distR="0" wp14:anchorId="29FD57FF" wp14:editId="7725A8A1">
            <wp:extent cx="4086795" cy="3458058"/>
            <wp:effectExtent l="0" t="0" r="0" b="9525"/>
            <wp:docPr id="111" name="圖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086795" cy="3458058"/>
                    </a:xfrm>
                    <a:prstGeom prst="rect">
                      <a:avLst/>
                    </a:prstGeom>
                  </pic:spPr>
                </pic:pic>
              </a:graphicData>
            </a:graphic>
          </wp:inline>
        </w:drawing>
      </w:r>
    </w:p>
    <w:p w14:paraId="08C319E9" w14:textId="70BDB27E" w:rsidR="00844DE6" w:rsidRPr="005F2B49" w:rsidRDefault="00844DE6" w:rsidP="00844DE6">
      <w:pPr>
        <w:pStyle w:val="af7"/>
        <w:jc w:val="center"/>
        <w:rPr>
          <w:rFonts w:ascii="Times New Roman" w:hAnsi="Times New Roman" w:cs="Times New Roman"/>
          <w:color w:val="auto"/>
          <w:sz w:val="32"/>
          <w:szCs w:val="32"/>
          <w:lang w:eastAsia="zh-TW"/>
        </w:rPr>
      </w:pPr>
      <w:bookmarkStart w:id="240" w:name="_Toc239949151"/>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96</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個人密碼設定介面</w:t>
      </w:r>
      <w:bookmarkEnd w:id="240"/>
    </w:p>
    <w:p w14:paraId="3FC5A9E8" w14:textId="77777777" w:rsidR="008C6D6E" w:rsidRPr="005F2B49" w:rsidRDefault="008C6D6E" w:rsidP="007C1FC0">
      <w:pPr>
        <w:pStyle w:val="ae"/>
        <w:numPr>
          <w:ilvl w:val="0"/>
          <w:numId w:val="21"/>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密碼設定：</w:t>
      </w:r>
      <w:r w:rsidRPr="005F2B49">
        <w:rPr>
          <w:rFonts w:ascii="Times New Roman" w:hAnsi="Times New Roman" w:cs="Times New Roman" w:hint="eastAsia"/>
          <w:szCs w:val="32"/>
          <w:lang w:eastAsia="zh-TW"/>
        </w:rPr>
        <w:t>前往「密碼」頁面修改登入密碼。</w:t>
      </w:r>
    </w:p>
    <w:p w14:paraId="1D13EDD8" w14:textId="77777777" w:rsidR="002473B4" w:rsidRPr="005F2B49" w:rsidRDefault="00E56845" w:rsidP="00E56845">
      <w:pPr>
        <w:ind w:left="480"/>
        <w:jc w:val="center"/>
        <w:rPr>
          <w:rFonts w:ascii="Times New Roman" w:hAnsi="Times New Roman" w:cs="Times New Roman"/>
          <w:szCs w:val="32"/>
          <w:lang w:eastAsia="zh-TW"/>
        </w:rPr>
      </w:pPr>
      <w:r w:rsidRPr="005F2B49">
        <w:rPr>
          <w:rFonts w:ascii="Times New Roman" w:hAnsi="Times New Roman" w:cs="Times New Roman"/>
          <w:noProof/>
          <w:szCs w:val="32"/>
          <w:lang w:eastAsia="zh-TW"/>
        </w:rPr>
        <w:lastRenderedPageBreak/>
        <w:drawing>
          <wp:inline distT="0" distB="0" distL="0" distR="0" wp14:anchorId="09B4F269" wp14:editId="5F3BC440">
            <wp:extent cx="2548702" cy="2679405"/>
            <wp:effectExtent l="0" t="0" r="4445" b="6985"/>
            <wp:docPr id="112" name="圖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2551807" cy="2682669"/>
                    </a:xfrm>
                    <a:prstGeom prst="rect">
                      <a:avLst/>
                    </a:prstGeom>
                  </pic:spPr>
                </pic:pic>
              </a:graphicData>
            </a:graphic>
          </wp:inline>
        </w:drawing>
      </w:r>
    </w:p>
    <w:p w14:paraId="209832AA" w14:textId="1136B635" w:rsidR="002473B4" w:rsidRPr="005F2B49" w:rsidRDefault="002473B4" w:rsidP="002473B4">
      <w:pPr>
        <w:pStyle w:val="af7"/>
        <w:jc w:val="center"/>
        <w:rPr>
          <w:rFonts w:ascii="Times New Roman" w:hAnsi="Times New Roman" w:cs="Times New Roman"/>
          <w:color w:val="auto"/>
          <w:sz w:val="32"/>
          <w:szCs w:val="32"/>
          <w:lang w:eastAsia="zh-TW"/>
        </w:rPr>
      </w:pPr>
      <w:bookmarkStart w:id="241" w:name="_Toc239949152"/>
      <w:r w:rsidRPr="005F2B49">
        <w:rPr>
          <w:rFonts w:ascii="Times New Roman" w:hAnsi="Times New Roman" w:cs="Times New Roman" w:hint="eastAsia"/>
          <w:color w:val="auto"/>
          <w:sz w:val="32"/>
          <w:szCs w:val="32"/>
          <w:lang w:eastAsia="zh-TW"/>
        </w:rPr>
        <w:t>圖</w:t>
      </w:r>
      <w:r w:rsidRPr="005F2B49">
        <w:rPr>
          <w:rFonts w:ascii="Times New Roman" w:hAnsi="Times New Roman" w:cs="Times New Roman" w:hint="eastAsia"/>
          <w:color w:val="auto"/>
          <w:sz w:val="32"/>
          <w:szCs w:val="32"/>
          <w:lang w:eastAsia="zh-TW"/>
        </w:rPr>
        <w:t xml:space="preserve"> </w:t>
      </w:r>
      <w:r w:rsidR="00617749" w:rsidRPr="005F2B49">
        <w:rPr>
          <w:rFonts w:ascii="Times New Roman" w:hAnsi="Times New Roman" w:cs="Times New Roman"/>
          <w:color w:val="auto"/>
          <w:sz w:val="32"/>
          <w:szCs w:val="32"/>
          <w:lang w:eastAsia="zh-TW"/>
        </w:rPr>
        <w:fldChar w:fldCharType="begin"/>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hint="eastAsia"/>
          <w:color w:val="auto"/>
          <w:sz w:val="32"/>
          <w:szCs w:val="32"/>
          <w:lang w:eastAsia="zh-TW"/>
        </w:rPr>
        <w:instrText xml:space="preserve">SEQ </w:instrText>
      </w:r>
      <w:r w:rsidR="00617749" w:rsidRPr="005F2B49">
        <w:rPr>
          <w:rFonts w:ascii="Times New Roman" w:hAnsi="Times New Roman" w:cs="Times New Roman" w:hint="eastAsia"/>
          <w:color w:val="auto"/>
          <w:sz w:val="32"/>
          <w:szCs w:val="32"/>
          <w:lang w:eastAsia="zh-TW"/>
        </w:rPr>
        <w:instrText>圖</w:instrText>
      </w:r>
      <w:r w:rsidR="00617749" w:rsidRPr="005F2B49">
        <w:rPr>
          <w:rFonts w:ascii="Times New Roman" w:hAnsi="Times New Roman" w:cs="Times New Roman" w:hint="eastAsia"/>
          <w:color w:val="auto"/>
          <w:sz w:val="32"/>
          <w:szCs w:val="32"/>
          <w:lang w:eastAsia="zh-TW"/>
        </w:rPr>
        <w:instrText xml:space="preserve"> \* ARABIC</w:instrText>
      </w:r>
      <w:r w:rsidR="00617749" w:rsidRPr="005F2B49">
        <w:rPr>
          <w:rFonts w:ascii="Times New Roman" w:hAnsi="Times New Roman" w:cs="Times New Roman"/>
          <w:color w:val="auto"/>
          <w:sz w:val="32"/>
          <w:szCs w:val="32"/>
          <w:lang w:eastAsia="zh-TW"/>
        </w:rPr>
        <w:instrText xml:space="preserve"> </w:instrText>
      </w:r>
      <w:r w:rsidR="00617749" w:rsidRPr="005F2B49">
        <w:rPr>
          <w:rFonts w:ascii="Times New Roman" w:hAnsi="Times New Roman" w:cs="Times New Roman"/>
          <w:color w:val="auto"/>
          <w:sz w:val="32"/>
          <w:szCs w:val="32"/>
          <w:lang w:eastAsia="zh-TW"/>
        </w:rPr>
        <w:fldChar w:fldCharType="separate"/>
      </w:r>
      <w:r w:rsidR="00497BF4" w:rsidRPr="005F2B49">
        <w:rPr>
          <w:rFonts w:ascii="Times New Roman" w:hAnsi="Times New Roman" w:cs="Times New Roman"/>
          <w:noProof/>
          <w:color w:val="auto"/>
          <w:sz w:val="32"/>
          <w:szCs w:val="32"/>
          <w:lang w:eastAsia="zh-TW"/>
        </w:rPr>
        <w:t>97</w:t>
      </w:r>
      <w:r w:rsidR="00617749" w:rsidRPr="005F2B49">
        <w:rPr>
          <w:rFonts w:ascii="Times New Roman" w:hAnsi="Times New Roman" w:cs="Times New Roman"/>
          <w:color w:val="auto"/>
          <w:sz w:val="32"/>
          <w:szCs w:val="32"/>
          <w:lang w:eastAsia="zh-TW"/>
        </w:rPr>
        <w:fldChar w:fldCharType="end"/>
      </w:r>
      <w:r w:rsidRPr="005F2B49">
        <w:rPr>
          <w:rFonts w:ascii="Times New Roman" w:hAnsi="Times New Roman" w:cs="Times New Roman" w:hint="eastAsia"/>
          <w:color w:val="auto"/>
          <w:sz w:val="32"/>
          <w:szCs w:val="32"/>
          <w:lang w:eastAsia="zh-TW"/>
        </w:rPr>
        <w:t xml:space="preserve">  </w:t>
      </w:r>
      <w:r w:rsidRPr="005F2B49">
        <w:rPr>
          <w:rFonts w:ascii="Times New Roman" w:hAnsi="Times New Roman" w:cs="Times New Roman" w:hint="eastAsia"/>
          <w:color w:val="auto"/>
          <w:sz w:val="32"/>
          <w:szCs w:val="32"/>
          <w:lang w:eastAsia="zh-TW"/>
        </w:rPr>
        <w:t>個人外觀設定介面</w:t>
      </w:r>
      <w:bookmarkEnd w:id="241"/>
    </w:p>
    <w:p w14:paraId="09DC6A45" w14:textId="77777777" w:rsidR="00D15BFE" w:rsidRPr="005F2B49" w:rsidRDefault="008C6D6E" w:rsidP="007C1FC0">
      <w:pPr>
        <w:pStyle w:val="ae"/>
        <w:numPr>
          <w:ilvl w:val="0"/>
          <w:numId w:val="21"/>
        </w:numPr>
        <w:rPr>
          <w:rFonts w:ascii="Times New Roman" w:hAnsi="Times New Roman" w:cs="Times New Roman"/>
          <w:szCs w:val="32"/>
          <w:lang w:eastAsia="zh-TW"/>
        </w:rPr>
      </w:pPr>
      <w:r w:rsidRPr="005F2B49">
        <w:rPr>
          <w:rFonts w:ascii="Times New Roman" w:hAnsi="Times New Roman" w:cs="Times New Roman" w:hint="eastAsia"/>
          <w:b/>
          <w:bCs/>
          <w:szCs w:val="32"/>
          <w:lang w:eastAsia="zh-TW"/>
        </w:rPr>
        <w:t>外觀設定：</w:t>
      </w:r>
      <w:r w:rsidRPr="005F2B49">
        <w:rPr>
          <w:rFonts w:ascii="Times New Roman" w:hAnsi="Times New Roman" w:cs="Times New Roman" w:hint="eastAsia"/>
          <w:szCs w:val="32"/>
          <w:lang w:eastAsia="zh-TW"/>
        </w:rPr>
        <w:t>前往「外觀」頁面切換系統介面樣式，可選擇淺色</w:t>
      </w:r>
      <w:r w:rsidR="002473B4" w:rsidRPr="005F2B49">
        <w:rPr>
          <w:rFonts w:ascii="Times New Roman" w:hAnsi="Times New Roman" w:cs="Times New Roman" w:hint="eastAsia"/>
          <w:szCs w:val="32"/>
          <w:lang w:eastAsia="zh-TW"/>
        </w:rPr>
        <w:t>、</w:t>
      </w:r>
      <w:r w:rsidRPr="005F2B49">
        <w:rPr>
          <w:rFonts w:ascii="Times New Roman" w:hAnsi="Times New Roman" w:cs="Times New Roman" w:hint="eastAsia"/>
          <w:szCs w:val="32"/>
          <w:lang w:eastAsia="zh-TW"/>
        </w:rPr>
        <w:t>深色模式</w:t>
      </w:r>
      <w:r w:rsidR="002473B4" w:rsidRPr="005F2B49">
        <w:rPr>
          <w:rFonts w:ascii="Times New Roman" w:hAnsi="Times New Roman" w:cs="Times New Roman" w:hint="eastAsia"/>
          <w:szCs w:val="32"/>
          <w:lang w:eastAsia="zh-TW"/>
        </w:rPr>
        <w:t>或是跟隨系統的設定</w:t>
      </w:r>
      <w:r w:rsidRPr="005F2B49">
        <w:rPr>
          <w:rFonts w:ascii="Times New Roman" w:hAnsi="Times New Roman" w:cs="Times New Roman" w:hint="eastAsia"/>
          <w:szCs w:val="32"/>
          <w:lang w:eastAsia="zh-TW"/>
        </w:rPr>
        <w:t>。</w:t>
      </w:r>
    </w:p>
    <w:sectPr w:rsidR="00D15BFE" w:rsidRPr="005F2B49"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04F00" w14:textId="77777777" w:rsidR="008E47B7" w:rsidRDefault="008E47B7" w:rsidP="00123F68">
      <w:pPr>
        <w:spacing w:after="0" w:line="240" w:lineRule="auto"/>
      </w:pPr>
      <w:r>
        <w:separator/>
      </w:r>
    </w:p>
  </w:endnote>
  <w:endnote w:type="continuationSeparator" w:id="0">
    <w:p w14:paraId="238837AF" w14:textId="77777777" w:rsidR="008E47B7" w:rsidRDefault="008E47B7" w:rsidP="00123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0535B" w14:textId="77777777" w:rsidR="008E47B7" w:rsidRDefault="008E47B7" w:rsidP="00123F68">
      <w:pPr>
        <w:spacing w:after="0" w:line="240" w:lineRule="auto"/>
      </w:pPr>
      <w:r>
        <w:separator/>
      </w:r>
    </w:p>
  </w:footnote>
  <w:footnote w:type="continuationSeparator" w:id="0">
    <w:p w14:paraId="443E230E" w14:textId="77777777" w:rsidR="008E47B7" w:rsidRDefault="008E47B7" w:rsidP="00123F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09801ED"/>
    <w:multiLevelType w:val="multilevel"/>
    <w:tmpl w:val="95C4F0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8E4AAA"/>
    <w:multiLevelType w:val="multilevel"/>
    <w:tmpl w:val="7674B3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DB1CE7"/>
    <w:multiLevelType w:val="multilevel"/>
    <w:tmpl w:val="9730811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3109E"/>
    <w:multiLevelType w:val="multilevel"/>
    <w:tmpl w:val="71ECE68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3"/>
      <w:numFmt w:val="bullet"/>
      <w:lvlText w:val="-"/>
      <w:lvlJc w:val="left"/>
      <w:pPr>
        <w:ind w:left="2880" w:hanging="360"/>
      </w:pPr>
      <w:rPr>
        <w:rFonts w:ascii="Times New Roman" w:eastAsia="標楷體" w:hAnsi="Times New Roman" w:cs="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C529A0"/>
    <w:multiLevelType w:val="multilevel"/>
    <w:tmpl w:val="948EA5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3"/>
      <w:numFmt w:val="bullet"/>
      <w:lvlText w:val="-"/>
      <w:lvlJc w:val="left"/>
      <w:pPr>
        <w:ind w:left="2880" w:hanging="360"/>
      </w:pPr>
      <w:rPr>
        <w:rFonts w:ascii="Times New Roman" w:eastAsia="標楷體" w:hAnsi="Times New Roman" w:cs="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370CD5"/>
    <w:multiLevelType w:val="hybridMultilevel"/>
    <w:tmpl w:val="9C1C5ABC"/>
    <w:lvl w:ilvl="0" w:tplc="87D69C78">
      <w:start w:val="1"/>
      <w:numFmt w:val="bullet"/>
      <w:lvlText w:val=""/>
      <w:lvlJc w:val="left"/>
      <w:pPr>
        <w:ind w:left="480" w:hanging="480"/>
      </w:pPr>
      <w:rPr>
        <w:rFonts w:ascii="Wingdings" w:hAnsi="Wingdings" w:hint="default"/>
      </w:rPr>
    </w:lvl>
    <w:lvl w:ilvl="1" w:tplc="FFFFFFFF">
      <w:start w:val="1"/>
      <w:numFmt w:val="bullet"/>
      <w:lvlText w:val=""/>
      <w:lvlJc w:val="left"/>
      <w:pPr>
        <w:ind w:left="960" w:hanging="480"/>
      </w:pPr>
      <w:rPr>
        <w:rFonts w:ascii="Wingdings" w:hAnsi="Wingdings" w:hint="default"/>
      </w:rPr>
    </w:lvl>
    <w:lvl w:ilvl="2" w:tplc="FFFFFFFF">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12" w15:restartNumberingAfterBreak="0">
    <w:nsid w:val="3EC953BC"/>
    <w:multiLevelType w:val="hybridMultilevel"/>
    <w:tmpl w:val="810650F2"/>
    <w:lvl w:ilvl="0" w:tplc="87D69C78">
      <w:start w:val="1"/>
      <w:numFmt w:val="bullet"/>
      <w:lvlText w:val=""/>
      <w:lvlJc w:val="left"/>
      <w:pPr>
        <w:ind w:left="905" w:hanging="480"/>
      </w:pPr>
      <w:rPr>
        <w:rFonts w:ascii="Wingdings" w:hAnsi="Wingdings" w:hint="default"/>
      </w:rPr>
    </w:lvl>
    <w:lvl w:ilvl="1" w:tplc="FFFFFFFF" w:tentative="1">
      <w:start w:val="1"/>
      <w:numFmt w:val="bullet"/>
      <w:lvlText w:val=""/>
      <w:lvlJc w:val="left"/>
      <w:pPr>
        <w:ind w:left="1385" w:hanging="480"/>
      </w:pPr>
      <w:rPr>
        <w:rFonts w:ascii="Wingdings" w:hAnsi="Wingdings" w:hint="default"/>
      </w:rPr>
    </w:lvl>
    <w:lvl w:ilvl="2" w:tplc="FFFFFFFF" w:tentative="1">
      <w:start w:val="1"/>
      <w:numFmt w:val="bullet"/>
      <w:lvlText w:val=""/>
      <w:lvlJc w:val="left"/>
      <w:pPr>
        <w:ind w:left="1865" w:hanging="480"/>
      </w:pPr>
      <w:rPr>
        <w:rFonts w:ascii="Wingdings" w:hAnsi="Wingdings" w:hint="default"/>
      </w:rPr>
    </w:lvl>
    <w:lvl w:ilvl="3" w:tplc="FFFFFFFF" w:tentative="1">
      <w:start w:val="1"/>
      <w:numFmt w:val="bullet"/>
      <w:lvlText w:val=""/>
      <w:lvlJc w:val="left"/>
      <w:pPr>
        <w:ind w:left="2345" w:hanging="480"/>
      </w:pPr>
      <w:rPr>
        <w:rFonts w:ascii="Wingdings" w:hAnsi="Wingdings" w:hint="default"/>
      </w:rPr>
    </w:lvl>
    <w:lvl w:ilvl="4" w:tplc="FFFFFFFF" w:tentative="1">
      <w:start w:val="1"/>
      <w:numFmt w:val="bullet"/>
      <w:lvlText w:val=""/>
      <w:lvlJc w:val="left"/>
      <w:pPr>
        <w:ind w:left="2825" w:hanging="480"/>
      </w:pPr>
      <w:rPr>
        <w:rFonts w:ascii="Wingdings" w:hAnsi="Wingdings" w:hint="default"/>
      </w:rPr>
    </w:lvl>
    <w:lvl w:ilvl="5" w:tplc="FFFFFFFF" w:tentative="1">
      <w:start w:val="1"/>
      <w:numFmt w:val="bullet"/>
      <w:lvlText w:val=""/>
      <w:lvlJc w:val="left"/>
      <w:pPr>
        <w:ind w:left="3305" w:hanging="480"/>
      </w:pPr>
      <w:rPr>
        <w:rFonts w:ascii="Wingdings" w:hAnsi="Wingdings" w:hint="default"/>
      </w:rPr>
    </w:lvl>
    <w:lvl w:ilvl="6" w:tplc="FFFFFFFF" w:tentative="1">
      <w:start w:val="1"/>
      <w:numFmt w:val="bullet"/>
      <w:lvlText w:val=""/>
      <w:lvlJc w:val="left"/>
      <w:pPr>
        <w:ind w:left="3785" w:hanging="480"/>
      </w:pPr>
      <w:rPr>
        <w:rFonts w:ascii="Wingdings" w:hAnsi="Wingdings" w:hint="default"/>
      </w:rPr>
    </w:lvl>
    <w:lvl w:ilvl="7" w:tplc="FFFFFFFF" w:tentative="1">
      <w:start w:val="1"/>
      <w:numFmt w:val="bullet"/>
      <w:lvlText w:val=""/>
      <w:lvlJc w:val="left"/>
      <w:pPr>
        <w:ind w:left="4265" w:hanging="480"/>
      </w:pPr>
      <w:rPr>
        <w:rFonts w:ascii="Wingdings" w:hAnsi="Wingdings" w:hint="default"/>
      </w:rPr>
    </w:lvl>
    <w:lvl w:ilvl="8" w:tplc="FFFFFFFF" w:tentative="1">
      <w:start w:val="1"/>
      <w:numFmt w:val="bullet"/>
      <w:lvlText w:val=""/>
      <w:lvlJc w:val="left"/>
      <w:pPr>
        <w:ind w:left="4745" w:hanging="480"/>
      </w:pPr>
      <w:rPr>
        <w:rFonts w:ascii="Wingdings" w:hAnsi="Wingdings" w:hint="default"/>
      </w:rPr>
    </w:lvl>
  </w:abstractNum>
  <w:abstractNum w:abstractNumId="13" w15:restartNumberingAfterBreak="0">
    <w:nsid w:val="3EF33655"/>
    <w:multiLevelType w:val="hybridMultilevel"/>
    <w:tmpl w:val="133651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3F944F4F"/>
    <w:multiLevelType w:val="hybridMultilevel"/>
    <w:tmpl w:val="C0CCDE2C"/>
    <w:lvl w:ilvl="0" w:tplc="87D69C7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40E6029C"/>
    <w:multiLevelType w:val="multilevel"/>
    <w:tmpl w:val="3990CE8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B66414"/>
    <w:multiLevelType w:val="hybridMultilevel"/>
    <w:tmpl w:val="623892AE"/>
    <w:lvl w:ilvl="0" w:tplc="87D69C78">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7" w15:restartNumberingAfterBreak="0">
    <w:nsid w:val="473F700A"/>
    <w:multiLevelType w:val="multilevel"/>
    <w:tmpl w:val="7C122DF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start w:val="3"/>
      <w:numFmt w:val="bullet"/>
      <w:lvlText w:val="-"/>
      <w:lvlJc w:val="left"/>
      <w:pPr>
        <w:ind w:left="2880" w:hanging="360"/>
      </w:pPr>
      <w:rPr>
        <w:rFonts w:ascii="Times New Roman" w:eastAsia="標楷體" w:hAnsi="Times New Roman" w:cs="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E55D17"/>
    <w:multiLevelType w:val="multilevel"/>
    <w:tmpl w:val="3990CE8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DF65F4"/>
    <w:multiLevelType w:val="hybridMultilevel"/>
    <w:tmpl w:val="2A4863A0"/>
    <w:lvl w:ilvl="0" w:tplc="87D69C78">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0" w15:restartNumberingAfterBreak="0">
    <w:nsid w:val="5DA300DF"/>
    <w:multiLevelType w:val="multilevel"/>
    <w:tmpl w:val="198EC128"/>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E9D02A6"/>
    <w:multiLevelType w:val="hybridMultilevel"/>
    <w:tmpl w:val="C5A25842"/>
    <w:lvl w:ilvl="0" w:tplc="87D69C78">
      <w:start w:val="1"/>
      <w:numFmt w:val="bullet"/>
      <w:lvlText w:val=""/>
      <w:lvlJc w:val="left"/>
      <w:pPr>
        <w:ind w:left="480" w:hanging="480"/>
      </w:pPr>
      <w:rPr>
        <w:rFonts w:ascii="Wingdings" w:hAnsi="Wingding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22" w15:restartNumberingAfterBreak="0">
    <w:nsid w:val="60BB2B9A"/>
    <w:multiLevelType w:val="hybridMultilevel"/>
    <w:tmpl w:val="ACAE159C"/>
    <w:lvl w:ilvl="0" w:tplc="87D69C78">
      <w:start w:val="1"/>
      <w:numFmt w:val="bullet"/>
      <w:lvlText w:val=""/>
      <w:lvlJc w:val="left"/>
      <w:pPr>
        <w:ind w:left="1440" w:hanging="480"/>
      </w:pPr>
      <w:rPr>
        <w:rFonts w:ascii="Wingdings" w:hAnsi="Wingding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abstractNum w:abstractNumId="23" w15:restartNumberingAfterBreak="0">
    <w:nsid w:val="63DA6ADD"/>
    <w:multiLevelType w:val="hybridMultilevel"/>
    <w:tmpl w:val="EBA25D18"/>
    <w:lvl w:ilvl="0" w:tplc="87D69C78">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24" w15:restartNumberingAfterBreak="0">
    <w:nsid w:val="6D551B3E"/>
    <w:multiLevelType w:val="hybridMultilevel"/>
    <w:tmpl w:val="39387AF4"/>
    <w:lvl w:ilvl="0" w:tplc="87D69C78">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73D45B72"/>
    <w:multiLevelType w:val="hybridMultilevel"/>
    <w:tmpl w:val="A30A2DDA"/>
    <w:lvl w:ilvl="0" w:tplc="87D69C78">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751D212F"/>
    <w:multiLevelType w:val="hybridMultilevel"/>
    <w:tmpl w:val="B22A6E08"/>
    <w:lvl w:ilvl="0" w:tplc="87D69C78">
      <w:start w:val="1"/>
      <w:numFmt w:val="bullet"/>
      <w:lvlText w:val=""/>
      <w:lvlJc w:val="left"/>
      <w:pPr>
        <w:ind w:left="480" w:hanging="480"/>
      </w:pPr>
      <w:rPr>
        <w:rFonts w:ascii="Wingdings" w:hAnsi="Wingdings" w:hint="default"/>
      </w:rPr>
    </w:lvl>
    <w:lvl w:ilvl="1" w:tplc="FFFFFFFF" w:tentative="1">
      <w:start w:val="1"/>
      <w:numFmt w:val="bullet"/>
      <w:lvlText w:val=""/>
      <w:lvlJc w:val="left"/>
      <w:pPr>
        <w:ind w:left="960" w:hanging="480"/>
      </w:pPr>
      <w:rPr>
        <w:rFonts w:ascii="Wingdings" w:hAnsi="Wingdings" w:hint="default"/>
      </w:rPr>
    </w:lvl>
    <w:lvl w:ilvl="2" w:tplc="FFFFFFFF" w:tentative="1">
      <w:start w:val="1"/>
      <w:numFmt w:val="bullet"/>
      <w:lvlText w:val=""/>
      <w:lvlJc w:val="left"/>
      <w:pPr>
        <w:ind w:left="1440" w:hanging="480"/>
      </w:pPr>
      <w:rPr>
        <w:rFonts w:ascii="Wingdings" w:hAnsi="Wingdings" w:hint="default"/>
      </w:rPr>
    </w:lvl>
    <w:lvl w:ilvl="3" w:tplc="FFFFFFFF" w:tentative="1">
      <w:start w:val="1"/>
      <w:numFmt w:val="bullet"/>
      <w:lvlText w:val=""/>
      <w:lvlJc w:val="left"/>
      <w:pPr>
        <w:ind w:left="1920" w:hanging="480"/>
      </w:pPr>
      <w:rPr>
        <w:rFonts w:ascii="Wingdings" w:hAnsi="Wingdings" w:hint="default"/>
      </w:rPr>
    </w:lvl>
    <w:lvl w:ilvl="4" w:tplc="FFFFFFFF" w:tentative="1">
      <w:start w:val="1"/>
      <w:numFmt w:val="bullet"/>
      <w:lvlText w:val=""/>
      <w:lvlJc w:val="left"/>
      <w:pPr>
        <w:ind w:left="2400" w:hanging="480"/>
      </w:pPr>
      <w:rPr>
        <w:rFonts w:ascii="Wingdings" w:hAnsi="Wingdings" w:hint="default"/>
      </w:rPr>
    </w:lvl>
    <w:lvl w:ilvl="5" w:tplc="FFFFFFFF" w:tentative="1">
      <w:start w:val="1"/>
      <w:numFmt w:val="bullet"/>
      <w:lvlText w:val=""/>
      <w:lvlJc w:val="left"/>
      <w:pPr>
        <w:ind w:left="2880" w:hanging="480"/>
      </w:pPr>
      <w:rPr>
        <w:rFonts w:ascii="Wingdings" w:hAnsi="Wingdings" w:hint="default"/>
      </w:rPr>
    </w:lvl>
    <w:lvl w:ilvl="6" w:tplc="FFFFFFFF" w:tentative="1">
      <w:start w:val="1"/>
      <w:numFmt w:val="bullet"/>
      <w:lvlText w:val=""/>
      <w:lvlJc w:val="left"/>
      <w:pPr>
        <w:ind w:left="3360" w:hanging="480"/>
      </w:pPr>
      <w:rPr>
        <w:rFonts w:ascii="Wingdings" w:hAnsi="Wingdings" w:hint="default"/>
      </w:rPr>
    </w:lvl>
    <w:lvl w:ilvl="7" w:tplc="FFFFFFFF" w:tentative="1">
      <w:start w:val="1"/>
      <w:numFmt w:val="bullet"/>
      <w:lvlText w:val=""/>
      <w:lvlJc w:val="left"/>
      <w:pPr>
        <w:ind w:left="3840" w:hanging="480"/>
      </w:pPr>
      <w:rPr>
        <w:rFonts w:ascii="Wingdings" w:hAnsi="Wingdings" w:hint="default"/>
      </w:rPr>
    </w:lvl>
    <w:lvl w:ilvl="8" w:tplc="FFFFFFFF" w:tentative="1">
      <w:start w:val="1"/>
      <w:numFmt w:val="bullet"/>
      <w:lvlText w:val=""/>
      <w:lvlJc w:val="left"/>
      <w:pPr>
        <w:ind w:left="4320" w:hanging="480"/>
      </w:pPr>
      <w:rPr>
        <w:rFonts w:ascii="Wingdings" w:hAnsi="Wingdings" w:hint="default"/>
      </w:rPr>
    </w:lvl>
  </w:abstractNum>
  <w:num w:numId="1" w16cid:durableId="1303270156">
    <w:abstractNumId w:val="5"/>
  </w:num>
  <w:num w:numId="2" w16cid:durableId="1989435823">
    <w:abstractNumId w:val="3"/>
  </w:num>
  <w:num w:numId="3" w16cid:durableId="898632500">
    <w:abstractNumId w:val="2"/>
  </w:num>
  <w:num w:numId="4" w16cid:durableId="818545698">
    <w:abstractNumId w:val="4"/>
  </w:num>
  <w:num w:numId="5" w16cid:durableId="2040666570">
    <w:abstractNumId w:val="1"/>
  </w:num>
  <w:num w:numId="6" w16cid:durableId="1791625771">
    <w:abstractNumId w:val="0"/>
  </w:num>
  <w:num w:numId="7" w16cid:durableId="808597374">
    <w:abstractNumId w:val="7"/>
  </w:num>
  <w:num w:numId="8" w16cid:durableId="1935748194">
    <w:abstractNumId w:val="22"/>
  </w:num>
  <w:num w:numId="9" w16cid:durableId="1461221676">
    <w:abstractNumId w:val="20"/>
  </w:num>
  <w:num w:numId="10" w16cid:durableId="658075196">
    <w:abstractNumId w:val="12"/>
  </w:num>
  <w:num w:numId="11" w16cid:durableId="1101149870">
    <w:abstractNumId w:val="23"/>
  </w:num>
  <w:num w:numId="12" w16cid:durableId="900408276">
    <w:abstractNumId w:val="9"/>
  </w:num>
  <w:num w:numId="13" w16cid:durableId="164712982">
    <w:abstractNumId w:val="10"/>
  </w:num>
  <w:num w:numId="14" w16cid:durableId="305403706">
    <w:abstractNumId w:val="17"/>
  </w:num>
  <w:num w:numId="15" w16cid:durableId="2092848275">
    <w:abstractNumId w:val="8"/>
  </w:num>
  <w:num w:numId="16" w16cid:durableId="91633114">
    <w:abstractNumId w:val="18"/>
  </w:num>
  <w:num w:numId="17" w16cid:durableId="1875265301">
    <w:abstractNumId w:val="15"/>
  </w:num>
  <w:num w:numId="18" w16cid:durableId="87309140">
    <w:abstractNumId w:val="6"/>
  </w:num>
  <w:num w:numId="19" w16cid:durableId="21638601">
    <w:abstractNumId w:val="11"/>
  </w:num>
  <w:num w:numId="20" w16cid:durableId="1164323477">
    <w:abstractNumId w:val="21"/>
  </w:num>
  <w:num w:numId="21" w16cid:durableId="637301716">
    <w:abstractNumId w:val="19"/>
  </w:num>
  <w:num w:numId="22" w16cid:durableId="1448815191">
    <w:abstractNumId w:val="25"/>
  </w:num>
  <w:num w:numId="23" w16cid:durableId="858858586">
    <w:abstractNumId w:val="26"/>
  </w:num>
  <w:num w:numId="24" w16cid:durableId="1634098567">
    <w:abstractNumId w:val="16"/>
  </w:num>
  <w:num w:numId="25" w16cid:durableId="1087966134">
    <w:abstractNumId w:val="24"/>
  </w:num>
  <w:num w:numId="26" w16cid:durableId="290987324">
    <w:abstractNumId w:val="13"/>
  </w:num>
  <w:num w:numId="27" w16cid:durableId="2072729740">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2EC"/>
    <w:rsid w:val="00007199"/>
    <w:rsid w:val="0000770E"/>
    <w:rsid w:val="0001034F"/>
    <w:rsid w:val="00010C27"/>
    <w:rsid w:val="0001487D"/>
    <w:rsid w:val="00015545"/>
    <w:rsid w:val="00027F32"/>
    <w:rsid w:val="0003365D"/>
    <w:rsid w:val="00033A51"/>
    <w:rsid w:val="00034499"/>
    <w:rsid w:val="00034616"/>
    <w:rsid w:val="000358E7"/>
    <w:rsid w:val="00036DE1"/>
    <w:rsid w:val="0003757E"/>
    <w:rsid w:val="0003768D"/>
    <w:rsid w:val="00041641"/>
    <w:rsid w:val="000424FA"/>
    <w:rsid w:val="0004272C"/>
    <w:rsid w:val="00044824"/>
    <w:rsid w:val="00046975"/>
    <w:rsid w:val="00046F63"/>
    <w:rsid w:val="00047C34"/>
    <w:rsid w:val="000530E0"/>
    <w:rsid w:val="00053CE8"/>
    <w:rsid w:val="0006063C"/>
    <w:rsid w:val="0006349D"/>
    <w:rsid w:val="00064613"/>
    <w:rsid w:val="0006486C"/>
    <w:rsid w:val="0006659F"/>
    <w:rsid w:val="00067352"/>
    <w:rsid w:val="00070453"/>
    <w:rsid w:val="0007051E"/>
    <w:rsid w:val="0007147F"/>
    <w:rsid w:val="00087F5B"/>
    <w:rsid w:val="0009202F"/>
    <w:rsid w:val="000933A7"/>
    <w:rsid w:val="00097D83"/>
    <w:rsid w:val="000A060C"/>
    <w:rsid w:val="000A1967"/>
    <w:rsid w:val="000A7390"/>
    <w:rsid w:val="000B0126"/>
    <w:rsid w:val="000B4617"/>
    <w:rsid w:val="000C27E9"/>
    <w:rsid w:val="000C7684"/>
    <w:rsid w:val="000D294A"/>
    <w:rsid w:val="000D4F6E"/>
    <w:rsid w:val="000D6A69"/>
    <w:rsid w:val="000D78E9"/>
    <w:rsid w:val="000D795C"/>
    <w:rsid w:val="000E6A32"/>
    <w:rsid w:val="000F17B0"/>
    <w:rsid w:val="00100DC0"/>
    <w:rsid w:val="001061BE"/>
    <w:rsid w:val="001127EB"/>
    <w:rsid w:val="0011400D"/>
    <w:rsid w:val="0011498B"/>
    <w:rsid w:val="00123F68"/>
    <w:rsid w:val="00133D53"/>
    <w:rsid w:val="0013477D"/>
    <w:rsid w:val="00135569"/>
    <w:rsid w:val="001404D1"/>
    <w:rsid w:val="00143DC3"/>
    <w:rsid w:val="0015074B"/>
    <w:rsid w:val="00152357"/>
    <w:rsid w:val="0015500A"/>
    <w:rsid w:val="00160AD6"/>
    <w:rsid w:val="0016296E"/>
    <w:rsid w:val="00164C3A"/>
    <w:rsid w:val="00167A2E"/>
    <w:rsid w:val="0017365A"/>
    <w:rsid w:val="001743BC"/>
    <w:rsid w:val="0017706F"/>
    <w:rsid w:val="001862ED"/>
    <w:rsid w:val="00193849"/>
    <w:rsid w:val="001A00FE"/>
    <w:rsid w:val="001B3092"/>
    <w:rsid w:val="001B52D6"/>
    <w:rsid w:val="001D0916"/>
    <w:rsid w:val="001D208B"/>
    <w:rsid w:val="001D38AB"/>
    <w:rsid w:val="001E3A53"/>
    <w:rsid w:val="001F0F64"/>
    <w:rsid w:val="001F10CA"/>
    <w:rsid w:val="001F49A0"/>
    <w:rsid w:val="001F5C29"/>
    <w:rsid w:val="001F73AE"/>
    <w:rsid w:val="002011BB"/>
    <w:rsid w:val="002030A7"/>
    <w:rsid w:val="00205173"/>
    <w:rsid w:val="0021104E"/>
    <w:rsid w:val="00213C18"/>
    <w:rsid w:val="00215959"/>
    <w:rsid w:val="00233231"/>
    <w:rsid w:val="00234E45"/>
    <w:rsid w:val="00235864"/>
    <w:rsid w:val="0023709A"/>
    <w:rsid w:val="002370A7"/>
    <w:rsid w:val="00237148"/>
    <w:rsid w:val="002473B4"/>
    <w:rsid w:val="00247C9B"/>
    <w:rsid w:val="00260A6B"/>
    <w:rsid w:val="00262E9B"/>
    <w:rsid w:val="00274AB8"/>
    <w:rsid w:val="0028042A"/>
    <w:rsid w:val="00280B34"/>
    <w:rsid w:val="002812C6"/>
    <w:rsid w:val="00287600"/>
    <w:rsid w:val="00294320"/>
    <w:rsid w:val="00295AC3"/>
    <w:rsid w:val="0029639D"/>
    <w:rsid w:val="002A66A9"/>
    <w:rsid w:val="002B2D43"/>
    <w:rsid w:val="002B3826"/>
    <w:rsid w:val="002B6240"/>
    <w:rsid w:val="002B76E3"/>
    <w:rsid w:val="002D23FA"/>
    <w:rsid w:val="002E23A4"/>
    <w:rsid w:val="002E25A7"/>
    <w:rsid w:val="002E454C"/>
    <w:rsid w:val="002E46E3"/>
    <w:rsid w:val="002E6DE1"/>
    <w:rsid w:val="002F3CB2"/>
    <w:rsid w:val="003022DB"/>
    <w:rsid w:val="00303F17"/>
    <w:rsid w:val="00323058"/>
    <w:rsid w:val="003253A4"/>
    <w:rsid w:val="00326F90"/>
    <w:rsid w:val="0033042B"/>
    <w:rsid w:val="003361E9"/>
    <w:rsid w:val="00337C4C"/>
    <w:rsid w:val="00347FB4"/>
    <w:rsid w:val="00351E79"/>
    <w:rsid w:val="00354E73"/>
    <w:rsid w:val="00380EFB"/>
    <w:rsid w:val="00397F9D"/>
    <w:rsid w:val="003A01B2"/>
    <w:rsid w:val="003A590E"/>
    <w:rsid w:val="003C0328"/>
    <w:rsid w:val="003C24D4"/>
    <w:rsid w:val="003C4E87"/>
    <w:rsid w:val="003C4F48"/>
    <w:rsid w:val="003C53DE"/>
    <w:rsid w:val="003D3CF7"/>
    <w:rsid w:val="003D6558"/>
    <w:rsid w:val="003F1182"/>
    <w:rsid w:val="003F67B1"/>
    <w:rsid w:val="00401073"/>
    <w:rsid w:val="00410702"/>
    <w:rsid w:val="00412DC3"/>
    <w:rsid w:val="00413FB6"/>
    <w:rsid w:val="00414511"/>
    <w:rsid w:val="00423321"/>
    <w:rsid w:val="00427527"/>
    <w:rsid w:val="00442019"/>
    <w:rsid w:val="00445BE6"/>
    <w:rsid w:val="00450E38"/>
    <w:rsid w:val="00461851"/>
    <w:rsid w:val="004655E6"/>
    <w:rsid w:val="004658EC"/>
    <w:rsid w:val="00466B4C"/>
    <w:rsid w:val="004670CE"/>
    <w:rsid w:val="00470F3B"/>
    <w:rsid w:val="00475377"/>
    <w:rsid w:val="00491D73"/>
    <w:rsid w:val="00494F8C"/>
    <w:rsid w:val="0049692C"/>
    <w:rsid w:val="00497971"/>
    <w:rsid w:val="00497BF4"/>
    <w:rsid w:val="004A0251"/>
    <w:rsid w:val="004A65D6"/>
    <w:rsid w:val="004B4A76"/>
    <w:rsid w:val="004B5FB7"/>
    <w:rsid w:val="004C17E9"/>
    <w:rsid w:val="004C225C"/>
    <w:rsid w:val="004C2D20"/>
    <w:rsid w:val="004C6B83"/>
    <w:rsid w:val="004D7A16"/>
    <w:rsid w:val="004E39E5"/>
    <w:rsid w:val="004E46B3"/>
    <w:rsid w:val="004F4841"/>
    <w:rsid w:val="00503804"/>
    <w:rsid w:val="00517C55"/>
    <w:rsid w:val="005236DC"/>
    <w:rsid w:val="005258EF"/>
    <w:rsid w:val="00531029"/>
    <w:rsid w:val="00542A82"/>
    <w:rsid w:val="00550574"/>
    <w:rsid w:val="00554415"/>
    <w:rsid w:val="00561F99"/>
    <w:rsid w:val="00563183"/>
    <w:rsid w:val="00572D7B"/>
    <w:rsid w:val="00574A0B"/>
    <w:rsid w:val="00575321"/>
    <w:rsid w:val="00576C2B"/>
    <w:rsid w:val="00592B67"/>
    <w:rsid w:val="0059616A"/>
    <w:rsid w:val="0059689C"/>
    <w:rsid w:val="005A5BE4"/>
    <w:rsid w:val="005A6981"/>
    <w:rsid w:val="005B3EDB"/>
    <w:rsid w:val="005B40FB"/>
    <w:rsid w:val="005B5EA2"/>
    <w:rsid w:val="005B6BB1"/>
    <w:rsid w:val="005B6F58"/>
    <w:rsid w:val="005C3003"/>
    <w:rsid w:val="005C41B3"/>
    <w:rsid w:val="005D40E9"/>
    <w:rsid w:val="005E246F"/>
    <w:rsid w:val="005E37E7"/>
    <w:rsid w:val="005E5190"/>
    <w:rsid w:val="005E5ED9"/>
    <w:rsid w:val="005F2B49"/>
    <w:rsid w:val="005F2C83"/>
    <w:rsid w:val="00616A87"/>
    <w:rsid w:val="00617749"/>
    <w:rsid w:val="00622421"/>
    <w:rsid w:val="00624869"/>
    <w:rsid w:val="00624EF3"/>
    <w:rsid w:val="00625156"/>
    <w:rsid w:val="006324AE"/>
    <w:rsid w:val="006363F8"/>
    <w:rsid w:val="006422B2"/>
    <w:rsid w:val="00642B6D"/>
    <w:rsid w:val="006522B3"/>
    <w:rsid w:val="00653F39"/>
    <w:rsid w:val="00654AB5"/>
    <w:rsid w:val="006563EA"/>
    <w:rsid w:val="00660D3E"/>
    <w:rsid w:val="00672255"/>
    <w:rsid w:val="00682121"/>
    <w:rsid w:val="00683DA3"/>
    <w:rsid w:val="00684626"/>
    <w:rsid w:val="00692E4A"/>
    <w:rsid w:val="00695732"/>
    <w:rsid w:val="0069795A"/>
    <w:rsid w:val="006A2870"/>
    <w:rsid w:val="006B4069"/>
    <w:rsid w:val="006B6A39"/>
    <w:rsid w:val="006B78C9"/>
    <w:rsid w:val="006D01F3"/>
    <w:rsid w:val="006E0724"/>
    <w:rsid w:val="006E245F"/>
    <w:rsid w:val="006E3E84"/>
    <w:rsid w:val="006E45E8"/>
    <w:rsid w:val="006E6739"/>
    <w:rsid w:val="006F0A60"/>
    <w:rsid w:val="006F38AC"/>
    <w:rsid w:val="006F427D"/>
    <w:rsid w:val="006F576C"/>
    <w:rsid w:val="00702C7A"/>
    <w:rsid w:val="00705DA3"/>
    <w:rsid w:val="007077BA"/>
    <w:rsid w:val="007138FB"/>
    <w:rsid w:val="00721C85"/>
    <w:rsid w:val="0073184B"/>
    <w:rsid w:val="0073501C"/>
    <w:rsid w:val="00760F9E"/>
    <w:rsid w:val="00761B37"/>
    <w:rsid w:val="0076418D"/>
    <w:rsid w:val="00767ED0"/>
    <w:rsid w:val="007716A9"/>
    <w:rsid w:val="00775DBF"/>
    <w:rsid w:val="00781C0E"/>
    <w:rsid w:val="007964E2"/>
    <w:rsid w:val="00797505"/>
    <w:rsid w:val="007A14A6"/>
    <w:rsid w:val="007A1A1B"/>
    <w:rsid w:val="007A2B9E"/>
    <w:rsid w:val="007A6BE7"/>
    <w:rsid w:val="007B247A"/>
    <w:rsid w:val="007B64CD"/>
    <w:rsid w:val="007C1FC0"/>
    <w:rsid w:val="007C3C9A"/>
    <w:rsid w:val="007C53E4"/>
    <w:rsid w:val="007C58D5"/>
    <w:rsid w:val="007D0C8D"/>
    <w:rsid w:val="007E2752"/>
    <w:rsid w:val="007E4270"/>
    <w:rsid w:val="007E521F"/>
    <w:rsid w:val="007F07F6"/>
    <w:rsid w:val="008025AA"/>
    <w:rsid w:val="00802F3B"/>
    <w:rsid w:val="00805C66"/>
    <w:rsid w:val="00806200"/>
    <w:rsid w:val="00806AF4"/>
    <w:rsid w:val="0081194C"/>
    <w:rsid w:val="00817693"/>
    <w:rsid w:val="00821ED3"/>
    <w:rsid w:val="0082294C"/>
    <w:rsid w:val="00823DB9"/>
    <w:rsid w:val="00824662"/>
    <w:rsid w:val="00826B62"/>
    <w:rsid w:val="00830452"/>
    <w:rsid w:val="0083209D"/>
    <w:rsid w:val="00835BF7"/>
    <w:rsid w:val="00837D40"/>
    <w:rsid w:val="00844DE6"/>
    <w:rsid w:val="0085021F"/>
    <w:rsid w:val="00855D94"/>
    <w:rsid w:val="008732AE"/>
    <w:rsid w:val="008835A1"/>
    <w:rsid w:val="00884DAD"/>
    <w:rsid w:val="00886C22"/>
    <w:rsid w:val="0089112E"/>
    <w:rsid w:val="00893625"/>
    <w:rsid w:val="0089591F"/>
    <w:rsid w:val="008A00DB"/>
    <w:rsid w:val="008A70C3"/>
    <w:rsid w:val="008B2A88"/>
    <w:rsid w:val="008C2AAB"/>
    <w:rsid w:val="008C4289"/>
    <w:rsid w:val="008C445B"/>
    <w:rsid w:val="008C515F"/>
    <w:rsid w:val="008C6D6E"/>
    <w:rsid w:val="008C6FA6"/>
    <w:rsid w:val="008E319E"/>
    <w:rsid w:val="008E387C"/>
    <w:rsid w:val="008E47B7"/>
    <w:rsid w:val="008F09A2"/>
    <w:rsid w:val="008F5D68"/>
    <w:rsid w:val="008F6240"/>
    <w:rsid w:val="00903259"/>
    <w:rsid w:val="00911EF9"/>
    <w:rsid w:val="0091396B"/>
    <w:rsid w:val="00914EA4"/>
    <w:rsid w:val="00917156"/>
    <w:rsid w:val="0091717F"/>
    <w:rsid w:val="009224F3"/>
    <w:rsid w:val="00932F6B"/>
    <w:rsid w:val="00935B6D"/>
    <w:rsid w:val="00954F6B"/>
    <w:rsid w:val="00957A28"/>
    <w:rsid w:val="00962F14"/>
    <w:rsid w:val="009666DE"/>
    <w:rsid w:val="00967DBC"/>
    <w:rsid w:val="0097193D"/>
    <w:rsid w:val="00972157"/>
    <w:rsid w:val="00972726"/>
    <w:rsid w:val="00977ED8"/>
    <w:rsid w:val="00985A12"/>
    <w:rsid w:val="009860E6"/>
    <w:rsid w:val="00993105"/>
    <w:rsid w:val="009936CD"/>
    <w:rsid w:val="0099438D"/>
    <w:rsid w:val="00996783"/>
    <w:rsid w:val="009A01E1"/>
    <w:rsid w:val="009A2738"/>
    <w:rsid w:val="009A286D"/>
    <w:rsid w:val="009B2A95"/>
    <w:rsid w:val="009B6694"/>
    <w:rsid w:val="009B6DF4"/>
    <w:rsid w:val="009C0A27"/>
    <w:rsid w:val="009C1D60"/>
    <w:rsid w:val="009C3EBF"/>
    <w:rsid w:val="009C43CC"/>
    <w:rsid w:val="009C4839"/>
    <w:rsid w:val="009C564D"/>
    <w:rsid w:val="009D145C"/>
    <w:rsid w:val="009D5207"/>
    <w:rsid w:val="009E1772"/>
    <w:rsid w:val="009E2688"/>
    <w:rsid w:val="009E560C"/>
    <w:rsid w:val="009F60CD"/>
    <w:rsid w:val="00A06386"/>
    <w:rsid w:val="00A10376"/>
    <w:rsid w:val="00A24A87"/>
    <w:rsid w:val="00A32783"/>
    <w:rsid w:val="00A34FB0"/>
    <w:rsid w:val="00A37B6E"/>
    <w:rsid w:val="00A41920"/>
    <w:rsid w:val="00A4379B"/>
    <w:rsid w:val="00A44ECA"/>
    <w:rsid w:val="00A622C5"/>
    <w:rsid w:val="00A63282"/>
    <w:rsid w:val="00A64BC3"/>
    <w:rsid w:val="00A83D4E"/>
    <w:rsid w:val="00A90193"/>
    <w:rsid w:val="00A91ABF"/>
    <w:rsid w:val="00A96D38"/>
    <w:rsid w:val="00AA01A2"/>
    <w:rsid w:val="00AA1D8D"/>
    <w:rsid w:val="00AA49C0"/>
    <w:rsid w:val="00AA58F3"/>
    <w:rsid w:val="00AA691D"/>
    <w:rsid w:val="00AB5082"/>
    <w:rsid w:val="00AB6DED"/>
    <w:rsid w:val="00AC2C99"/>
    <w:rsid w:val="00AD2CFB"/>
    <w:rsid w:val="00AD6081"/>
    <w:rsid w:val="00AD70F8"/>
    <w:rsid w:val="00AD7FA2"/>
    <w:rsid w:val="00AF0C44"/>
    <w:rsid w:val="00B00E0C"/>
    <w:rsid w:val="00B01828"/>
    <w:rsid w:val="00B13A40"/>
    <w:rsid w:val="00B219E9"/>
    <w:rsid w:val="00B22608"/>
    <w:rsid w:val="00B30B67"/>
    <w:rsid w:val="00B33688"/>
    <w:rsid w:val="00B46B0F"/>
    <w:rsid w:val="00B47730"/>
    <w:rsid w:val="00B61E73"/>
    <w:rsid w:val="00B6298D"/>
    <w:rsid w:val="00B649E3"/>
    <w:rsid w:val="00B66C71"/>
    <w:rsid w:val="00B700CA"/>
    <w:rsid w:val="00B71A1C"/>
    <w:rsid w:val="00B8017C"/>
    <w:rsid w:val="00B87FD0"/>
    <w:rsid w:val="00B95FB6"/>
    <w:rsid w:val="00BA196D"/>
    <w:rsid w:val="00BA1A7A"/>
    <w:rsid w:val="00BA1B72"/>
    <w:rsid w:val="00BA71C1"/>
    <w:rsid w:val="00BA7D30"/>
    <w:rsid w:val="00BB431B"/>
    <w:rsid w:val="00BB749B"/>
    <w:rsid w:val="00BC1883"/>
    <w:rsid w:val="00BC4F3A"/>
    <w:rsid w:val="00BD26F0"/>
    <w:rsid w:val="00BD4EB1"/>
    <w:rsid w:val="00BD6428"/>
    <w:rsid w:val="00BF6022"/>
    <w:rsid w:val="00C0132D"/>
    <w:rsid w:val="00C03F70"/>
    <w:rsid w:val="00C052DC"/>
    <w:rsid w:val="00C13E92"/>
    <w:rsid w:val="00C14752"/>
    <w:rsid w:val="00C16C50"/>
    <w:rsid w:val="00C212CE"/>
    <w:rsid w:val="00C2164C"/>
    <w:rsid w:val="00C250D3"/>
    <w:rsid w:val="00C2700B"/>
    <w:rsid w:val="00C309DB"/>
    <w:rsid w:val="00C33455"/>
    <w:rsid w:val="00C35621"/>
    <w:rsid w:val="00C377C6"/>
    <w:rsid w:val="00C441A3"/>
    <w:rsid w:val="00C60EE5"/>
    <w:rsid w:val="00C61E32"/>
    <w:rsid w:val="00C65906"/>
    <w:rsid w:val="00C66428"/>
    <w:rsid w:val="00C72FC7"/>
    <w:rsid w:val="00C737F2"/>
    <w:rsid w:val="00C76D83"/>
    <w:rsid w:val="00C77BA5"/>
    <w:rsid w:val="00C81AE1"/>
    <w:rsid w:val="00C862DF"/>
    <w:rsid w:val="00C931E5"/>
    <w:rsid w:val="00C93449"/>
    <w:rsid w:val="00CA0503"/>
    <w:rsid w:val="00CA489C"/>
    <w:rsid w:val="00CA4D95"/>
    <w:rsid w:val="00CB0664"/>
    <w:rsid w:val="00CC33DF"/>
    <w:rsid w:val="00CC48B3"/>
    <w:rsid w:val="00CC610F"/>
    <w:rsid w:val="00CD2DC0"/>
    <w:rsid w:val="00CD4FDF"/>
    <w:rsid w:val="00CE1936"/>
    <w:rsid w:val="00CE2B35"/>
    <w:rsid w:val="00CE4C30"/>
    <w:rsid w:val="00CE58E8"/>
    <w:rsid w:val="00CF0DD8"/>
    <w:rsid w:val="00CF2BF4"/>
    <w:rsid w:val="00D04733"/>
    <w:rsid w:val="00D11B53"/>
    <w:rsid w:val="00D15BFE"/>
    <w:rsid w:val="00D2418D"/>
    <w:rsid w:val="00D241FF"/>
    <w:rsid w:val="00D24ECC"/>
    <w:rsid w:val="00D26601"/>
    <w:rsid w:val="00D31137"/>
    <w:rsid w:val="00D33529"/>
    <w:rsid w:val="00D364E9"/>
    <w:rsid w:val="00D402A6"/>
    <w:rsid w:val="00D4667B"/>
    <w:rsid w:val="00D46BE7"/>
    <w:rsid w:val="00D47CE2"/>
    <w:rsid w:val="00D5051A"/>
    <w:rsid w:val="00D552BA"/>
    <w:rsid w:val="00D55F7A"/>
    <w:rsid w:val="00D576B3"/>
    <w:rsid w:val="00D57CE4"/>
    <w:rsid w:val="00D60A9F"/>
    <w:rsid w:val="00D64D99"/>
    <w:rsid w:val="00D6535C"/>
    <w:rsid w:val="00D73BB2"/>
    <w:rsid w:val="00D74DE7"/>
    <w:rsid w:val="00D76C1F"/>
    <w:rsid w:val="00D771F3"/>
    <w:rsid w:val="00D83780"/>
    <w:rsid w:val="00D866E2"/>
    <w:rsid w:val="00D91FBB"/>
    <w:rsid w:val="00D93373"/>
    <w:rsid w:val="00D970BF"/>
    <w:rsid w:val="00DA2BEB"/>
    <w:rsid w:val="00DA75F6"/>
    <w:rsid w:val="00DB13B9"/>
    <w:rsid w:val="00DB14AD"/>
    <w:rsid w:val="00DB5399"/>
    <w:rsid w:val="00DC003B"/>
    <w:rsid w:val="00DC3E63"/>
    <w:rsid w:val="00DE13DF"/>
    <w:rsid w:val="00DE43A8"/>
    <w:rsid w:val="00DF0BC1"/>
    <w:rsid w:val="00E00E18"/>
    <w:rsid w:val="00E01C90"/>
    <w:rsid w:val="00E10A08"/>
    <w:rsid w:val="00E236F5"/>
    <w:rsid w:val="00E32E3B"/>
    <w:rsid w:val="00E36EBD"/>
    <w:rsid w:val="00E40B49"/>
    <w:rsid w:val="00E42157"/>
    <w:rsid w:val="00E42301"/>
    <w:rsid w:val="00E44C03"/>
    <w:rsid w:val="00E467B2"/>
    <w:rsid w:val="00E501B1"/>
    <w:rsid w:val="00E51C2B"/>
    <w:rsid w:val="00E51F1B"/>
    <w:rsid w:val="00E56845"/>
    <w:rsid w:val="00E6281A"/>
    <w:rsid w:val="00E727B1"/>
    <w:rsid w:val="00E7509B"/>
    <w:rsid w:val="00E81A7D"/>
    <w:rsid w:val="00E81E02"/>
    <w:rsid w:val="00E827F1"/>
    <w:rsid w:val="00E83761"/>
    <w:rsid w:val="00E87548"/>
    <w:rsid w:val="00EA3291"/>
    <w:rsid w:val="00EA3B5D"/>
    <w:rsid w:val="00EA5191"/>
    <w:rsid w:val="00EA586E"/>
    <w:rsid w:val="00EA594A"/>
    <w:rsid w:val="00EA5958"/>
    <w:rsid w:val="00EA743F"/>
    <w:rsid w:val="00EB1FB7"/>
    <w:rsid w:val="00EB5D44"/>
    <w:rsid w:val="00EC06BF"/>
    <w:rsid w:val="00EC35FD"/>
    <w:rsid w:val="00EC40C6"/>
    <w:rsid w:val="00ED18B5"/>
    <w:rsid w:val="00ED3630"/>
    <w:rsid w:val="00ED3F40"/>
    <w:rsid w:val="00ED4035"/>
    <w:rsid w:val="00ED6ED5"/>
    <w:rsid w:val="00F0202C"/>
    <w:rsid w:val="00F0240A"/>
    <w:rsid w:val="00F02A2E"/>
    <w:rsid w:val="00F056A2"/>
    <w:rsid w:val="00F0614C"/>
    <w:rsid w:val="00F06FE9"/>
    <w:rsid w:val="00F135F8"/>
    <w:rsid w:val="00F17211"/>
    <w:rsid w:val="00F239CC"/>
    <w:rsid w:val="00F31843"/>
    <w:rsid w:val="00F3665F"/>
    <w:rsid w:val="00F50906"/>
    <w:rsid w:val="00F55B76"/>
    <w:rsid w:val="00F56977"/>
    <w:rsid w:val="00F57739"/>
    <w:rsid w:val="00F61FA5"/>
    <w:rsid w:val="00F713CF"/>
    <w:rsid w:val="00F7288E"/>
    <w:rsid w:val="00F8290F"/>
    <w:rsid w:val="00F93CDA"/>
    <w:rsid w:val="00F97E76"/>
    <w:rsid w:val="00FA484C"/>
    <w:rsid w:val="00FA79AC"/>
    <w:rsid w:val="00FB2C34"/>
    <w:rsid w:val="00FB3BFE"/>
    <w:rsid w:val="00FB5E7B"/>
    <w:rsid w:val="00FC2D78"/>
    <w:rsid w:val="00FC693F"/>
    <w:rsid w:val="00FD09E1"/>
    <w:rsid w:val="00FE0E5B"/>
    <w:rsid w:val="00FF2714"/>
    <w:rsid w:val="00FF33B2"/>
    <w:rsid w:val="00FF4D54"/>
    <w:rsid w:val="00FF60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CC33C7"/>
  <w14:defaultImageDpi w14:val="300"/>
  <w15:docId w15:val="{7CA22CC3-6568-4A2C-9BEF-1CEBBE857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B52D6"/>
    <w:rPr>
      <w:rFonts w:eastAsia="標楷體"/>
      <w:sz w:val="32"/>
    </w:rPr>
  </w:style>
  <w:style w:type="paragraph" w:styleId="1">
    <w:name w:val="heading 1"/>
    <w:basedOn w:val="a1"/>
    <w:next w:val="a1"/>
    <w:link w:val="10"/>
    <w:autoRedefine/>
    <w:uiPriority w:val="9"/>
    <w:qFormat/>
    <w:rsid w:val="001B52D6"/>
    <w:pPr>
      <w:keepNext/>
      <w:keepLines/>
      <w:spacing w:before="480" w:after="0"/>
      <w:jc w:val="both"/>
      <w:outlineLvl w:val="0"/>
    </w:pPr>
    <w:rPr>
      <w:rFonts w:ascii="Times New Roman" w:hAnsi="Times New Roman" w:cs="Times New Roman"/>
      <w:b/>
      <w:bCs/>
      <w:color w:val="365F91" w:themeColor="accent1" w:themeShade="BF"/>
      <w:sz w:val="36"/>
      <w:szCs w:val="32"/>
      <w:lang w:eastAsia="zh-TW"/>
    </w:rPr>
  </w:style>
  <w:style w:type="paragraph" w:styleId="21">
    <w:name w:val="heading 2"/>
    <w:basedOn w:val="a1"/>
    <w:next w:val="a1"/>
    <w:link w:val="22"/>
    <w:autoRedefine/>
    <w:uiPriority w:val="9"/>
    <w:unhideWhenUsed/>
    <w:qFormat/>
    <w:rsid w:val="001B52D6"/>
    <w:pPr>
      <w:keepNext/>
      <w:keepLines/>
      <w:spacing w:before="200" w:after="0"/>
      <w:outlineLvl w:val="1"/>
    </w:pPr>
    <w:rPr>
      <w:rFonts w:ascii="Times New Roman" w:hAnsi="Times New Roman" w:cs="Times New Roman"/>
      <w:b/>
      <w:bCs/>
      <w:color w:val="4F81BD" w:themeColor="accent1"/>
      <w:sz w:val="36"/>
      <w:szCs w:val="32"/>
      <w:lang w:eastAsia="zh-TW"/>
    </w:rPr>
  </w:style>
  <w:style w:type="paragraph" w:styleId="31">
    <w:name w:val="heading 3"/>
    <w:basedOn w:val="a1"/>
    <w:next w:val="a1"/>
    <w:link w:val="32"/>
    <w:autoRedefine/>
    <w:uiPriority w:val="9"/>
    <w:unhideWhenUsed/>
    <w:qFormat/>
    <w:rsid w:val="001B52D6"/>
    <w:pPr>
      <w:keepNext/>
      <w:keepLines/>
      <w:spacing w:before="200" w:after="0"/>
      <w:outlineLvl w:val="2"/>
    </w:pPr>
    <w:rPr>
      <w:rFonts w:ascii="Times New Roman" w:hAnsi="Times New Roman" w:cs="Times New Roman"/>
      <w:b/>
      <w:bCs/>
      <w:color w:val="4F81BD" w:themeColor="accent1"/>
      <w:sz w:val="36"/>
      <w:szCs w:val="32"/>
      <w:lang w:eastAsia="zh-TW"/>
    </w:rPr>
  </w:style>
  <w:style w:type="paragraph" w:styleId="4">
    <w:name w:val="heading 4"/>
    <w:basedOn w:val="a1"/>
    <w:next w:val="a1"/>
    <w:link w:val="40"/>
    <w:uiPriority w:val="9"/>
    <w:unhideWhenUsed/>
    <w:qFormat/>
    <w:rsid w:val="00682121"/>
    <w:pPr>
      <w:keepNext/>
      <w:keepLines/>
      <w:spacing w:before="200" w:after="0"/>
      <w:outlineLvl w:val="3"/>
    </w:pPr>
    <w:rPr>
      <w:rFonts w:asciiTheme="majorHAnsi" w:hAnsiTheme="majorHAnsi" w:cstheme="majorBidi"/>
      <w:b/>
      <w:bCs/>
      <w:iCs/>
      <w:color w:val="000000" w:themeColor="text1"/>
      <w:sz w:val="36"/>
    </w:rPr>
  </w:style>
  <w:style w:type="paragraph" w:styleId="5">
    <w:name w:val="heading 5"/>
    <w:basedOn w:val="a1"/>
    <w:next w:val="a1"/>
    <w:link w:val="50"/>
    <w:uiPriority w:val="9"/>
    <w:unhideWhenUsed/>
    <w:qFormat/>
    <w:rsid w:val="0001034F"/>
    <w:pPr>
      <w:keepNext/>
      <w:keepLines/>
      <w:spacing w:before="200" w:after="0"/>
      <w:outlineLvl w:val="4"/>
    </w:pPr>
    <w:rPr>
      <w:rFonts w:asciiTheme="majorHAnsi" w:hAnsiTheme="majorHAnsi" w:cstheme="majorBidi"/>
      <w:b/>
      <w:color w:val="000000" w:themeColor="text1"/>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1B52D6"/>
    <w:rPr>
      <w:rFonts w:ascii="Times New Roman" w:eastAsia="標楷體" w:hAnsi="Times New Roman" w:cs="Times New Roman"/>
      <w:b/>
      <w:bCs/>
      <w:color w:val="365F91" w:themeColor="accent1" w:themeShade="BF"/>
      <w:sz w:val="36"/>
      <w:szCs w:val="32"/>
      <w:lang w:eastAsia="zh-TW"/>
    </w:rPr>
  </w:style>
  <w:style w:type="character" w:customStyle="1" w:styleId="22">
    <w:name w:val="標題 2 字元"/>
    <w:basedOn w:val="a2"/>
    <w:link w:val="21"/>
    <w:uiPriority w:val="9"/>
    <w:rsid w:val="001B52D6"/>
    <w:rPr>
      <w:rFonts w:ascii="Times New Roman" w:eastAsia="標楷體" w:hAnsi="Times New Roman" w:cs="Times New Roman"/>
      <w:b/>
      <w:bCs/>
      <w:color w:val="4F81BD" w:themeColor="accent1"/>
      <w:sz w:val="36"/>
      <w:szCs w:val="32"/>
      <w:lang w:eastAsia="zh-TW"/>
    </w:rPr>
  </w:style>
  <w:style w:type="character" w:customStyle="1" w:styleId="32">
    <w:name w:val="標題 3 字元"/>
    <w:basedOn w:val="a2"/>
    <w:link w:val="31"/>
    <w:uiPriority w:val="9"/>
    <w:rsid w:val="001B52D6"/>
    <w:rPr>
      <w:rFonts w:ascii="Times New Roman" w:eastAsia="標楷體" w:hAnsi="Times New Roman" w:cs="Times New Roman"/>
      <w:b/>
      <w:bCs/>
      <w:color w:val="4F81BD" w:themeColor="accent1"/>
      <w:sz w:val="36"/>
      <w:szCs w:val="32"/>
      <w:lang w:eastAsia="zh-TW"/>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rsid w:val="00682121"/>
    <w:rPr>
      <w:rFonts w:asciiTheme="majorHAnsi" w:eastAsia="標楷體" w:hAnsiTheme="majorHAnsi" w:cstheme="majorBidi"/>
      <w:b/>
      <w:bCs/>
      <w:iCs/>
      <w:color w:val="000000" w:themeColor="text1"/>
      <w:sz w:val="36"/>
    </w:rPr>
  </w:style>
  <w:style w:type="character" w:customStyle="1" w:styleId="50">
    <w:name w:val="標題 5 字元"/>
    <w:basedOn w:val="a2"/>
    <w:link w:val="5"/>
    <w:uiPriority w:val="9"/>
    <w:rsid w:val="0001034F"/>
    <w:rPr>
      <w:rFonts w:asciiTheme="majorHAnsi" w:eastAsia="標楷體" w:hAnsiTheme="majorHAnsi" w:cstheme="majorBidi"/>
      <w:b/>
      <w:color w:val="000000" w:themeColor="text1"/>
      <w:sz w:val="32"/>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14">
    <w:name w:val="toc 1"/>
    <w:basedOn w:val="a1"/>
    <w:next w:val="a1"/>
    <w:autoRedefine/>
    <w:uiPriority w:val="39"/>
    <w:unhideWhenUsed/>
    <w:rsid w:val="0069795A"/>
  </w:style>
  <w:style w:type="character" w:styleId="affa">
    <w:name w:val="Hyperlink"/>
    <w:basedOn w:val="a2"/>
    <w:uiPriority w:val="99"/>
    <w:unhideWhenUsed/>
    <w:rsid w:val="0069795A"/>
    <w:rPr>
      <w:color w:val="0000FF" w:themeColor="hyperlink"/>
      <w:u w:val="single"/>
    </w:rPr>
  </w:style>
  <w:style w:type="paragraph" w:styleId="affb">
    <w:name w:val="table of figures"/>
    <w:basedOn w:val="a1"/>
    <w:next w:val="a1"/>
    <w:uiPriority w:val="99"/>
    <w:unhideWhenUsed/>
    <w:rsid w:val="0069795A"/>
    <w:pPr>
      <w:spacing w:after="0"/>
      <w:ind w:left="440" w:hanging="440"/>
    </w:pPr>
    <w:rPr>
      <w:smallCaps/>
      <w:sz w:val="20"/>
      <w:szCs w:val="20"/>
    </w:rPr>
  </w:style>
  <w:style w:type="paragraph" w:styleId="2a">
    <w:name w:val="toc 2"/>
    <w:basedOn w:val="a1"/>
    <w:next w:val="a1"/>
    <w:autoRedefine/>
    <w:uiPriority w:val="39"/>
    <w:unhideWhenUsed/>
    <w:rsid w:val="00561F99"/>
    <w:pPr>
      <w:ind w:leftChars="200" w:left="480"/>
    </w:pPr>
  </w:style>
  <w:style w:type="paragraph" w:styleId="38">
    <w:name w:val="toc 3"/>
    <w:basedOn w:val="a1"/>
    <w:next w:val="a1"/>
    <w:autoRedefine/>
    <w:uiPriority w:val="39"/>
    <w:unhideWhenUsed/>
    <w:rsid w:val="00561F99"/>
    <w:pPr>
      <w:ind w:leftChars="400" w:left="960"/>
    </w:pPr>
  </w:style>
  <w:style w:type="character" w:styleId="affc">
    <w:name w:val="Unresolved Mention"/>
    <w:basedOn w:val="a2"/>
    <w:uiPriority w:val="99"/>
    <w:semiHidden/>
    <w:unhideWhenUsed/>
    <w:rsid w:val="000358E7"/>
    <w:rPr>
      <w:color w:val="605E5C"/>
      <w:shd w:val="clear" w:color="auto" w:fill="E1DFDD"/>
    </w:rPr>
  </w:style>
  <w:style w:type="paragraph" w:styleId="41">
    <w:name w:val="toc 4"/>
    <w:basedOn w:val="a1"/>
    <w:next w:val="a1"/>
    <w:autoRedefine/>
    <w:uiPriority w:val="39"/>
    <w:unhideWhenUsed/>
    <w:rsid w:val="00CC610F"/>
    <w:pPr>
      <w:ind w:leftChars="600"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60175">
      <w:bodyDiv w:val="1"/>
      <w:marLeft w:val="0"/>
      <w:marRight w:val="0"/>
      <w:marTop w:val="0"/>
      <w:marBottom w:val="0"/>
      <w:divBdr>
        <w:top w:val="none" w:sz="0" w:space="0" w:color="auto"/>
        <w:left w:val="none" w:sz="0" w:space="0" w:color="auto"/>
        <w:bottom w:val="none" w:sz="0" w:space="0" w:color="auto"/>
        <w:right w:val="none" w:sz="0" w:space="0" w:color="auto"/>
      </w:divBdr>
    </w:div>
    <w:div w:id="218051637">
      <w:bodyDiv w:val="1"/>
      <w:marLeft w:val="0"/>
      <w:marRight w:val="0"/>
      <w:marTop w:val="0"/>
      <w:marBottom w:val="0"/>
      <w:divBdr>
        <w:top w:val="none" w:sz="0" w:space="0" w:color="auto"/>
        <w:left w:val="none" w:sz="0" w:space="0" w:color="auto"/>
        <w:bottom w:val="none" w:sz="0" w:space="0" w:color="auto"/>
        <w:right w:val="none" w:sz="0" w:space="0" w:color="auto"/>
      </w:divBdr>
    </w:div>
    <w:div w:id="467091870">
      <w:bodyDiv w:val="1"/>
      <w:marLeft w:val="0"/>
      <w:marRight w:val="0"/>
      <w:marTop w:val="0"/>
      <w:marBottom w:val="0"/>
      <w:divBdr>
        <w:top w:val="none" w:sz="0" w:space="0" w:color="auto"/>
        <w:left w:val="none" w:sz="0" w:space="0" w:color="auto"/>
        <w:bottom w:val="none" w:sz="0" w:space="0" w:color="auto"/>
        <w:right w:val="none" w:sz="0" w:space="0" w:color="auto"/>
      </w:divBdr>
    </w:div>
    <w:div w:id="520631398">
      <w:bodyDiv w:val="1"/>
      <w:marLeft w:val="0"/>
      <w:marRight w:val="0"/>
      <w:marTop w:val="0"/>
      <w:marBottom w:val="0"/>
      <w:divBdr>
        <w:top w:val="none" w:sz="0" w:space="0" w:color="auto"/>
        <w:left w:val="none" w:sz="0" w:space="0" w:color="auto"/>
        <w:bottom w:val="none" w:sz="0" w:space="0" w:color="auto"/>
        <w:right w:val="none" w:sz="0" w:space="0" w:color="auto"/>
      </w:divBdr>
    </w:div>
    <w:div w:id="852576792">
      <w:bodyDiv w:val="1"/>
      <w:marLeft w:val="0"/>
      <w:marRight w:val="0"/>
      <w:marTop w:val="0"/>
      <w:marBottom w:val="0"/>
      <w:divBdr>
        <w:top w:val="none" w:sz="0" w:space="0" w:color="auto"/>
        <w:left w:val="none" w:sz="0" w:space="0" w:color="auto"/>
        <w:bottom w:val="none" w:sz="0" w:space="0" w:color="auto"/>
        <w:right w:val="none" w:sz="0" w:space="0" w:color="auto"/>
      </w:divBdr>
    </w:div>
    <w:div w:id="2076002517">
      <w:bodyDiv w:val="1"/>
      <w:marLeft w:val="0"/>
      <w:marRight w:val="0"/>
      <w:marTop w:val="0"/>
      <w:marBottom w:val="0"/>
      <w:divBdr>
        <w:top w:val="none" w:sz="0" w:space="0" w:color="auto"/>
        <w:left w:val="none" w:sz="0" w:space="0" w:color="auto"/>
        <w:bottom w:val="none" w:sz="0" w:space="0" w:color="auto"/>
        <w:right w:val="none" w:sz="0" w:space="0" w:color="auto"/>
      </w:divBdr>
    </w:div>
    <w:div w:id="21102725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jp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102.png"/><Relationship Id="rId16" Type="http://schemas.openxmlformats.org/officeDocument/2006/relationships/image" Target="media/image6.png"/><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2.png"/><Relationship Id="rId5" Type="http://schemas.openxmlformats.org/officeDocument/2006/relationships/numbering" Target="numbering.xml"/><Relationship Id="rId90" Type="http://schemas.openxmlformats.org/officeDocument/2006/relationships/image" Target="media/image80.png"/><Relationship Id="rId95" Type="http://schemas.openxmlformats.org/officeDocument/2006/relationships/image" Target="media/image85.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3.pn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08" Type="http://schemas.openxmlformats.org/officeDocument/2006/relationships/image" Target="media/image98.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6.png"/><Relationship Id="rId114" Type="http://schemas.openxmlformats.org/officeDocument/2006/relationships/image" Target="media/image104.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7" Type="http://schemas.openxmlformats.org/officeDocument/2006/relationships/settings" Target="setting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png"/><Relationship Id="rId115" Type="http://schemas.openxmlformats.org/officeDocument/2006/relationships/fontTable" Target="fontTable.xm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jpg"/><Relationship Id="rId116"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文件" ma:contentTypeID="0x010100CDE4577F10B9894A83EEA0740F9BBCD5" ma:contentTypeVersion="3" ma:contentTypeDescription="建立新的文件。" ma:contentTypeScope="" ma:versionID="98bb104a44de4524e9856cb114f85873">
  <xsd:schema xmlns:xsd="http://www.w3.org/2001/XMLSchema" xmlns:xs="http://www.w3.org/2001/XMLSchema" xmlns:p="http://schemas.microsoft.com/office/2006/metadata/properties" xmlns:ns2="438b1dde-8d99-49bc-a94c-7543868952cf" targetNamespace="http://schemas.microsoft.com/office/2006/metadata/properties" ma:root="true" ma:fieldsID="e35677ee87ca0991ad5411406ce6dc58" ns2:_="">
    <xsd:import namespace="438b1dde-8d99-49bc-a94c-7543868952c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b1dde-8d99-49bc-a94c-7543868952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BAED73-1F47-4486-8687-A7093F7CCE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5E0A59-7FE3-4C91-B80E-917354D73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8b1dde-8d99-49bc-a94c-754386895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2F497438-6F51-4692-9203-09F1E98A5D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104</Pages>
  <Words>3573</Words>
  <Characters>20367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昱鳴 丁</cp:lastModifiedBy>
  <cp:revision>78</cp:revision>
  <cp:lastPrinted>2025-08-27T01:29:00Z</cp:lastPrinted>
  <dcterms:created xsi:type="dcterms:W3CDTF">2026-09-02T01:56:00Z</dcterms:created>
  <dcterms:modified xsi:type="dcterms:W3CDTF">2026-10-19T06:33:00Z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0x010100CDE4577F10B9894A83EEA0740F9BBCD5</vt:lpwstr>
  </property>
</Properties>
</file>